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8854EA" w14:textId="5D089418" w:rsidR="00040F01" w:rsidRDefault="00492A36">
      <w:pPr>
        <w:pStyle w:val="Heading1"/>
        <w:pageBreakBefore/>
      </w:pPr>
      <w:r>
        <w:t xml:space="preserve">01 </w:t>
      </w:r>
      <w:r w:rsidR="00C971D1">
        <w:t xml:space="preserve">Selected </w:t>
      </w:r>
      <w:r>
        <w:t>Journal publication records</w:t>
      </w:r>
    </w:p>
    <w:p w14:paraId="5CAC91FE" w14:textId="77777777" w:rsidR="00040F01" w:rsidRDefault="00492A36">
      <w:pPr>
        <w:keepNext/>
        <w:spacing w:before="120" w:after="60"/>
      </w:pPr>
      <w:r>
        <w:rPr>
          <w:b/>
        </w:rPr>
        <w:t>J01  Utilization of Primary Health Care and Its Associated Factors among Women of Childbearing Age Living in Mogadishu-Somalia</w:t>
      </w:r>
    </w:p>
    <w:p w14:paraId="636995D6" w14:textId="77777777" w:rsidR="00040F01" w:rsidRDefault="00492A36">
      <w:pPr>
        <w:keepNext/>
        <w:spacing w:after="60"/>
      </w:pPr>
      <w:r>
        <w:rPr>
          <w:sz w:val="20"/>
        </w:rPr>
        <w:t>2020  |  Health. Abdirizak Yusuf Ahmed; publisher date 31 December 2020.</w:t>
      </w:r>
    </w:p>
    <w:p w14:paraId="64A62767" w14:textId="77777777" w:rsidR="00040F01" w:rsidRDefault="00492A36">
      <w:hyperlink r:id="rId8">
        <w:r>
          <w:rPr>
            <w:color w:val="175A78"/>
          </w:rPr>
          <w:t>10.4236/health.2020.1212120</w:t>
        </w:r>
      </w:hyperlink>
    </w:p>
    <w:p w14:paraId="55429380" w14:textId="77777777" w:rsidR="00040F01" w:rsidRDefault="00492A36">
      <w:pPr>
        <w:keepNext/>
        <w:spacing w:before="120" w:after="60"/>
      </w:pPr>
      <w:r>
        <w:rPr>
          <w:b/>
        </w:rPr>
        <w:t>J02  Preliminary findings of COVID-19 infection in health workers in Somalia: A reason for concern</w:t>
      </w:r>
    </w:p>
    <w:p w14:paraId="762183B7" w14:textId="77777777" w:rsidR="00040F01" w:rsidRDefault="00492A36">
      <w:pPr>
        <w:keepNext/>
        <w:spacing w:after="60"/>
      </w:pPr>
      <w:r>
        <w:rPr>
          <w:sz w:val="20"/>
        </w:rPr>
        <w:t>2021  |  International Journal of Infectious Diseases. Publisher/scholarly record; named author or coauthor.</w:t>
      </w:r>
    </w:p>
    <w:p w14:paraId="7EC70B19" w14:textId="77777777" w:rsidR="00040F01" w:rsidRDefault="00492A36">
      <w:hyperlink r:id="rId9">
        <w:r>
          <w:rPr>
            <w:color w:val="175A78"/>
          </w:rPr>
          <w:t>10.1016/j.ijid.2021.01.066</w:t>
        </w:r>
      </w:hyperlink>
    </w:p>
    <w:p w14:paraId="3501B572" w14:textId="77777777" w:rsidR="00040F01" w:rsidRDefault="00492A36">
      <w:pPr>
        <w:keepNext/>
        <w:spacing w:before="120" w:after="60"/>
      </w:pPr>
      <w:r>
        <w:rPr>
          <w:b/>
        </w:rPr>
        <w:t>J03  Defaulters of Tuberculosis Treatment Among MDR-TB Patients Attended in Forlanini/Lazaretto Hospital, Mogadishu, Somalia</w:t>
      </w:r>
    </w:p>
    <w:p w14:paraId="1D9A9787" w14:textId="77777777" w:rsidR="00040F01" w:rsidRDefault="00492A36">
      <w:pPr>
        <w:keepNext/>
        <w:spacing w:after="60"/>
      </w:pPr>
      <w:r>
        <w:rPr>
          <w:sz w:val="20"/>
        </w:rPr>
        <w:t>2021  |  Central African Journal of Public Health. Indexed as Abdirisak Yusuf Ahmed; ResearchGate copies grouped.</w:t>
      </w:r>
    </w:p>
    <w:p w14:paraId="4EB3E9F6" w14:textId="77777777" w:rsidR="00040F01" w:rsidRDefault="00492A36">
      <w:hyperlink r:id="rId10">
        <w:r>
          <w:rPr>
            <w:color w:val="175A78"/>
          </w:rPr>
          <w:t>10.11648/j.cajph.20210703.18</w:t>
        </w:r>
      </w:hyperlink>
    </w:p>
    <w:p w14:paraId="67236CFD" w14:textId="77777777" w:rsidR="00040F01" w:rsidRDefault="00492A36">
      <w:pPr>
        <w:keepNext/>
        <w:spacing w:before="120" w:after="60"/>
      </w:pPr>
      <w:r>
        <w:rPr>
          <w:b/>
        </w:rPr>
        <w:t>J04  Mental health impacts of COVID-19 on healthcare workers in the Eastern Mediterranean Region: a multi-country study</w:t>
      </w:r>
    </w:p>
    <w:p w14:paraId="551911F5" w14:textId="77777777" w:rsidR="00040F01" w:rsidRDefault="00492A36">
      <w:pPr>
        <w:keepNext/>
        <w:spacing w:after="60"/>
      </w:pPr>
      <w:r>
        <w:rPr>
          <w:sz w:val="20"/>
        </w:rPr>
        <w:t>2021  |  Journal of Public Health. Publisher/scholarly record; named author or coauthor.</w:t>
      </w:r>
    </w:p>
    <w:p w14:paraId="3DD2BAFF" w14:textId="77777777" w:rsidR="00040F01" w:rsidRDefault="00492A36">
      <w:hyperlink r:id="rId11">
        <w:r>
          <w:rPr>
            <w:color w:val="175A78"/>
          </w:rPr>
          <w:t>10.1093/pubmed/fdab321</w:t>
        </w:r>
      </w:hyperlink>
    </w:p>
    <w:p w14:paraId="585C9E0E" w14:textId="77777777" w:rsidR="00040F01" w:rsidRDefault="00492A36">
      <w:pPr>
        <w:keepNext/>
        <w:spacing w:before="120" w:after="60"/>
      </w:pPr>
      <w:r>
        <w:rPr>
          <w:b/>
        </w:rPr>
        <w:t>J05  Level of Acceptance of COVID-19 Vaccine and Its Determinants among High Risk Groups for Severe COVID-19 Infection Living in Mogadishu Somalia</w:t>
      </w:r>
    </w:p>
    <w:p w14:paraId="74285B9F" w14:textId="77777777" w:rsidR="00040F01" w:rsidRDefault="00492A36">
      <w:pPr>
        <w:keepNext/>
        <w:spacing w:after="60"/>
      </w:pPr>
      <w:r>
        <w:rPr>
          <w:sz w:val="20"/>
        </w:rPr>
        <w:t>2021  |  Health. Publisher author list preferred over inconsistent repository metadata.</w:t>
      </w:r>
    </w:p>
    <w:p w14:paraId="4B4FC91D" w14:textId="77777777" w:rsidR="00040F01" w:rsidRDefault="00492A36">
      <w:hyperlink r:id="rId12">
        <w:r>
          <w:rPr>
            <w:color w:val="175A78"/>
          </w:rPr>
          <w:t>10.4236/health.2021.1311089</w:t>
        </w:r>
      </w:hyperlink>
    </w:p>
    <w:p w14:paraId="4EE33C05" w14:textId="77777777" w:rsidR="00040F01" w:rsidRDefault="00492A36">
      <w:pPr>
        <w:keepNext/>
        <w:spacing w:before="120" w:after="60"/>
      </w:pPr>
      <w:r>
        <w:rPr>
          <w:b/>
        </w:rPr>
        <w:t>J06  Survival analysis of all critically ill patients with COVID-19 admitted to the main hospital in Mogadishu, Somalia, 30 March–12 June 2020: which interventions are proving effective in fragile states?</w:t>
      </w:r>
    </w:p>
    <w:p w14:paraId="7E826786" w14:textId="77777777" w:rsidR="00040F01" w:rsidRDefault="00492A36">
      <w:pPr>
        <w:keepNext/>
        <w:spacing w:after="60"/>
      </w:pPr>
      <w:r>
        <w:rPr>
          <w:sz w:val="20"/>
        </w:rPr>
        <w:t>2022  |  International Journal of Infectious Diseases. Publisher/scholarly record; named author or coauthor.</w:t>
      </w:r>
    </w:p>
    <w:p w14:paraId="6BCA8C78" w14:textId="77777777" w:rsidR="00040F01" w:rsidRDefault="00492A36">
      <w:hyperlink r:id="rId13">
        <w:r>
          <w:rPr>
            <w:color w:val="175A78"/>
          </w:rPr>
          <w:t>10.1016/j.ijid.2021.11.018</w:t>
        </w:r>
      </w:hyperlink>
    </w:p>
    <w:p w14:paraId="547BBD1F" w14:textId="77777777" w:rsidR="00040F01" w:rsidRDefault="00492A36">
      <w:pPr>
        <w:keepNext/>
        <w:spacing w:before="120" w:after="60"/>
      </w:pPr>
      <w:r>
        <w:rPr>
          <w:b/>
        </w:rPr>
        <w:t>J07  Risk Factors of COVID-19 Critical Outcomes in the Eastern Mediterranean Region: Multicountry Retrospective Study</w:t>
      </w:r>
    </w:p>
    <w:p w14:paraId="2A132CE6" w14:textId="77777777" w:rsidR="00040F01" w:rsidRDefault="00492A36">
      <w:pPr>
        <w:keepNext/>
        <w:spacing w:after="60"/>
      </w:pPr>
      <w:r>
        <w:rPr>
          <w:sz w:val="20"/>
        </w:rPr>
        <w:t>2022  |  JMIR Public Health and Surveillance. Related JMIR preprint is a version, not an additional journal article.</w:t>
      </w:r>
    </w:p>
    <w:p w14:paraId="3CAE36D7" w14:textId="77777777" w:rsidR="00040F01" w:rsidRDefault="00492A36">
      <w:hyperlink r:id="rId14">
        <w:r>
          <w:rPr>
            <w:color w:val="175A78"/>
          </w:rPr>
          <w:t>10.2196/32831</w:t>
        </w:r>
      </w:hyperlink>
    </w:p>
    <w:p w14:paraId="027AB44B" w14:textId="77777777" w:rsidR="00040F01" w:rsidRDefault="00492A36">
      <w:pPr>
        <w:keepNext/>
        <w:spacing w:before="120" w:after="60"/>
      </w:pPr>
      <w:r>
        <w:rPr>
          <w:b/>
        </w:rPr>
        <w:t>J08  Cardiovascular risk factors and clinical outcomes of patients hospitalized with COVID-19 pneumonia in Somalia</w:t>
      </w:r>
    </w:p>
    <w:p w14:paraId="38636116" w14:textId="77777777" w:rsidR="00040F01" w:rsidRDefault="00492A36">
      <w:pPr>
        <w:keepNext/>
        <w:spacing w:after="60"/>
      </w:pPr>
      <w:r>
        <w:rPr>
          <w:sz w:val="20"/>
        </w:rPr>
        <w:t>2022  |  Therapeutic Advances in Infectious Disease. Coauthor indexed as Abdirizak Yusuf Ahmed.</w:t>
      </w:r>
    </w:p>
    <w:p w14:paraId="5790598B" w14:textId="77777777" w:rsidR="00040F01" w:rsidRDefault="00492A36">
      <w:hyperlink r:id="rId15">
        <w:r>
          <w:rPr>
            <w:color w:val="175A78"/>
          </w:rPr>
          <w:t>10.1177/20499361221095731</w:t>
        </w:r>
      </w:hyperlink>
    </w:p>
    <w:p w14:paraId="57C7FE17" w14:textId="77777777" w:rsidR="00040F01" w:rsidRDefault="00492A36">
      <w:pPr>
        <w:keepNext/>
        <w:spacing w:before="120" w:after="60"/>
      </w:pPr>
      <w:r>
        <w:rPr>
          <w:b/>
        </w:rPr>
        <w:t>J09  Perceived Stress, Anxiety and Depression and its Associated Factors During COVID-19 Pandemic among Healthcare Workers in COVID-19 Health Facilities in Mogadishu Somalia</w:t>
      </w:r>
    </w:p>
    <w:p w14:paraId="2E6B94F8" w14:textId="77777777" w:rsidR="00040F01" w:rsidRDefault="00492A36">
      <w:pPr>
        <w:keepNext/>
        <w:spacing w:after="60"/>
      </w:pPr>
      <w:r>
        <w:rPr>
          <w:sz w:val="20"/>
        </w:rPr>
        <w:t>2022  |  International Journal of Psychiatry Research. Several repository titles are shortened versions.</w:t>
      </w:r>
    </w:p>
    <w:p w14:paraId="703EB50C" w14:textId="77777777" w:rsidR="00040F01" w:rsidRDefault="00492A36">
      <w:hyperlink r:id="rId16">
        <w:r>
          <w:rPr>
            <w:color w:val="175A78"/>
          </w:rPr>
          <w:t>10.33425/2641-4317.1137</w:t>
        </w:r>
      </w:hyperlink>
    </w:p>
    <w:p w14:paraId="30B48E16" w14:textId="77777777" w:rsidR="00040F01" w:rsidRDefault="00492A36">
      <w:pPr>
        <w:keepNext/>
        <w:spacing w:before="120" w:after="60"/>
      </w:pPr>
      <w:r>
        <w:rPr>
          <w:b/>
        </w:rPr>
        <w:t>J10  Universal Health Coverage in Somalia: Charting the Path to Equitable Healthcare Financing and Governance</w:t>
      </w:r>
    </w:p>
    <w:p w14:paraId="19BBBE15" w14:textId="77777777" w:rsidR="00040F01" w:rsidRDefault="00492A36">
      <w:pPr>
        <w:keepNext/>
        <w:spacing w:after="60"/>
      </w:pPr>
      <w:r>
        <w:rPr>
          <w:sz w:val="20"/>
        </w:rPr>
        <w:t>2023  |  SCIREA Journal of Health 7(1), 2023; PDF dated 18 October 2023. DOI 10.54647/pmh330306. Same-title Health record appears separately as J26; do not assume these are two independent studies.</w:t>
      </w:r>
    </w:p>
    <w:p w14:paraId="5277E82C" w14:textId="77777777" w:rsidR="00040F01" w:rsidRDefault="00492A36">
      <w:hyperlink r:id="rId17">
        <w:r>
          <w:rPr>
            <w:color w:val="175A78"/>
          </w:rPr>
          <w:t>Source</w:t>
        </w:r>
      </w:hyperlink>
    </w:p>
    <w:p w14:paraId="5D12B0D5" w14:textId="77777777" w:rsidR="00040F01" w:rsidRDefault="00492A36">
      <w:pPr>
        <w:keepNext/>
        <w:spacing w:before="120" w:after="60"/>
      </w:pPr>
      <w:r>
        <w:rPr>
          <w:b/>
        </w:rPr>
        <w:t>J11  Impact of COVID-19 lockdown on physical activity behavior among students in Somalia</w:t>
      </w:r>
    </w:p>
    <w:p w14:paraId="3116B4D8" w14:textId="77777777" w:rsidR="00040F01" w:rsidRDefault="00492A36">
      <w:pPr>
        <w:keepNext/>
        <w:spacing w:after="60"/>
      </w:pPr>
      <w:r>
        <w:rPr>
          <w:sz w:val="20"/>
        </w:rPr>
        <w:t>2024  |  AIMS Public Health. Abdirizak Yusuf Ahmed appears in the author list.</w:t>
      </w:r>
    </w:p>
    <w:p w14:paraId="4F2497A9" w14:textId="77777777" w:rsidR="00040F01" w:rsidRDefault="00492A36">
      <w:hyperlink r:id="rId18">
        <w:r>
          <w:rPr>
            <w:color w:val="175A78"/>
          </w:rPr>
          <w:t>10.3934/publichealth.2024023</w:t>
        </w:r>
      </w:hyperlink>
    </w:p>
    <w:p w14:paraId="49DB1C64" w14:textId="77777777" w:rsidR="00040F01" w:rsidRDefault="00492A36">
      <w:pPr>
        <w:keepNext/>
        <w:spacing w:before="120" w:after="60"/>
      </w:pPr>
      <w:r>
        <w:rPr>
          <w:b/>
        </w:rPr>
        <w:t>J12  Revised Manuscript: Examining the Influence of Patient Performance, Quality, and Conviction on Health Protocols and Medical Regulations in Somali Public Hospitals</w:t>
      </w:r>
    </w:p>
    <w:p w14:paraId="75DCF4AD" w14:textId="77777777" w:rsidR="00040F01" w:rsidRDefault="00492A36">
      <w:pPr>
        <w:keepNext/>
        <w:spacing w:after="60"/>
      </w:pPr>
      <w:r>
        <w:rPr>
          <w:sz w:val="20"/>
        </w:rPr>
        <w:t>2025  |  European Journal of Preventive Medicine. Publisher displays affiliation appended to author name in some metadata.</w:t>
      </w:r>
    </w:p>
    <w:p w14:paraId="38A39493" w14:textId="77777777" w:rsidR="00040F01" w:rsidRDefault="00492A36">
      <w:hyperlink r:id="rId19">
        <w:r>
          <w:rPr>
            <w:color w:val="175A78"/>
          </w:rPr>
          <w:t>10.11648/j.ejpm.20251302.12</w:t>
        </w:r>
      </w:hyperlink>
    </w:p>
    <w:p w14:paraId="76878B50" w14:textId="77777777" w:rsidR="00040F01" w:rsidRDefault="00492A36">
      <w:pPr>
        <w:keepNext/>
        <w:spacing w:before="120" w:after="60"/>
      </w:pPr>
      <w:r>
        <w:rPr>
          <w:b/>
        </w:rPr>
        <w:t>J13  Building Resilient One Health Systems: Lessons from the COVID-19 Pandemic and Implications for Somalia</w:t>
      </w:r>
    </w:p>
    <w:p w14:paraId="48F879F1" w14:textId="77777777" w:rsidR="00040F01" w:rsidRDefault="00492A36">
      <w:pPr>
        <w:keepNext/>
        <w:spacing w:after="60"/>
      </w:pPr>
      <w:r>
        <w:rPr>
          <w:sz w:val="20"/>
        </w:rPr>
        <w:t>2025  |  Science Journal of Public Health. Publisher author spelling Abdirazak Yusuf Ahmed; biography uses Abdulrazaq.</w:t>
      </w:r>
    </w:p>
    <w:p w14:paraId="7F6AF261" w14:textId="77777777" w:rsidR="00040F01" w:rsidRDefault="00492A36">
      <w:hyperlink r:id="rId20">
        <w:r>
          <w:rPr>
            <w:color w:val="175A78"/>
          </w:rPr>
          <w:t>10.11648/j.sjph.20251303.15</w:t>
        </w:r>
      </w:hyperlink>
    </w:p>
    <w:p w14:paraId="44E17FA7" w14:textId="77777777" w:rsidR="00040F01" w:rsidRDefault="00492A36">
      <w:pPr>
        <w:keepNext/>
        <w:spacing w:before="120" w:after="60"/>
      </w:pPr>
      <w:r>
        <w:rPr>
          <w:b/>
        </w:rPr>
        <w:t>J14  Health Systems Governance in Somalia: An Examination of Validity, Digital Accountability, and Community Health Workforce through Mixed Methods Research</w:t>
      </w:r>
    </w:p>
    <w:p w14:paraId="19EB12A5" w14:textId="77777777" w:rsidR="00040F01" w:rsidRDefault="00492A36">
      <w:pPr>
        <w:keepNext/>
        <w:spacing w:after="60"/>
      </w:pPr>
      <w:r>
        <w:rPr>
          <w:sz w:val="20"/>
        </w:rPr>
        <w:t>2025  |  Advances in Social Sciences and Management. 30 August 2025; third-party index has an inconsistent author attribution. Use publisher.</w:t>
      </w:r>
    </w:p>
    <w:p w14:paraId="6A3709C6" w14:textId="77777777" w:rsidR="00040F01" w:rsidRDefault="00492A36">
      <w:hyperlink r:id="rId21">
        <w:r>
          <w:rPr>
            <w:color w:val="175A78"/>
          </w:rPr>
          <w:t>10.63002/assm.304.1056</w:t>
        </w:r>
      </w:hyperlink>
    </w:p>
    <w:p w14:paraId="5C7ED5DB" w14:textId="77777777" w:rsidR="00040F01" w:rsidRDefault="00492A36">
      <w:pPr>
        <w:keepNext/>
        <w:spacing w:before="120" w:after="60"/>
      </w:pPr>
      <w:r>
        <w:rPr>
          <w:b/>
        </w:rPr>
        <w:t>J15  Exploring the Effects of Livelihood Programs on Radicalization and Migration Among Youth in Somalia</w:t>
      </w:r>
    </w:p>
    <w:p w14:paraId="08DF261A" w14:textId="77777777" w:rsidR="00040F01" w:rsidRDefault="00492A36">
      <w:pPr>
        <w:keepNext/>
        <w:spacing w:after="60"/>
      </w:pPr>
      <w:r>
        <w:rPr>
          <w:sz w:val="20"/>
        </w:rPr>
        <w:t>2025  |  Advances in Social Sciences and Management. Publisher/scholarly record; named author or coauthor.</w:t>
      </w:r>
    </w:p>
    <w:p w14:paraId="73C56A5D" w14:textId="77777777" w:rsidR="00040F01" w:rsidRDefault="00492A36">
      <w:hyperlink r:id="rId22">
        <w:r>
          <w:rPr>
            <w:color w:val="175A78"/>
          </w:rPr>
          <w:t>10.63002/assm.305.1074</w:t>
        </w:r>
      </w:hyperlink>
    </w:p>
    <w:p w14:paraId="778E7774" w14:textId="77777777" w:rsidR="00040F01" w:rsidRDefault="00492A36">
      <w:pPr>
        <w:keepNext/>
        <w:spacing w:before="120" w:after="60"/>
      </w:pPr>
      <w:r>
        <w:rPr>
          <w:b/>
        </w:rPr>
        <w:t>J16  Determinants of Mental Health Service Utilisation and the Role of Health Insurance among Government and Private Sector Employees in Mogadishu, Somalia: A Cross-Sectional Survey</w:t>
      </w:r>
    </w:p>
    <w:p w14:paraId="2F899F24" w14:textId="77777777" w:rsidR="00040F01" w:rsidRDefault="00492A36">
      <w:pPr>
        <w:keepNext/>
        <w:spacing w:after="60"/>
      </w:pPr>
      <w:r>
        <w:rPr>
          <w:sz w:val="20"/>
        </w:rPr>
        <w:t>2025  |  Annals of Psychiatry and Treatment. Publisher/scholarly record; named author or coauthor.</w:t>
      </w:r>
    </w:p>
    <w:p w14:paraId="4DAB079C" w14:textId="77777777" w:rsidR="00040F01" w:rsidRDefault="00492A36">
      <w:hyperlink r:id="rId23">
        <w:r>
          <w:rPr>
            <w:color w:val="175A78"/>
          </w:rPr>
          <w:t>10.17352/apt.000066</w:t>
        </w:r>
      </w:hyperlink>
    </w:p>
    <w:p w14:paraId="354FDC37" w14:textId="77777777" w:rsidR="00040F01" w:rsidRDefault="00492A36">
      <w:pPr>
        <w:keepNext/>
        <w:spacing w:before="120" w:after="60"/>
      </w:pPr>
      <w:r>
        <w:rPr>
          <w:b/>
        </w:rPr>
        <w:t>J17  Health System Transformation in Somalia: An Analysis of Justice, Sustainability, and Resilience in a Fragile State</w:t>
      </w:r>
    </w:p>
    <w:p w14:paraId="53BFFD13" w14:textId="77777777" w:rsidR="00040F01" w:rsidRDefault="00492A36">
      <w:pPr>
        <w:keepNext/>
        <w:spacing w:after="60"/>
      </w:pPr>
      <w:r>
        <w:rPr>
          <w:sz w:val="20"/>
        </w:rPr>
        <w:t>2026  |  Japanese Journal of Medical Science. 16 February 2026; publisher volume citation conflicts with page heading.</w:t>
      </w:r>
    </w:p>
    <w:p w14:paraId="075CAC9B" w14:textId="77777777" w:rsidR="00040F01" w:rsidRDefault="00492A36">
      <w:hyperlink r:id="rId24">
        <w:r>
          <w:rPr>
            <w:color w:val="175A78"/>
          </w:rPr>
          <w:t>Source</w:t>
        </w:r>
      </w:hyperlink>
    </w:p>
    <w:p w14:paraId="09565C9A" w14:textId="77777777" w:rsidR="00040F01" w:rsidRDefault="00492A36">
      <w:pPr>
        <w:keepNext/>
        <w:spacing w:before="120" w:after="60"/>
      </w:pPr>
      <w:r>
        <w:rPr>
          <w:b/>
        </w:rPr>
        <w:t>J18  Validity, digital responsibility, and the community health workforce in fragile contexts: governance innovations and health service performance in Somalia</w:t>
      </w:r>
    </w:p>
    <w:p w14:paraId="512B2C74" w14:textId="77777777" w:rsidR="00040F01" w:rsidRDefault="00492A36">
      <w:pPr>
        <w:keepNext/>
        <w:spacing w:after="60"/>
      </w:pPr>
      <w:r>
        <w:rPr>
          <w:sz w:val="20"/>
        </w:rPr>
        <w:t>2026  |  IJQHC Communications. Publisher/scholarly record; named author or coauthor.</w:t>
      </w:r>
    </w:p>
    <w:p w14:paraId="005533F0" w14:textId="77777777" w:rsidR="00040F01" w:rsidRDefault="00492A36">
      <w:hyperlink r:id="rId25">
        <w:r>
          <w:rPr>
            <w:color w:val="175A78"/>
          </w:rPr>
          <w:t>10.1093/ijcoms/lyag007</w:t>
        </w:r>
      </w:hyperlink>
    </w:p>
    <w:p w14:paraId="5FB630D6" w14:textId="77777777" w:rsidR="00040F01" w:rsidRDefault="00492A36">
      <w:pPr>
        <w:keepNext/>
        <w:spacing w:before="120" w:after="60"/>
      </w:pPr>
      <w:r>
        <w:rPr>
          <w:b/>
        </w:rPr>
        <w:t>J19  Patterns and determinants of opioid and narcotic use among youth in Mogadishu, Somalia: a mixed-methods study</w:t>
      </w:r>
    </w:p>
    <w:p w14:paraId="6B7C79DA" w14:textId="77777777" w:rsidR="00040F01" w:rsidRDefault="00492A36">
      <w:pPr>
        <w:keepNext/>
        <w:spacing w:after="60"/>
      </w:pPr>
      <w:r>
        <w:rPr>
          <w:sz w:val="20"/>
        </w:rPr>
        <w:t>2026  |  Journal of Substance Use. Online 16 April 2026. Possible relation to narcotics preprint listed below; not treated as proven identical.</w:t>
      </w:r>
    </w:p>
    <w:p w14:paraId="215B8EF1" w14:textId="77777777" w:rsidR="00040F01" w:rsidRDefault="00492A36">
      <w:hyperlink r:id="rId26">
        <w:r>
          <w:rPr>
            <w:color w:val="175A78"/>
          </w:rPr>
          <w:t>10.1080/14659891.2026.2653531</w:t>
        </w:r>
      </w:hyperlink>
    </w:p>
    <w:p w14:paraId="508778DC" w14:textId="77777777" w:rsidR="00040F01" w:rsidRDefault="00492A36">
      <w:pPr>
        <w:keepNext/>
        <w:spacing w:before="120" w:after="60"/>
      </w:pPr>
      <w:r>
        <w:rPr>
          <w:b/>
        </w:rPr>
        <w:t>J20  Hospital acquired infections in Mogadishu: A review of infection prevention and control practices, and implications for antimicrobial resistance</w:t>
      </w:r>
    </w:p>
    <w:p w14:paraId="78346A6F" w14:textId="77777777" w:rsidR="00040F01" w:rsidRDefault="00492A36">
      <w:pPr>
        <w:keepNext/>
        <w:spacing w:after="60"/>
      </w:pPr>
      <w:r>
        <w:rPr>
          <w:sz w:val="20"/>
        </w:rPr>
        <w:t>2026  |  World Journal of Clinical Infectious Diseases. Publisher date 8 September 2026; minireview, not verified as a systematic review.</w:t>
      </w:r>
    </w:p>
    <w:p w14:paraId="0DE40E5A" w14:textId="77777777" w:rsidR="00040F01" w:rsidRDefault="00492A36">
      <w:hyperlink r:id="rId27">
        <w:r>
          <w:rPr>
            <w:color w:val="175A78"/>
          </w:rPr>
          <w:t>10.5495/wjcid.116095</w:t>
        </w:r>
      </w:hyperlink>
    </w:p>
    <w:p w14:paraId="01074713" w14:textId="77777777" w:rsidR="00040F01" w:rsidRDefault="00492A36">
      <w:pPr>
        <w:keepNext/>
        <w:spacing w:before="120" w:after="60"/>
      </w:pPr>
      <w:r>
        <w:rPr>
          <w:b/>
        </w:rPr>
        <w:t>J21  Operationalizing health service delivery in Somalia: a health systems policy analysis toward universal health coverage</w:t>
      </w:r>
    </w:p>
    <w:p w14:paraId="0F3E561C" w14:textId="77777777" w:rsidR="00040F01" w:rsidRDefault="00492A36">
      <w:pPr>
        <w:keepNext/>
        <w:spacing w:after="60"/>
      </w:pPr>
      <w:r>
        <w:rPr>
          <w:sz w:val="20"/>
        </w:rPr>
        <w:t>2026  |  BMC Health Services Research. Publisher/scholarly record; named author or coauthor.</w:t>
      </w:r>
    </w:p>
    <w:p w14:paraId="657A181C" w14:textId="77777777" w:rsidR="00040F01" w:rsidRDefault="00492A36">
      <w:hyperlink r:id="rId28">
        <w:r>
          <w:rPr>
            <w:color w:val="175A78"/>
          </w:rPr>
          <w:t>10.1186/s12913-026-15592-x</w:t>
        </w:r>
      </w:hyperlink>
    </w:p>
    <w:p w14:paraId="17FBC866" w14:textId="77777777" w:rsidR="00040F01" w:rsidRDefault="00492A36">
      <w:pPr>
        <w:keepNext/>
        <w:spacing w:before="120" w:after="60"/>
      </w:pPr>
      <w:r>
        <w:rPr>
          <w:b/>
        </w:rPr>
        <w:t>J22  From Emergency Response to System Reform: Leadership Lessons from Somalia’s Health Sector</w:t>
      </w:r>
    </w:p>
    <w:p w14:paraId="3143A13C" w14:textId="77777777" w:rsidR="00040F01" w:rsidRDefault="00492A36">
      <w:pPr>
        <w:keepNext/>
        <w:spacing w:after="60"/>
      </w:pPr>
      <w:r>
        <w:rPr>
          <w:sz w:val="20"/>
        </w:rPr>
        <w:t>16 August 2026  |  Somali Health Action Journal. Perspective; journal page indexed, direct access limited.</w:t>
      </w:r>
    </w:p>
    <w:p w14:paraId="0A8D4CC6" w14:textId="77777777" w:rsidR="00040F01" w:rsidRDefault="00492A36">
      <w:hyperlink r:id="rId29">
        <w:r>
          <w:rPr>
            <w:color w:val="175A78"/>
          </w:rPr>
          <w:t>10.36368/shaj.v6i1.1439</w:t>
        </w:r>
      </w:hyperlink>
    </w:p>
    <w:p w14:paraId="69C6F077" w14:textId="77777777" w:rsidR="00040F01" w:rsidRDefault="00492A36">
      <w:r>
        <w:br w:type="page"/>
      </w:r>
    </w:p>
    <w:p w14:paraId="1003E957" w14:textId="77777777" w:rsidR="00040F01" w:rsidRDefault="00492A36">
      <w:pPr>
        <w:keepNext/>
        <w:spacing w:before="120" w:after="60"/>
      </w:pPr>
      <w:r>
        <w:rPr>
          <w:b/>
        </w:rPr>
        <w:t>J23  The Effectiveness of Mirror Therapy on Lower Extremity Motor Function among Stroke Patients: A Review</w:t>
      </w:r>
    </w:p>
    <w:p w14:paraId="011B557F" w14:textId="77777777" w:rsidR="00040F01" w:rsidRDefault="00492A36">
      <w:pPr>
        <w:keepNext/>
        <w:spacing w:after="60"/>
      </w:pPr>
      <w:r>
        <w:rPr>
          <w:sz w:val="20"/>
        </w:rPr>
        <w:t>2022; version dated 2023  |  Altamash Journal of Dentistry and Medicine. Publisher PDFs list Abdirizak Yusuf Ahmed with Demartino affiliation. DOI 10.65037/ajdm.2022.011.1R appears in ORCID/repository metadata. Dates and volume labels conflict across versions; counted once.</w:t>
      </w:r>
    </w:p>
    <w:p w14:paraId="10ABA708" w14:textId="77777777" w:rsidR="00040F01" w:rsidRDefault="00492A36">
      <w:hyperlink r:id="rId30">
        <w:r>
          <w:rPr>
            <w:color w:val="175A78"/>
          </w:rPr>
          <w:t>Open source</w:t>
        </w:r>
      </w:hyperlink>
      <w:r>
        <w:t xml:space="preserve">   •   </w:t>
      </w:r>
      <w:hyperlink r:id="rId31">
        <w:r>
          <w:rPr>
            <w:color w:val="175A78"/>
          </w:rPr>
          <w:t>Additional publisher PDF</w:t>
        </w:r>
      </w:hyperlink>
    </w:p>
    <w:p w14:paraId="243392BC" w14:textId="77777777" w:rsidR="00040F01" w:rsidRDefault="00492A36">
      <w:pPr>
        <w:keepNext/>
        <w:spacing w:before="120" w:after="60"/>
      </w:pPr>
      <w:r>
        <w:rPr>
          <w:b/>
        </w:rPr>
        <w:t>J24  The COVID-19 Outbreak and Implications on Medical Comorbidity and Sports: A Review</w:t>
      </w:r>
    </w:p>
    <w:p w14:paraId="6990F772" w14:textId="77777777" w:rsidR="00040F01" w:rsidRDefault="00492A36">
      <w:pPr>
        <w:keepNext/>
        <w:spacing w:after="60"/>
      </w:pPr>
      <w:r>
        <w:rPr>
          <w:sz w:val="20"/>
        </w:rPr>
        <w:t>2022  |  Altamash Journal of Dentistry and Medicine 1(2). Publisher PDF lists Abdirizak Yusuf Ahmed, Demartino Hospital/Ministry of Health. ORCID gives 30 December 2022.</w:t>
      </w:r>
    </w:p>
    <w:p w14:paraId="7971BAFF" w14:textId="77777777" w:rsidR="00040F01" w:rsidRDefault="00492A36">
      <w:hyperlink r:id="rId32">
        <w:r>
          <w:rPr>
            <w:color w:val="175A78"/>
          </w:rPr>
          <w:t>Open source</w:t>
        </w:r>
      </w:hyperlink>
    </w:p>
    <w:p w14:paraId="1B1FC46C" w14:textId="77777777" w:rsidR="00040F01" w:rsidRDefault="00492A36">
      <w:pPr>
        <w:keepNext/>
        <w:spacing w:before="120" w:after="60"/>
      </w:pPr>
      <w:r>
        <w:rPr>
          <w:b/>
        </w:rPr>
        <w:t>J25  Leveraging artificial intelligence to strengthen public health emergency preparedness and response for infectious disease outbreaks in Somalia</w:t>
      </w:r>
    </w:p>
    <w:p w14:paraId="2CBF1969" w14:textId="77777777" w:rsidR="00040F01" w:rsidRDefault="00492A36">
      <w:pPr>
        <w:keepNext/>
        <w:spacing w:after="60"/>
      </w:pPr>
      <w:r>
        <w:rPr>
          <w:sz w:val="20"/>
        </w:rPr>
        <w:t>2026  |  Discover Artificial Intelligence 6, 1302. DOI 10.1007/s44163-026-01690-6. Publisher lists Abdirizak Yusuf Ahmed. Published 22 June; version of record 30 September 2026.</w:t>
      </w:r>
    </w:p>
    <w:p w14:paraId="3A3E9122" w14:textId="77777777" w:rsidR="00040F01" w:rsidRDefault="00492A36">
      <w:hyperlink r:id="rId33">
        <w:r>
          <w:rPr>
            <w:color w:val="175A78"/>
          </w:rPr>
          <w:t>Open source</w:t>
        </w:r>
      </w:hyperlink>
    </w:p>
    <w:p w14:paraId="0D52A3D7" w14:textId="77777777" w:rsidR="00040F01" w:rsidRDefault="00492A36">
      <w:pPr>
        <w:keepNext/>
        <w:spacing w:before="120" w:after="60"/>
      </w:pPr>
      <w:r>
        <w:rPr>
          <w:b/>
        </w:rPr>
        <w:t>J26  Universal Health Coverage in Somalia: Charting the Path to Equitable Healthcare Financing and Governance</w:t>
      </w:r>
    </w:p>
    <w:p w14:paraId="36642475" w14:textId="77777777" w:rsidR="00040F01" w:rsidRDefault="00492A36">
      <w:pPr>
        <w:keepNext/>
        <w:spacing w:after="60"/>
      </w:pPr>
      <w:r>
        <w:rPr>
          <w:sz w:val="20"/>
        </w:rPr>
        <w:t>November 2023  |  Health 15(11), 1298–1317. DOI 10.4236/health.2023.1511085. Abdirazak Yusuf Ahmed, Fawziya Abikar Nor, Mustafa Yusuf Ahmed and Marian Muse Osman. Separate publisher record from J10; same title, different author list and DOI. Substantive overlap not assessed.</w:t>
      </w:r>
    </w:p>
    <w:p w14:paraId="3AD75C91" w14:textId="77777777" w:rsidR="00040F01" w:rsidRDefault="00492A36">
      <w:hyperlink r:id="rId34">
        <w:r>
          <w:rPr>
            <w:color w:val="175A78"/>
          </w:rPr>
          <w:t>Open source</w:t>
        </w:r>
      </w:hyperlink>
    </w:p>
    <w:p w14:paraId="73070C20" w14:textId="77777777" w:rsidR="00040F01" w:rsidRDefault="00492A36">
      <w:pPr>
        <w:keepNext/>
        <w:spacing w:before="120" w:after="60"/>
      </w:pPr>
      <w:r>
        <w:rPr>
          <w:b/>
        </w:rPr>
        <w:t>J27  A rare case of Demons-Meigs’ syndrome with a 7.5 kg giant ovarian fibroma associated with severe dyspnea: case report</w:t>
      </w:r>
    </w:p>
    <w:p w14:paraId="70692594" w14:textId="77777777" w:rsidR="00040F01" w:rsidRDefault="00492A36">
      <w:pPr>
        <w:keepNext/>
        <w:spacing w:after="60"/>
      </w:pPr>
      <w:r>
        <w:rPr>
          <w:sz w:val="20"/>
        </w:rPr>
        <w:t>December 2023  |  Annals of Medicine and Surgery. DOI: 10.1097/MS9.0000000000001424; PMID 38098603. Coauthor recorded as Yusuf Abdirizak. Subject-confirmed name variant, supported by ORCID, ResearchGate and hospital affiliation; see U02.</w:t>
      </w:r>
    </w:p>
    <w:p w14:paraId="0CD385A5" w14:textId="77777777" w:rsidR="00040F01" w:rsidRDefault="00492A36">
      <w:hyperlink r:id="rId35">
        <w:r>
          <w:rPr>
            <w:color w:val="175A78"/>
          </w:rPr>
          <w:t>PubMed</w:t>
        </w:r>
      </w:hyperlink>
    </w:p>
    <w:p w14:paraId="29BACD8E" w14:textId="3CDDF002" w:rsidR="00040F01" w:rsidRDefault="00492A36">
      <w:pPr>
        <w:pStyle w:val="Heading1"/>
        <w:pageBreakBefore/>
      </w:pPr>
      <w:r>
        <w:t xml:space="preserve">02 / </w:t>
      </w:r>
      <w:r w:rsidR="00E16231">
        <w:t>Selected</w:t>
      </w:r>
      <w:r>
        <w:t xml:space="preserve"> reports &amp; presentations</w:t>
      </w:r>
    </w:p>
    <w:p w14:paraId="7E6C866A" w14:textId="14FC4180" w:rsidR="00040F01" w:rsidRDefault="00E16231">
      <w:r>
        <w:t>M</w:t>
      </w:r>
    </w:p>
    <w:p w14:paraId="246D9BCD" w14:textId="77777777" w:rsidR="00040F01" w:rsidRDefault="00492A36">
      <w:pPr>
        <w:keepNext/>
        <w:spacing w:before="120" w:after="60"/>
      </w:pPr>
      <w:r>
        <w:rPr>
          <w:b/>
        </w:rPr>
        <w:t>R01  Operationalising the One Health Approach in a Fragile State: A Framework for Sustainable Health Security in Somalia</w:t>
      </w:r>
    </w:p>
    <w:p w14:paraId="1BFED4BA" w14:textId="77777777" w:rsidR="00040F01" w:rsidRDefault="00492A36">
      <w:pPr>
        <w:keepNext/>
        <w:spacing w:after="60"/>
      </w:pPr>
      <w:r>
        <w:rPr>
          <w:sz w:val="20"/>
        </w:rPr>
        <w:t>2025  |  Preprint; scoping-review framework, not a verified final journal systematic review</w:t>
      </w:r>
    </w:p>
    <w:p w14:paraId="1A33A177" w14:textId="77777777" w:rsidR="00040F01" w:rsidRDefault="00492A36">
      <w:hyperlink r:id="rId36">
        <w:r>
          <w:rPr>
            <w:color w:val="175A78"/>
          </w:rPr>
          <w:t>Source</w:t>
        </w:r>
      </w:hyperlink>
    </w:p>
    <w:p w14:paraId="49C6070E" w14:textId="77777777" w:rsidR="00040F01" w:rsidRDefault="00492A36">
      <w:pPr>
        <w:keepNext/>
        <w:spacing w:before="120" w:after="60"/>
      </w:pPr>
      <w:r>
        <w:rPr>
          <w:b/>
        </w:rPr>
        <w:t>R02  Social Determinants and Maternal Health-Seeking Behaviors among Internally Displaced Women in Mogadishu: A Health-in-All-Policies and Cost-Effectiveness Analysis</w:t>
      </w:r>
    </w:p>
    <w:p w14:paraId="4D098019" w14:textId="77777777" w:rsidR="00040F01" w:rsidRDefault="00492A36">
      <w:pPr>
        <w:keepNext/>
        <w:spacing w:after="60"/>
      </w:pPr>
      <w:r>
        <w:rPr>
          <w:sz w:val="20"/>
        </w:rPr>
        <w:t>2025  |  Research Square preprint; DOI 10.21203/rs.3.rs-6994600/v1</w:t>
      </w:r>
    </w:p>
    <w:p w14:paraId="00841B06" w14:textId="77777777" w:rsidR="00040F01" w:rsidRDefault="00492A36">
      <w:hyperlink r:id="rId37">
        <w:r>
          <w:rPr>
            <w:color w:val="175A78"/>
          </w:rPr>
          <w:t>Source</w:t>
        </w:r>
      </w:hyperlink>
    </w:p>
    <w:p w14:paraId="670D63C8" w14:textId="77777777" w:rsidR="00040F01" w:rsidRDefault="00492A36">
      <w:pPr>
        <w:keepNext/>
        <w:spacing w:before="120" w:after="60"/>
      </w:pPr>
      <w:r>
        <w:rPr>
          <w:b/>
        </w:rPr>
        <w:t>R03  Operationalising Health Service Delivery in Somalia: Towards Universal Health Coverage</w:t>
      </w:r>
    </w:p>
    <w:p w14:paraId="07B9EF1D" w14:textId="77777777" w:rsidR="00040F01" w:rsidRDefault="00492A36">
      <w:pPr>
        <w:keepNext/>
        <w:spacing w:after="60"/>
      </w:pPr>
      <w:r>
        <w:rPr>
          <w:sz w:val="20"/>
        </w:rPr>
        <w:t>2025  |  Research Square preprint; related to J21; DOI 10.21203/rs.3.rs-7717540/v1</w:t>
      </w:r>
    </w:p>
    <w:p w14:paraId="0316E95B" w14:textId="77777777" w:rsidR="00040F01" w:rsidRDefault="00492A36">
      <w:hyperlink r:id="rId38">
        <w:r>
          <w:rPr>
            <w:color w:val="175A78"/>
          </w:rPr>
          <w:t>Source</w:t>
        </w:r>
      </w:hyperlink>
    </w:p>
    <w:p w14:paraId="2102F5EB" w14:textId="77777777" w:rsidR="00040F01" w:rsidRDefault="00492A36">
      <w:pPr>
        <w:keepNext/>
        <w:spacing w:before="120" w:after="60"/>
      </w:pPr>
      <w:r>
        <w:rPr>
          <w:b/>
        </w:rPr>
        <w:t>R04  The Escalating Crisis of Narcotics Use Among Youth in Mogadishu, Somalia: A Community-Based Mixed-Methods Study</w:t>
      </w:r>
    </w:p>
    <w:p w14:paraId="09A0F226" w14:textId="77777777" w:rsidR="00040F01" w:rsidRDefault="00492A36">
      <w:pPr>
        <w:keepNext/>
        <w:spacing w:after="60"/>
      </w:pPr>
      <w:r>
        <w:rPr>
          <w:sz w:val="20"/>
        </w:rPr>
        <w:t>2025  |  Research Square rs-6858465; possible relation to J19</w:t>
      </w:r>
    </w:p>
    <w:p w14:paraId="7E7641A4" w14:textId="77777777" w:rsidR="00040F01" w:rsidRDefault="00492A36">
      <w:hyperlink r:id="rId39">
        <w:r>
          <w:rPr>
            <w:color w:val="175A78"/>
          </w:rPr>
          <w:t>Source</w:t>
        </w:r>
      </w:hyperlink>
    </w:p>
    <w:p w14:paraId="19C1265E" w14:textId="77777777" w:rsidR="00040F01" w:rsidRDefault="00492A36">
      <w:pPr>
        <w:keepNext/>
        <w:spacing w:before="120" w:after="60"/>
      </w:pPr>
      <w:r>
        <w:rPr>
          <w:b/>
        </w:rPr>
        <w:t>R05  Reviving De Martino Public Hospital: A Roadmap to Sustainable, High-Quality Care in Times of Crisis</w:t>
      </w:r>
    </w:p>
    <w:p w14:paraId="21E9AC4E" w14:textId="77777777" w:rsidR="00040F01" w:rsidRDefault="00492A36">
      <w:pPr>
        <w:keepNext/>
        <w:spacing w:after="60"/>
      </w:pPr>
      <w:r>
        <w:rPr>
          <w:sz w:val="20"/>
        </w:rPr>
        <w:t>2025  |  Public repository report</w:t>
      </w:r>
    </w:p>
    <w:p w14:paraId="1C84031B" w14:textId="77777777" w:rsidR="00040F01" w:rsidRDefault="00492A36">
      <w:hyperlink r:id="rId40">
        <w:r>
          <w:rPr>
            <w:color w:val="175A78"/>
          </w:rPr>
          <w:t>Source</w:t>
        </w:r>
      </w:hyperlink>
    </w:p>
    <w:p w14:paraId="0F77E353" w14:textId="77777777" w:rsidR="00040F01" w:rsidRDefault="00492A36">
      <w:pPr>
        <w:keepNext/>
        <w:spacing w:before="120" w:after="60"/>
      </w:pPr>
      <w:r>
        <w:rPr>
          <w:b/>
        </w:rPr>
        <w:t>R06  Cost Utilization DPH 2023–2024</w:t>
      </w:r>
    </w:p>
    <w:p w14:paraId="0558A9B1" w14:textId="77777777" w:rsidR="00040F01" w:rsidRDefault="00492A36">
      <w:pPr>
        <w:keepNext/>
        <w:spacing w:after="60"/>
      </w:pPr>
      <w:r>
        <w:rPr>
          <w:sz w:val="20"/>
        </w:rPr>
        <w:t>2023–2024 in title  |  ResearchGate technical-report record located. Title refers to 2023–2024; repository metadata gives August 2025.</w:t>
      </w:r>
    </w:p>
    <w:p w14:paraId="3572AA2B" w14:textId="77777777" w:rsidR="00040F01" w:rsidRDefault="00492A36">
      <w:hyperlink r:id="rId41">
        <w:r>
          <w:rPr>
            <w:color w:val="175A78"/>
          </w:rPr>
          <w:t>Repository record</w:t>
        </w:r>
      </w:hyperlink>
    </w:p>
    <w:p w14:paraId="0AF6F650" w14:textId="77777777" w:rsidR="00040F01" w:rsidRDefault="00492A36">
      <w:pPr>
        <w:keepNext/>
        <w:spacing w:before="120" w:after="60"/>
      </w:pPr>
      <w:r>
        <w:rPr>
          <w:b/>
        </w:rPr>
        <w:t>R07  Health Financing in Somalia in 2025: Analysing the Present and Planning for the Future</w:t>
      </w:r>
    </w:p>
    <w:p w14:paraId="3F540180" w14:textId="77777777" w:rsidR="00040F01" w:rsidRDefault="00492A36">
      <w:pPr>
        <w:keepNext/>
        <w:spacing w:after="60"/>
      </w:pPr>
      <w:r>
        <w:rPr>
          <w:sz w:val="20"/>
        </w:rPr>
        <w:t>2025  |  Repository/personal report; DOI 10.13140/RG.2.2.21985.98400</w:t>
      </w:r>
    </w:p>
    <w:p w14:paraId="14CA6C4F" w14:textId="77777777" w:rsidR="00040F01" w:rsidRDefault="00492A36">
      <w:hyperlink r:id="rId42">
        <w:r>
          <w:rPr>
            <w:color w:val="175A78"/>
          </w:rPr>
          <w:t>Source</w:t>
        </w:r>
      </w:hyperlink>
    </w:p>
    <w:p w14:paraId="34A9E040" w14:textId="77777777" w:rsidR="00040F01" w:rsidRDefault="00492A36">
      <w:pPr>
        <w:keepNext/>
        <w:spacing w:before="120" w:after="60"/>
      </w:pPr>
      <w:r>
        <w:rPr>
          <w:b/>
        </w:rPr>
        <w:t>R08  Mental Health is Universal Health Coverage: Somalia’s Hardest Test and Its Biggest Opportunity</w:t>
      </w:r>
    </w:p>
    <w:p w14:paraId="740CD103" w14:textId="77777777" w:rsidR="00040F01" w:rsidRDefault="00492A36">
      <w:pPr>
        <w:keepNext/>
        <w:spacing w:after="60"/>
      </w:pPr>
      <w:r>
        <w:rPr>
          <w:sz w:val="20"/>
        </w:rPr>
        <w:t>Date unresolved  |  Repository essay/report</w:t>
      </w:r>
    </w:p>
    <w:p w14:paraId="2ABB5129" w14:textId="77777777" w:rsidR="00040F01" w:rsidRDefault="00492A36">
      <w:hyperlink r:id="rId43">
        <w:r>
          <w:rPr>
            <w:color w:val="175A78"/>
          </w:rPr>
          <w:t>Source</w:t>
        </w:r>
      </w:hyperlink>
    </w:p>
    <w:p w14:paraId="6F25491D" w14:textId="77777777" w:rsidR="00040F01" w:rsidRDefault="00492A36">
      <w:pPr>
        <w:keepNext/>
        <w:spacing w:before="120" w:after="60"/>
      </w:pPr>
      <w:r>
        <w:rPr>
          <w:b/>
        </w:rPr>
        <w:t>R09  Beyond Survival: A Somali Vision for Mental Health</w:t>
      </w:r>
    </w:p>
    <w:p w14:paraId="0472D8B9" w14:textId="77777777" w:rsidR="00040F01" w:rsidRDefault="00492A36">
      <w:pPr>
        <w:keepNext/>
        <w:spacing w:after="60"/>
      </w:pPr>
      <w:r>
        <w:rPr>
          <w:sz w:val="20"/>
        </w:rPr>
        <w:t>2025  |  Essay; Medium copy also listed below; not a verified patent</w:t>
      </w:r>
    </w:p>
    <w:p w14:paraId="44F0D5FF" w14:textId="77777777" w:rsidR="00040F01" w:rsidRDefault="00492A36">
      <w:hyperlink r:id="rId44">
        <w:r>
          <w:rPr>
            <w:color w:val="175A78"/>
          </w:rPr>
          <w:t>Source</w:t>
        </w:r>
      </w:hyperlink>
    </w:p>
    <w:p w14:paraId="664E7898" w14:textId="77777777" w:rsidR="00040F01" w:rsidRDefault="00492A36">
      <w:pPr>
        <w:keepNext/>
        <w:spacing w:before="120" w:after="60"/>
      </w:pPr>
      <w:r>
        <w:rPr>
          <w:b/>
        </w:rPr>
        <w:t>R10  From the Frontlines to the Foundations: A Deeper Look at Resilient Leadership</w:t>
      </w:r>
    </w:p>
    <w:p w14:paraId="6B753AB4" w14:textId="77777777" w:rsidR="00040F01" w:rsidRDefault="00492A36">
      <w:pPr>
        <w:keepNext/>
        <w:spacing w:after="60"/>
      </w:pPr>
      <w:r>
        <w:rPr>
          <w:sz w:val="20"/>
        </w:rPr>
        <w:t>2025  |  Repository/Medium essay</w:t>
      </w:r>
    </w:p>
    <w:p w14:paraId="0B5A0348" w14:textId="77777777" w:rsidR="00040F01" w:rsidRDefault="00492A36">
      <w:hyperlink r:id="rId45">
        <w:r>
          <w:rPr>
            <w:color w:val="175A78"/>
          </w:rPr>
          <w:t>Source</w:t>
        </w:r>
      </w:hyperlink>
    </w:p>
    <w:p w14:paraId="173C8640" w14:textId="77777777" w:rsidR="00040F01" w:rsidRDefault="00492A36">
      <w:pPr>
        <w:keepNext/>
        <w:spacing w:before="120" w:after="60"/>
      </w:pPr>
      <w:r>
        <w:rPr>
          <w:b/>
        </w:rPr>
        <w:t>R11  From Protocols to Practice: Strengthening Hospital Governance and Patient Safety Through Disciplined Implementation</w:t>
      </w:r>
    </w:p>
    <w:p w14:paraId="07F6F55C" w14:textId="77777777" w:rsidR="00040F01" w:rsidRDefault="00492A36">
      <w:pPr>
        <w:keepNext/>
        <w:spacing w:after="60"/>
      </w:pPr>
      <w:r>
        <w:rPr>
          <w:sz w:val="20"/>
        </w:rPr>
        <w:t>2026  |  Repository report</w:t>
      </w:r>
    </w:p>
    <w:p w14:paraId="282F6F10" w14:textId="77777777" w:rsidR="00040F01" w:rsidRDefault="00492A36">
      <w:hyperlink r:id="rId46">
        <w:r>
          <w:rPr>
            <w:color w:val="175A78"/>
          </w:rPr>
          <w:t>Source</w:t>
        </w:r>
      </w:hyperlink>
    </w:p>
    <w:p w14:paraId="3EC48BD5" w14:textId="77777777" w:rsidR="00040F01" w:rsidRDefault="00492A36">
      <w:pPr>
        <w:keepNext/>
        <w:spacing w:before="120" w:after="60"/>
      </w:pPr>
      <w:r>
        <w:rPr>
          <w:b/>
        </w:rPr>
        <w:t>R12  Multi-Country Evidence Synthesis on Somali Cross-Border Healthcare</w:t>
      </w:r>
    </w:p>
    <w:p w14:paraId="15354E1D" w14:textId="77777777" w:rsidR="00040F01" w:rsidRDefault="00492A36">
      <w:pPr>
        <w:keepNext/>
        <w:spacing w:after="60"/>
      </w:pPr>
      <w:r>
        <w:rPr>
          <w:sz w:val="20"/>
        </w:rPr>
        <w:t>2026  |  Repository work; title variants grouped</w:t>
      </w:r>
    </w:p>
    <w:p w14:paraId="390258F2" w14:textId="77777777" w:rsidR="00040F01" w:rsidRDefault="00492A36">
      <w:hyperlink r:id="rId47">
        <w:r>
          <w:rPr>
            <w:color w:val="175A78"/>
          </w:rPr>
          <w:t>Source</w:t>
        </w:r>
      </w:hyperlink>
    </w:p>
    <w:p w14:paraId="2A1B0E69" w14:textId="77777777" w:rsidR="00040F01" w:rsidRDefault="00492A36">
      <w:pPr>
        <w:keepNext/>
        <w:spacing w:before="120" w:after="60"/>
      </w:pPr>
      <w:r>
        <w:rPr>
          <w:b/>
        </w:rPr>
        <w:t>R13  World Malaria Day: Dedicated to Eliminating Malaria in Somalia. Now We Can. Now We Must.</w:t>
      </w:r>
    </w:p>
    <w:p w14:paraId="6B04AB75" w14:textId="77777777" w:rsidR="00040F01" w:rsidRDefault="00492A36">
      <w:pPr>
        <w:keepNext/>
        <w:spacing w:after="60"/>
      </w:pPr>
      <w:r>
        <w:rPr>
          <w:sz w:val="20"/>
        </w:rPr>
        <w:t>2026  |  Public commentary/report; repository upload may differ from commemorative date</w:t>
      </w:r>
    </w:p>
    <w:p w14:paraId="2D329520" w14:textId="77777777" w:rsidR="00040F01" w:rsidRDefault="00492A36">
      <w:hyperlink r:id="rId48">
        <w:r>
          <w:rPr>
            <w:color w:val="175A78"/>
          </w:rPr>
          <w:t>Source</w:t>
        </w:r>
      </w:hyperlink>
    </w:p>
    <w:p w14:paraId="088FBC94" w14:textId="77777777" w:rsidR="00040F01" w:rsidRDefault="00492A36">
      <w:pPr>
        <w:keepNext/>
        <w:spacing w:before="120" w:after="60"/>
      </w:pPr>
      <w:r>
        <w:rPr>
          <w:b/>
        </w:rPr>
        <w:t>R14  Ending TB in Somalia: From Disease Control to Universal Health Coverage, Equity, and Health System Resilience</w:t>
      </w:r>
    </w:p>
    <w:p w14:paraId="0D4225FA" w14:textId="77777777" w:rsidR="00040F01" w:rsidRDefault="00492A36">
      <w:pPr>
        <w:keepNext/>
        <w:spacing w:after="60"/>
      </w:pPr>
      <w:r>
        <w:rPr>
          <w:sz w:val="20"/>
        </w:rPr>
        <w:t>2026  |  Personal policy commentary</w:t>
      </w:r>
    </w:p>
    <w:p w14:paraId="3DB7A1BE" w14:textId="77777777" w:rsidR="00040F01" w:rsidRDefault="00492A36">
      <w:hyperlink r:id="rId49">
        <w:r>
          <w:rPr>
            <w:color w:val="175A78"/>
          </w:rPr>
          <w:t>Source</w:t>
        </w:r>
      </w:hyperlink>
    </w:p>
    <w:p w14:paraId="48C4B929" w14:textId="77777777" w:rsidR="00040F01" w:rsidRDefault="00492A36">
      <w:pPr>
        <w:keepNext/>
        <w:spacing w:before="120" w:after="60"/>
      </w:pPr>
      <w:r>
        <w:rPr>
          <w:b/>
        </w:rPr>
        <w:t>R15  Mending More Than Bones: Reimagining Somalia’s Health Workforce from Crisis to Catalyst</w:t>
      </w:r>
    </w:p>
    <w:p w14:paraId="3E002A25" w14:textId="77777777" w:rsidR="00040F01" w:rsidRDefault="00492A36">
      <w:pPr>
        <w:keepNext/>
        <w:spacing w:after="60"/>
      </w:pPr>
      <w:r>
        <w:rPr>
          <w:sz w:val="20"/>
        </w:rPr>
        <w:t>2025  |  Personal-site PDF</w:t>
      </w:r>
    </w:p>
    <w:p w14:paraId="275D9586" w14:textId="77777777" w:rsidR="00040F01" w:rsidRDefault="00492A36">
      <w:hyperlink r:id="rId50">
        <w:r>
          <w:rPr>
            <w:color w:val="175A78"/>
          </w:rPr>
          <w:t>Source</w:t>
        </w:r>
      </w:hyperlink>
    </w:p>
    <w:p w14:paraId="4C3E057A" w14:textId="77777777" w:rsidR="00040F01" w:rsidRDefault="00492A36">
      <w:pPr>
        <w:keepNext/>
        <w:spacing w:before="120" w:after="60"/>
      </w:pPr>
      <w:r>
        <w:rPr>
          <w:b/>
        </w:rPr>
        <w:t>R16  Universal Health Coverage in Somalia: Beyond Slogans</w:t>
      </w:r>
    </w:p>
    <w:p w14:paraId="02650452" w14:textId="77777777" w:rsidR="00040F01" w:rsidRDefault="00492A36">
      <w:pPr>
        <w:keepNext/>
        <w:spacing w:after="60"/>
      </w:pPr>
      <w:r>
        <w:rPr>
          <w:sz w:val="20"/>
        </w:rPr>
        <w:t>2026  |  Repository policy-analysis record; full title on source</w:t>
      </w:r>
    </w:p>
    <w:p w14:paraId="78637FF3" w14:textId="77777777" w:rsidR="00040F01" w:rsidRDefault="00492A36">
      <w:hyperlink r:id="rId51">
        <w:r>
          <w:rPr>
            <w:color w:val="175A78"/>
          </w:rPr>
          <w:t>Source</w:t>
        </w:r>
      </w:hyperlink>
    </w:p>
    <w:p w14:paraId="1C307608" w14:textId="77777777" w:rsidR="00040F01" w:rsidRDefault="00492A36">
      <w:pPr>
        <w:keepNext/>
        <w:spacing w:before="120" w:after="60"/>
      </w:pPr>
      <w:r>
        <w:rPr>
          <w:b/>
        </w:rPr>
        <w:t>R17  Somalia’s Universal Health Coverage Matrix: Framework for Systemic Health Transformation and Accountability</w:t>
      </w:r>
    </w:p>
    <w:p w14:paraId="0A2CD8C4" w14:textId="77777777" w:rsidR="00040F01" w:rsidRDefault="00492A36">
      <w:pPr>
        <w:keepNext/>
        <w:spacing w:after="60"/>
      </w:pPr>
      <w:r>
        <w:rPr>
          <w:sz w:val="20"/>
        </w:rPr>
        <w:t>2026  |  SlideShare presentation</w:t>
      </w:r>
    </w:p>
    <w:p w14:paraId="75849218" w14:textId="77777777" w:rsidR="00040F01" w:rsidRDefault="00492A36">
      <w:hyperlink r:id="rId52">
        <w:r>
          <w:rPr>
            <w:color w:val="175A78"/>
          </w:rPr>
          <w:t>Source</w:t>
        </w:r>
      </w:hyperlink>
    </w:p>
    <w:p w14:paraId="79E59A14" w14:textId="77777777" w:rsidR="00040F01" w:rsidRDefault="00492A36">
      <w:pPr>
        <w:keepNext/>
        <w:spacing w:before="120" w:after="60"/>
      </w:pPr>
      <w:r>
        <w:rPr>
          <w:b/>
        </w:rPr>
        <w:t>R18  Strategic Investment Roadmap for Universal Health Coverage in Somalia 2026–2030</w:t>
      </w:r>
    </w:p>
    <w:p w14:paraId="7854D8BD" w14:textId="77777777" w:rsidR="00040F01" w:rsidRDefault="00492A36">
      <w:pPr>
        <w:keepNext/>
        <w:spacing w:after="60"/>
      </w:pPr>
      <w:r>
        <w:rPr>
          <w:sz w:val="20"/>
        </w:rPr>
        <w:t>2026  |  SlideShare presentation</w:t>
      </w:r>
    </w:p>
    <w:p w14:paraId="6A0BC504" w14:textId="77777777" w:rsidR="00040F01" w:rsidRDefault="00492A36">
      <w:hyperlink r:id="rId53">
        <w:r>
          <w:rPr>
            <w:color w:val="175A78"/>
          </w:rPr>
          <w:t>Source</w:t>
        </w:r>
      </w:hyperlink>
    </w:p>
    <w:p w14:paraId="60921C1E" w14:textId="77777777" w:rsidR="00040F01" w:rsidRDefault="00492A36">
      <w:pPr>
        <w:keepNext/>
        <w:spacing w:before="120" w:after="60"/>
      </w:pPr>
      <w:r>
        <w:rPr>
          <w:b/>
        </w:rPr>
        <w:t>R19  Tropical Medicine and Infectious Diseases experts are crucial in improving Somalia’s readiness for infectious diseases</w:t>
      </w:r>
    </w:p>
    <w:p w14:paraId="604D99CA" w14:textId="77777777" w:rsidR="00040F01" w:rsidRDefault="00492A36">
      <w:pPr>
        <w:keepNext/>
        <w:spacing w:after="60"/>
      </w:pPr>
      <w:r>
        <w:rPr>
          <w:sz w:val="20"/>
        </w:rPr>
        <w:t>Date unresolved  |  Benadir University-hosted professional brief</w:t>
      </w:r>
    </w:p>
    <w:p w14:paraId="1C11D3FE" w14:textId="77777777" w:rsidR="00040F01" w:rsidRDefault="00492A36">
      <w:hyperlink r:id="rId54">
        <w:r>
          <w:rPr>
            <w:color w:val="175A78"/>
          </w:rPr>
          <w:t>Source</w:t>
        </w:r>
      </w:hyperlink>
    </w:p>
    <w:p w14:paraId="72FE898B" w14:textId="77777777" w:rsidR="00040F01" w:rsidRDefault="00492A36">
      <w:pPr>
        <w:keepNext/>
        <w:spacing w:before="120" w:after="60"/>
      </w:pPr>
      <w:r>
        <w:rPr>
          <w:b/>
        </w:rPr>
        <w:t>R20  Urgent Epidemiological Alert Report</w:t>
      </w:r>
    </w:p>
    <w:p w14:paraId="29EF8445" w14:textId="77777777" w:rsidR="00040F01" w:rsidRDefault="00492A36">
      <w:pPr>
        <w:keepNext/>
        <w:spacing w:after="60"/>
      </w:pPr>
      <w:r>
        <w:rPr>
          <w:sz w:val="20"/>
        </w:rPr>
        <w:t>2025  |  SONNA-hosted diphtheria report; author identified in indexed PDF</w:t>
      </w:r>
    </w:p>
    <w:p w14:paraId="64B21EC2" w14:textId="77777777" w:rsidR="00040F01" w:rsidRDefault="00492A36">
      <w:hyperlink r:id="rId55">
        <w:r>
          <w:rPr>
            <w:color w:val="175A78"/>
          </w:rPr>
          <w:t>Source</w:t>
        </w:r>
      </w:hyperlink>
    </w:p>
    <w:p w14:paraId="2052F48F" w14:textId="77777777" w:rsidR="00040F01" w:rsidRDefault="00492A36">
      <w:pPr>
        <w:keepNext/>
        <w:spacing w:before="120" w:after="60"/>
      </w:pPr>
      <w:r>
        <w:rPr>
          <w:b/>
        </w:rPr>
        <w:t>R21  Performance and Challenges of De Martino Public Hospital in the Last Six Months</w:t>
      </w:r>
    </w:p>
    <w:p w14:paraId="297CE3FF" w14:textId="77777777" w:rsidR="00040F01" w:rsidRDefault="00492A36">
      <w:pPr>
        <w:keepNext/>
        <w:spacing w:after="60"/>
      </w:pPr>
      <w:r>
        <w:rPr>
          <w:sz w:val="20"/>
        </w:rPr>
        <w:t>2024  |  Institutional report hosted by SONNA; distinguish institutional ownership from sole authorship</w:t>
      </w:r>
    </w:p>
    <w:p w14:paraId="37438381" w14:textId="77777777" w:rsidR="00040F01" w:rsidRDefault="00492A36">
      <w:hyperlink r:id="rId56">
        <w:r>
          <w:rPr>
            <w:color w:val="175A78"/>
          </w:rPr>
          <w:t>Source</w:t>
        </w:r>
      </w:hyperlink>
    </w:p>
    <w:p w14:paraId="3418CBD9" w14:textId="77777777" w:rsidR="00040F01" w:rsidRDefault="00492A36">
      <w:pPr>
        <w:keepNext/>
        <w:spacing w:before="120" w:after="60"/>
      </w:pPr>
      <w:r>
        <w:rPr>
          <w:b/>
        </w:rPr>
        <w:t>R22  Annual performance for De Martino Hospital 2023</w:t>
      </w:r>
    </w:p>
    <w:p w14:paraId="36511175" w14:textId="77777777" w:rsidR="00040F01" w:rsidRDefault="00492A36">
      <w:pPr>
        <w:keepNext/>
        <w:spacing w:after="60"/>
      </w:pPr>
      <w:r>
        <w:rPr>
          <w:sz w:val="20"/>
        </w:rPr>
        <w:t>2023 report; hosted 2025  |  Institutional report with director/contact attribution; not verified as sole-authored</w:t>
      </w:r>
    </w:p>
    <w:p w14:paraId="5F17963C" w14:textId="77777777" w:rsidR="00040F01" w:rsidRDefault="00492A36">
      <w:hyperlink r:id="rId57">
        <w:r>
          <w:rPr>
            <w:color w:val="175A78"/>
          </w:rPr>
          <w:t>Source</w:t>
        </w:r>
      </w:hyperlink>
    </w:p>
    <w:p w14:paraId="26EB68BF" w14:textId="77777777" w:rsidR="00040F01" w:rsidRDefault="00492A36">
      <w:pPr>
        <w:keepNext/>
        <w:spacing w:before="120" w:after="60"/>
      </w:pPr>
      <w:r>
        <w:rPr>
          <w:b/>
        </w:rPr>
        <w:t>R23  De Martino profile</w:t>
      </w:r>
    </w:p>
    <w:p w14:paraId="301E1EE9" w14:textId="77777777" w:rsidR="00040F01" w:rsidRDefault="00492A36">
      <w:pPr>
        <w:keepNext/>
        <w:spacing w:after="60"/>
      </w:pPr>
      <w:r>
        <w:rPr>
          <w:sz w:val="20"/>
        </w:rPr>
        <w:t>Hosted 2025  |  Institutional profile mentioning director</w:t>
      </w:r>
    </w:p>
    <w:p w14:paraId="0E949AFA" w14:textId="77777777" w:rsidR="00040F01" w:rsidRDefault="00492A36">
      <w:hyperlink r:id="rId58">
        <w:r>
          <w:rPr>
            <w:color w:val="175A78"/>
          </w:rPr>
          <w:t>Source</w:t>
        </w:r>
      </w:hyperlink>
    </w:p>
    <w:p w14:paraId="760A237C" w14:textId="77777777" w:rsidR="00040F01" w:rsidRDefault="00492A36">
      <w:pPr>
        <w:keepNext/>
        <w:spacing w:before="120" w:after="60"/>
      </w:pPr>
      <w:r>
        <w:rPr>
          <w:b/>
        </w:rPr>
        <w:t>R24  Somalia National Action Plan on Antimicrobial Resistance</w:t>
      </w:r>
    </w:p>
    <w:p w14:paraId="7E0054DD" w14:textId="77777777" w:rsidR="00040F01" w:rsidRDefault="00492A36">
      <w:pPr>
        <w:keepNext/>
        <w:spacing w:after="60"/>
      </w:pPr>
      <w:r>
        <w:rPr>
          <w:sz w:val="20"/>
        </w:rPr>
        <w:t>Plan document  |  Named contributor; not a sole-authored paper</w:t>
      </w:r>
    </w:p>
    <w:p w14:paraId="6DC4960C" w14:textId="77777777" w:rsidR="00040F01" w:rsidRDefault="00492A36">
      <w:hyperlink r:id="rId59">
        <w:r>
          <w:rPr>
            <w:color w:val="175A78"/>
          </w:rPr>
          <w:t>Source</w:t>
        </w:r>
      </w:hyperlink>
    </w:p>
    <w:p w14:paraId="29BD3CA0" w14:textId="77777777" w:rsidR="00040F01" w:rsidRDefault="00492A36">
      <w:pPr>
        <w:keepNext/>
        <w:spacing w:before="120" w:after="60"/>
      </w:pPr>
      <w:r>
        <w:rPr>
          <w:b/>
        </w:rPr>
        <w:t>R25  WHO Regional Committee programme subcommittee records</w:t>
      </w:r>
    </w:p>
    <w:p w14:paraId="5BCBA01D" w14:textId="77777777" w:rsidR="00040F01" w:rsidRDefault="00492A36">
      <w:pPr>
        <w:keepNext/>
        <w:spacing w:after="60"/>
      </w:pPr>
      <w:r>
        <w:rPr>
          <w:sz w:val="20"/>
        </w:rPr>
        <w:t>2020  |  Named country representative; official participation record</w:t>
      </w:r>
    </w:p>
    <w:p w14:paraId="2DCA5825" w14:textId="77777777" w:rsidR="00040F01" w:rsidRDefault="00492A36">
      <w:hyperlink r:id="rId60">
        <w:r>
          <w:rPr>
            <w:color w:val="175A78"/>
          </w:rPr>
          <w:t>Source</w:t>
        </w:r>
      </w:hyperlink>
    </w:p>
    <w:p w14:paraId="46A45497" w14:textId="77777777" w:rsidR="00040F01" w:rsidRDefault="00492A36">
      <w:pPr>
        <w:keepNext/>
        <w:spacing w:before="120" w:after="60"/>
      </w:pPr>
      <w:r>
        <w:rPr>
          <w:b/>
        </w:rPr>
        <w:t>R26  UNFPA Somalia Programme Evaluation</w:t>
      </w:r>
    </w:p>
    <w:p w14:paraId="294DF3D5" w14:textId="77777777" w:rsidR="00040F01" w:rsidRDefault="00492A36">
      <w:pPr>
        <w:keepNext/>
        <w:spacing w:after="60"/>
      </w:pPr>
      <w:r>
        <w:rPr>
          <w:sz w:val="20"/>
        </w:rPr>
        <w:t>2016  |  Named respondent/official; not an authored study</w:t>
      </w:r>
    </w:p>
    <w:p w14:paraId="2E8FF717" w14:textId="77777777" w:rsidR="00040F01" w:rsidRDefault="00492A36">
      <w:hyperlink r:id="rId61">
        <w:r>
          <w:rPr>
            <w:color w:val="175A78"/>
          </w:rPr>
          <w:t>Source</w:t>
        </w:r>
      </w:hyperlink>
    </w:p>
    <w:p w14:paraId="6406F67C" w14:textId="77777777" w:rsidR="00040F01" w:rsidRDefault="00492A36">
      <w:pPr>
        <w:keepNext/>
        <w:spacing w:before="120" w:after="60"/>
      </w:pPr>
      <w:r>
        <w:rPr>
          <w:b/>
        </w:rPr>
        <w:t>R27  Cross-Border Health Care Seeking Among Somali Nationals: A Multi-Country Evidence Synthesis of Determinants, Outcome Domains, Economic Burden and Health-System Implications, 2014–2026</w:t>
      </w:r>
    </w:p>
    <w:p w14:paraId="7A2AD7AC" w14:textId="2A1F20C4" w:rsidR="00040F01" w:rsidRDefault="00040F01">
      <w:pPr>
        <w:keepNext/>
        <w:spacing w:after="60"/>
      </w:pPr>
    </w:p>
    <w:p w14:paraId="58A0DF83" w14:textId="77777777" w:rsidR="00040F01" w:rsidRDefault="00492A36">
      <w:hyperlink r:id="rId62">
        <w:r>
          <w:rPr>
            <w:color w:val="175A78"/>
          </w:rPr>
          <w:t>Open source</w:t>
        </w:r>
      </w:hyperlink>
      <w:r>
        <w:t xml:space="preserve">   •   </w:t>
      </w:r>
      <w:hyperlink r:id="rId63">
        <w:r>
          <w:rPr>
            <w:color w:val="175A78"/>
          </w:rPr>
          <w:t>ORCID works evidence</w:t>
        </w:r>
      </w:hyperlink>
    </w:p>
    <w:p w14:paraId="2EAB925C" w14:textId="77777777" w:rsidR="00040F01" w:rsidRDefault="00492A36">
      <w:pPr>
        <w:keepNext/>
        <w:spacing w:before="120" w:after="60"/>
      </w:pPr>
      <w:r>
        <w:rPr>
          <w:b/>
        </w:rPr>
        <w:t>R28  COVID-19 in Somalia — DEMARTINO PUBLIC HOSPITAL</w:t>
      </w:r>
    </w:p>
    <w:p w14:paraId="071AB13C" w14:textId="77777777" w:rsidR="00040F01" w:rsidRDefault="00492A36">
      <w:pPr>
        <w:keepNext/>
        <w:spacing w:after="60"/>
      </w:pPr>
      <w:r>
        <w:rPr>
          <w:sz w:val="20"/>
        </w:rPr>
        <w:t>Date unresolved  |  ResearchGate record. Profile date and essay history differ; likely related to the 2024 De Martino essay, not counted as a distinct study.</w:t>
      </w:r>
    </w:p>
    <w:p w14:paraId="260E0E29" w14:textId="77777777" w:rsidR="00040F01" w:rsidRDefault="00492A36">
      <w:hyperlink r:id="rId64">
        <w:r>
          <w:rPr>
            <w:color w:val="175A78"/>
          </w:rPr>
          <w:t>Open source</w:t>
        </w:r>
      </w:hyperlink>
    </w:p>
    <w:p w14:paraId="0441F9B0" w14:textId="77777777" w:rsidR="00040F01" w:rsidRDefault="00492A36">
      <w:pPr>
        <w:keepNext/>
        <w:spacing w:before="120" w:after="60"/>
      </w:pPr>
      <w:r>
        <w:rPr>
          <w:b/>
        </w:rPr>
        <w:t>R29  Strengthening Health Information Systems</w:t>
      </w:r>
    </w:p>
    <w:p w14:paraId="721490A7" w14:textId="77777777" w:rsidR="00040F01" w:rsidRDefault="00492A36">
      <w:pPr>
        <w:keepNext/>
        <w:spacing w:after="60"/>
      </w:pPr>
      <w:r>
        <w:rPr>
          <w:sz w:val="20"/>
        </w:rPr>
        <w:t>Date unresolved  |  SlideShare presentation carrying the target name.</w:t>
      </w:r>
    </w:p>
    <w:p w14:paraId="19FE4DF5" w14:textId="77777777" w:rsidR="00040F01" w:rsidRDefault="00492A36">
      <w:hyperlink r:id="rId65">
        <w:r>
          <w:rPr>
            <w:color w:val="175A78"/>
          </w:rPr>
          <w:t>Open source</w:t>
        </w:r>
      </w:hyperlink>
    </w:p>
    <w:p w14:paraId="4C016A13" w14:textId="77777777" w:rsidR="00040F01" w:rsidRDefault="00492A36">
      <w:pPr>
        <w:keepNext/>
        <w:spacing w:before="120" w:after="60"/>
      </w:pPr>
      <w:r>
        <w:rPr>
          <w:b/>
        </w:rPr>
        <w:t>R30  The Future of Healthcare in Somalia: A Bold Step Towards a Nationally Funded and Transparent System</w:t>
      </w:r>
    </w:p>
    <w:p w14:paraId="6D4F2BF9" w14:textId="77777777" w:rsidR="00040F01" w:rsidRDefault="00492A36">
      <w:pPr>
        <w:keepNext/>
        <w:spacing w:after="60"/>
      </w:pPr>
      <w:r>
        <w:rPr>
          <w:sz w:val="20"/>
        </w:rPr>
        <w:t>2026-10-02  |  Policy essay; 24-page public PDF explicitly names Dr Abdulrazaq Yusuf Ahmed as author.</w:t>
      </w:r>
    </w:p>
    <w:p w14:paraId="1156DDD4" w14:textId="77777777" w:rsidR="00040F01" w:rsidRDefault="00492A36">
      <w:hyperlink r:id="rId66">
        <w:r>
          <w:rPr>
            <w:color w:val="175A78"/>
          </w:rPr>
          <w:t>Open source</w:t>
        </w:r>
      </w:hyperlink>
      <w:r>
        <w:t xml:space="preserve">   •   </w:t>
      </w:r>
      <w:hyperlink r:id="rId67">
        <w:r>
          <w:rPr>
            <w:color w:val="175A78"/>
          </w:rPr>
          <w:t>Full PDF</w:t>
        </w:r>
      </w:hyperlink>
    </w:p>
    <w:p w14:paraId="4C88D6EC" w14:textId="77777777" w:rsidR="00040F01" w:rsidRDefault="00492A36">
      <w:pPr>
        <w:keepNext/>
        <w:spacing w:before="120" w:after="60"/>
      </w:pPr>
      <w:r>
        <w:rPr>
          <w:b/>
        </w:rPr>
        <w:t>R31  The Inevitable Shift</w:t>
      </w:r>
    </w:p>
    <w:p w14:paraId="38A9EB75" w14:textId="77777777" w:rsidR="00040F01" w:rsidRDefault="00492A36">
      <w:pPr>
        <w:keepNext/>
        <w:spacing w:after="60"/>
      </w:pPr>
      <w:r>
        <w:rPr>
          <w:sz w:val="20"/>
        </w:rPr>
        <w:t>2026-09-30  |  Authored policy report, 20 pages. Subtitle: Exploring the Challenges of Domestic Resource Mobilization in Addressing the Decline in Development Aid for Health in 2025–26. Also linked from Substack.</w:t>
      </w:r>
    </w:p>
    <w:p w14:paraId="69BACB88" w14:textId="77777777" w:rsidR="00040F01" w:rsidRDefault="00492A36">
      <w:hyperlink r:id="rId68">
        <w:r>
          <w:rPr>
            <w:color w:val="175A78"/>
          </w:rPr>
          <w:t>Open source</w:t>
        </w:r>
      </w:hyperlink>
      <w:r>
        <w:t xml:space="preserve">   •   </w:t>
      </w:r>
      <w:hyperlink r:id="rId69">
        <w:r>
          <w:rPr>
            <w:color w:val="175A78"/>
          </w:rPr>
          <w:t>Full PDF</w:t>
        </w:r>
      </w:hyperlink>
    </w:p>
    <w:p w14:paraId="3E1F0D0D" w14:textId="77777777" w:rsidR="00040F01" w:rsidRDefault="00492A36">
      <w:pPr>
        <w:pStyle w:val="Heading1"/>
        <w:pageBreakBefore/>
      </w:pPr>
      <w:r>
        <w:t>03 / Essays, blogs &amp; commentary</w:t>
      </w:r>
    </w:p>
    <w:p w14:paraId="48449419" w14:textId="77777777" w:rsidR="00040F01" w:rsidRDefault="00492A36">
      <w:r>
        <w:t>Personal writing and associated-site placements. Related versions and journal reposts are identified rather than counted as new studies.</w:t>
      </w:r>
    </w:p>
    <w:p w14:paraId="09F25DE6" w14:textId="77777777" w:rsidR="00040F01" w:rsidRDefault="00492A36">
      <w:pPr>
        <w:keepNext/>
        <w:spacing w:before="120" w:after="60"/>
      </w:pPr>
      <w:r>
        <w:rPr>
          <w:b/>
        </w:rPr>
        <w:t>B01  COVID-19 in Somalia: The Heroic Efforts of De Martino Hospital</w:t>
      </w:r>
    </w:p>
    <w:p w14:paraId="3208F9BA" w14:textId="77777777" w:rsidR="00040F01" w:rsidRDefault="00492A36">
      <w:pPr>
        <w:keepNext/>
        <w:spacing w:after="60"/>
      </w:pPr>
      <w:r>
        <w:rPr>
          <w:sz w:val="20"/>
        </w:rPr>
        <w:t>20 Nov 2024  |  Medium; personal PDF mirror also found</w:t>
      </w:r>
    </w:p>
    <w:p w14:paraId="1D611EC0" w14:textId="77777777" w:rsidR="00040F01" w:rsidRDefault="00492A36">
      <w:hyperlink r:id="rId70">
        <w:r>
          <w:rPr>
            <w:color w:val="175A78"/>
          </w:rPr>
          <w:t>Source</w:t>
        </w:r>
      </w:hyperlink>
    </w:p>
    <w:p w14:paraId="31E57ED9" w14:textId="77777777" w:rsidR="00040F01" w:rsidRDefault="00492A36">
      <w:pPr>
        <w:keepNext/>
        <w:spacing w:before="120" w:after="60"/>
      </w:pPr>
      <w:r>
        <w:rPr>
          <w:b/>
        </w:rPr>
        <w:t>B02  Answering the Raised Question</w:t>
      </w:r>
    </w:p>
    <w:p w14:paraId="4C400F2B" w14:textId="77777777" w:rsidR="00040F01" w:rsidRDefault="00492A36">
      <w:pPr>
        <w:keepNext/>
        <w:spacing w:after="60"/>
      </w:pPr>
      <w:r>
        <w:rPr>
          <w:sz w:val="20"/>
        </w:rPr>
        <w:t>25 Nov 2023  |  Medium professional reflection</w:t>
      </w:r>
    </w:p>
    <w:p w14:paraId="5092B146" w14:textId="77777777" w:rsidR="00040F01" w:rsidRDefault="00492A36">
      <w:hyperlink r:id="rId71">
        <w:r>
          <w:rPr>
            <w:color w:val="175A78"/>
          </w:rPr>
          <w:t>Source</w:t>
        </w:r>
      </w:hyperlink>
    </w:p>
    <w:p w14:paraId="26A79D4D" w14:textId="77777777" w:rsidR="00040F01" w:rsidRDefault="00492A36">
      <w:pPr>
        <w:keepNext/>
        <w:spacing w:before="120" w:after="60"/>
      </w:pPr>
      <w:r>
        <w:rPr>
          <w:b/>
        </w:rPr>
        <w:t>B03  Health Law, Advertising, and Patient Privacy in Somalia: Ethical and Professional Implications</w:t>
      </w:r>
    </w:p>
    <w:p w14:paraId="074A68C5" w14:textId="77777777" w:rsidR="00040F01" w:rsidRDefault="00492A36">
      <w:pPr>
        <w:keepNext/>
        <w:spacing w:after="60"/>
      </w:pPr>
      <w:r>
        <w:rPr>
          <w:sz w:val="20"/>
        </w:rPr>
        <w:t>3 Nov 2024  |  Medium policy/ethics essay</w:t>
      </w:r>
    </w:p>
    <w:p w14:paraId="4CA20038" w14:textId="77777777" w:rsidR="00040F01" w:rsidRDefault="00492A36">
      <w:hyperlink r:id="rId72">
        <w:r>
          <w:rPr>
            <w:color w:val="175A78"/>
          </w:rPr>
          <w:t>Source</w:t>
        </w:r>
      </w:hyperlink>
    </w:p>
    <w:p w14:paraId="7DEF3616" w14:textId="77777777" w:rsidR="00040F01" w:rsidRDefault="00492A36">
      <w:pPr>
        <w:keepNext/>
        <w:spacing w:before="120" w:after="60"/>
      </w:pPr>
      <w:r>
        <w:rPr>
          <w:b/>
        </w:rPr>
        <w:t>B04  Beyond Survival: A Somali Vision for Mental Health</w:t>
      </w:r>
    </w:p>
    <w:p w14:paraId="5CFAF0B6" w14:textId="77777777" w:rsidR="00040F01" w:rsidRDefault="00492A36">
      <w:pPr>
        <w:keepNext/>
        <w:spacing w:after="60"/>
      </w:pPr>
      <w:r>
        <w:rPr>
          <w:sz w:val="20"/>
        </w:rPr>
        <w:t>17 Oct 2025  |  Medium essay; same work family as repository entry</w:t>
      </w:r>
    </w:p>
    <w:p w14:paraId="21F16696" w14:textId="77777777" w:rsidR="00040F01" w:rsidRDefault="00492A36">
      <w:hyperlink r:id="rId73">
        <w:r>
          <w:rPr>
            <w:color w:val="175A78"/>
          </w:rPr>
          <w:t>Source</w:t>
        </w:r>
      </w:hyperlink>
    </w:p>
    <w:p w14:paraId="44F9549F" w14:textId="77777777" w:rsidR="00040F01" w:rsidRDefault="00492A36">
      <w:pPr>
        <w:keepNext/>
        <w:spacing w:before="120" w:after="60"/>
      </w:pPr>
      <w:r>
        <w:rPr>
          <w:b/>
        </w:rPr>
        <w:t>B05  From the Frontlines to the Foundations: A Deeper Look at Resilient Leadership</w:t>
      </w:r>
    </w:p>
    <w:p w14:paraId="2C302038" w14:textId="77777777" w:rsidR="00040F01" w:rsidRDefault="00492A36">
      <w:pPr>
        <w:keepNext/>
        <w:spacing w:after="60"/>
      </w:pPr>
      <w:r>
        <w:rPr>
          <w:sz w:val="20"/>
        </w:rPr>
        <w:t>13 Oct 2025  |  Medium essay</w:t>
      </w:r>
    </w:p>
    <w:p w14:paraId="4D50D09F" w14:textId="77777777" w:rsidR="00040F01" w:rsidRDefault="00492A36">
      <w:hyperlink r:id="rId74">
        <w:r>
          <w:rPr>
            <w:color w:val="175A78"/>
          </w:rPr>
          <w:t>Source</w:t>
        </w:r>
      </w:hyperlink>
    </w:p>
    <w:p w14:paraId="30603A28" w14:textId="77777777" w:rsidR="00040F01" w:rsidRDefault="00492A36">
      <w:pPr>
        <w:keepNext/>
        <w:spacing w:before="120" w:after="60"/>
      </w:pPr>
      <w:r>
        <w:rPr>
          <w:b/>
        </w:rPr>
        <w:t>B06  My Journey into the Realm of Disappointment: Learning the Power of Emotional Detachment</w:t>
      </w:r>
    </w:p>
    <w:p w14:paraId="76A3D490" w14:textId="77777777" w:rsidR="00040F01" w:rsidRDefault="00492A36">
      <w:pPr>
        <w:keepNext/>
        <w:spacing w:after="60"/>
      </w:pPr>
      <w:r>
        <w:rPr>
          <w:sz w:val="20"/>
        </w:rPr>
        <w:t>14 Nov 2025  |  Medium personal reflection</w:t>
      </w:r>
    </w:p>
    <w:p w14:paraId="061E95D2" w14:textId="77777777" w:rsidR="00040F01" w:rsidRDefault="00492A36">
      <w:hyperlink r:id="rId75">
        <w:r>
          <w:rPr>
            <w:color w:val="175A78"/>
          </w:rPr>
          <w:t>Source</w:t>
        </w:r>
      </w:hyperlink>
    </w:p>
    <w:p w14:paraId="5E66565B" w14:textId="77777777" w:rsidR="00040F01" w:rsidRDefault="00492A36">
      <w:pPr>
        <w:keepNext/>
        <w:spacing w:before="120" w:after="60"/>
      </w:pPr>
      <w:r>
        <w:rPr>
          <w:b/>
        </w:rPr>
        <w:t>B07  Leap of Faith: Between Despair and Destiny</w:t>
      </w:r>
    </w:p>
    <w:p w14:paraId="170BBC53" w14:textId="77777777" w:rsidR="00040F01" w:rsidRDefault="00492A36">
      <w:pPr>
        <w:keepNext/>
        <w:spacing w:after="60"/>
      </w:pPr>
      <w:r>
        <w:rPr>
          <w:sz w:val="20"/>
        </w:rPr>
        <w:t>Date unresolved  |  Medium personal reflection</w:t>
      </w:r>
    </w:p>
    <w:p w14:paraId="384478C5" w14:textId="77777777" w:rsidR="00040F01" w:rsidRDefault="00492A36">
      <w:hyperlink r:id="rId76">
        <w:r>
          <w:rPr>
            <w:color w:val="175A78"/>
          </w:rPr>
          <w:t>Source</w:t>
        </w:r>
      </w:hyperlink>
    </w:p>
    <w:p w14:paraId="35D9F562" w14:textId="77777777" w:rsidR="00040F01" w:rsidRDefault="00492A36">
      <w:pPr>
        <w:keepNext/>
        <w:spacing w:before="120" w:after="60"/>
      </w:pPr>
      <w:r>
        <w:rPr>
          <w:rFonts w:cs="Arial"/>
          <w:b/>
        </w:rPr>
        <w:t>B08  المعلّم في الوجدان الصومالي: هيبة رسالة وضياء حياة</w:t>
      </w:r>
    </w:p>
    <w:p w14:paraId="05A785F3" w14:textId="77777777" w:rsidR="00040F01" w:rsidRDefault="00492A36">
      <w:pPr>
        <w:keepNext/>
        <w:spacing w:after="60"/>
      </w:pPr>
      <w:r>
        <w:rPr>
          <w:sz w:val="20"/>
        </w:rPr>
        <w:t>21 Nov 2025  |  Arabic Medium essay</w:t>
      </w:r>
    </w:p>
    <w:p w14:paraId="06CA6A7C" w14:textId="77777777" w:rsidR="00040F01" w:rsidRDefault="00492A36">
      <w:hyperlink r:id="rId77">
        <w:r>
          <w:rPr>
            <w:color w:val="175A78"/>
          </w:rPr>
          <w:t>Source</w:t>
        </w:r>
      </w:hyperlink>
    </w:p>
    <w:p w14:paraId="1E63DB29" w14:textId="77777777" w:rsidR="00040F01" w:rsidRDefault="00492A36">
      <w:pPr>
        <w:keepNext/>
        <w:spacing w:before="120" w:after="60"/>
      </w:pPr>
      <w:r>
        <w:rPr>
          <w:b/>
        </w:rPr>
        <w:t>B09  The Essence of True Maturity</w:t>
      </w:r>
    </w:p>
    <w:p w14:paraId="77DB6BA3" w14:textId="77777777" w:rsidR="00040F01" w:rsidRDefault="00492A36">
      <w:pPr>
        <w:keepNext/>
        <w:spacing w:after="60"/>
      </w:pPr>
      <w:r>
        <w:rPr>
          <w:sz w:val="20"/>
        </w:rPr>
        <w:t>26 Oct 2024  |  Medium essay</w:t>
      </w:r>
    </w:p>
    <w:p w14:paraId="37BD51D0" w14:textId="77777777" w:rsidR="00040F01" w:rsidRDefault="00492A36">
      <w:hyperlink r:id="rId78">
        <w:r>
          <w:rPr>
            <w:color w:val="175A78"/>
          </w:rPr>
          <w:t>Source</w:t>
        </w:r>
      </w:hyperlink>
    </w:p>
    <w:p w14:paraId="74F86D4E" w14:textId="77777777" w:rsidR="00040F01" w:rsidRDefault="00492A36">
      <w:pPr>
        <w:keepNext/>
        <w:spacing w:before="120" w:after="60"/>
      </w:pPr>
      <w:r>
        <w:rPr>
          <w:b/>
        </w:rPr>
        <w:t>B10  Reflections on My Transformative Experience in China: A Journey of Learning and Inspiration</w:t>
      </w:r>
    </w:p>
    <w:p w14:paraId="798633E1" w14:textId="77777777" w:rsidR="00040F01" w:rsidRDefault="00492A36">
      <w:pPr>
        <w:keepNext/>
        <w:spacing w:after="60"/>
      </w:pPr>
      <w:r>
        <w:rPr>
          <w:sz w:val="20"/>
        </w:rPr>
        <w:t>13 Aug 2024  |  Medium personal/professional account</w:t>
      </w:r>
    </w:p>
    <w:p w14:paraId="2C814A2E" w14:textId="77777777" w:rsidR="00040F01" w:rsidRDefault="00492A36">
      <w:hyperlink r:id="rId79">
        <w:r>
          <w:rPr>
            <w:color w:val="175A78"/>
          </w:rPr>
          <w:t>Source</w:t>
        </w:r>
      </w:hyperlink>
    </w:p>
    <w:p w14:paraId="7707A1E5" w14:textId="77777777" w:rsidR="00040F01" w:rsidRDefault="00492A36">
      <w:pPr>
        <w:keepNext/>
        <w:spacing w:before="120" w:after="60"/>
      </w:pPr>
      <w:r>
        <w:rPr>
          <w:rFonts w:cs="Arial"/>
          <w:b/>
        </w:rPr>
        <w:t>B11  وفي نهاية المطاف</w:t>
      </w:r>
    </w:p>
    <w:p w14:paraId="7ADAD090" w14:textId="77777777" w:rsidR="00040F01" w:rsidRDefault="00492A36">
      <w:pPr>
        <w:keepNext/>
        <w:spacing w:after="60"/>
      </w:pPr>
      <w:r>
        <w:rPr>
          <w:sz w:val="20"/>
        </w:rPr>
        <w:t>10 Jul 2024  |  Arabic Medium essay</w:t>
      </w:r>
    </w:p>
    <w:p w14:paraId="3780269D" w14:textId="77777777" w:rsidR="00040F01" w:rsidRDefault="00492A36">
      <w:hyperlink r:id="rId80">
        <w:r>
          <w:rPr>
            <w:color w:val="175A78"/>
          </w:rPr>
          <w:t>Source</w:t>
        </w:r>
      </w:hyperlink>
    </w:p>
    <w:p w14:paraId="4A562A14" w14:textId="77777777" w:rsidR="00040F01" w:rsidRDefault="00492A36">
      <w:pPr>
        <w:keepNext/>
        <w:spacing w:before="120" w:after="60"/>
      </w:pPr>
      <w:r>
        <w:rPr>
          <w:rFonts w:cs="Arial"/>
          <w:b/>
        </w:rPr>
        <w:t>B12  بين هشاشة القرار وعظمة التكوين</w:t>
      </w:r>
    </w:p>
    <w:p w14:paraId="66992152" w14:textId="77777777" w:rsidR="00040F01" w:rsidRDefault="00492A36">
      <w:pPr>
        <w:keepNext/>
        <w:spacing w:after="60"/>
      </w:pPr>
      <w:r>
        <w:rPr>
          <w:sz w:val="20"/>
        </w:rPr>
        <w:t>3 May 2025  |  Arabic Medium essay; longer title on profile</w:t>
      </w:r>
    </w:p>
    <w:p w14:paraId="1BA041C0" w14:textId="77777777" w:rsidR="00040F01" w:rsidRDefault="00492A36">
      <w:hyperlink r:id="rId81">
        <w:r>
          <w:rPr>
            <w:color w:val="175A78"/>
          </w:rPr>
          <w:t>Source</w:t>
        </w:r>
      </w:hyperlink>
    </w:p>
    <w:p w14:paraId="6E0718FF" w14:textId="77777777" w:rsidR="00040F01" w:rsidRDefault="00492A36">
      <w:pPr>
        <w:keepNext/>
        <w:spacing w:before="120" w:after="60"/>
      </w:pPr>
      <w:r>
        <w:rPr>
          <w:rFonts w:cs="Arial"/>
          <w:b/>
        </w:rPr>
        <w:t>B13  تبرير الفساد وخطره علي المجتمع</w:t>
      </w:r>
    </w:p>
    <w:p w14:paraId="2156DBF6" w14:textId="77777777" w:rsidR="00040F01" w:rsidRDefault="00492A36">
      <w:pPr>
        <w:keepNext/>
        <w:spacing w:after="60"/>
      </w:pPr>
      <w:r>
        <w:rPr>
          <w:sz w:val="20"/>
        </w:rPr>
        <w:t>Date unresolved  |  Arabic personal-site essay</w:t>
      </w:r>
    </w:p>
    <w:p w14:paraId="1C412072" w14:textId="77777777" w:rsidR="00040F01" w:rsidRDefault="00492A36">
      <w:hyperlink r:id="rId82">
        <w:r>
          <w:rPr>
            <w:color w:val="175A78"/>
          </w:rPr>
          <w:t>Source</w:t>
        </w:r>
      </w:hyperlink>
    </w:p>
    <w:p w14:paraId="0986721C" w14:textId="77777777" w:rsidR="00040F01" w:rsidRDefault="00492A36">
      <w:pPr>
        <w:keepNext/>
        <w:spacing w:before="120" w:after="60"/>
      </w:pPr>
      <w:r>
        <w:rPr>
          <w:rFonts w:cs="Arial"/>
          <w:b/>
        </w:rPr>
        <w:t>B14  علي خطي الحركة إلى صناعة الأثر: أسس منهجية تضيء دروب المعرفة وتحرك الواقع</w:t>
      </w:r>
    </w:p>
    <w:p w14:paraId="05D45499" w14:textId="77777777" w:rsidR="00040F01" w:rsidRDefault="00492A36">
      <w:pPr>
        <w:keepNext/>
        <w:spacing w:after="60"/>
      </w:pPr>
      <w:r>
        <w:rPr>
          <w:sz w:val="20"/>
        </w:rPr>
        <w:t>Date unresolved  |  Arabic personal-site essay</w:t>
      </w:r>
    </w:p>
    <w:p w14:paraId="3DBE1C71" w14:textId="77777777" w:rsidR="00040F01" w:rsidRDefault="00492A36">
      <w:hyperlink r:id="rId83">
        <w:r>
          <w:rPr>
            <w:color w:val="175A78"/>
          </w:rPr>
          <w:t>Source</w:t>
        </w:r>
      </w:hyperlink>
    </w:p>
    <w:p w14:paraId="4155F0FE" w14:textId="77777777" w:rsidR="00040F01" w:rsidRDefault="00492A36">
      <w:pPr>
        <w:keepNext/>
        <w:spacing w:before="120" w:after="60"/>
      </w:pPr>
      <w:r>
        <w:rPr>
          <w:b/>
        </w:rPr>
        <w:t>B15  Global Health Systems in 2026: Strategic Priorities, Health Systems Literacy, and the Physician’s Role in Resilient Care</w:t>
      </w:r>
    </w:p>
    <w:p w14:paraId="190B273A" w14:textId="77777777" w:rsidR="00040F01" w:rsidRDefault="00492A36">
      <w:pPr>
        <w:keepNext/>
        <w:spacing w:after="60"/>
      </w:pPr>
      <w:r>
        <w:rPr>
          <w:sz w:val="20"/>
        </w:rPr>
        <w:t>2026  |  RIYAADA Academy educational commentary</w:t>
      </w:r>
    </w:p>
    <w:p w14:paraId="5BECA593" w14:textId="77777777" w:rsidR="00040F01" w:rsidRDefault="00492A36">
      <w:hyperlink r:id="rId84">
        <w:r>
          <w:rPr>
            <w:color w:val="175A78"/>
          </w:rPr>
          <w:t>Source</w:t>
        </w:r>
      </w:hyperlink>
    </w:p>
    <w:p w14:paraId="2098D983" w14:textId="77777777" w:rsidR="00040F01" w:rsidRDefault="00492A36">
      <w:pPr>
        <w:keepNext/>
        <w:spacing w:before="120" w:after="60"/>
      </w:pPr>
      <w:r>
        <w:rPr>
          <w:b/>
        </w:rPr>
        <w:t>B16  Peacebuilding Beyond Agreements: Building Democratic Institutions from the Community</w:t>
      </w:r>
    </w:p>
    <w:p w14:paraId="22DD39A7" w14:textId="77777777" w:rsidR="00040F01" w:rsidRDefault="00492A36">
      <w:pPr>
        <w:keepNext/>
        <w:spacing w:after="60"/>
      </w:pPr>
      <w:r>
        <w:rPr>
          <w:sz w:val="20"/>
        </w:rPr>
        <w:t>19 Jul 2026  |  RIYAADA Academy manuscript/blog; page says proposed DOI activation pending. Do not treat proposed DOI as registered</w:t>
      </w:r>
    </w:p>
    <w:p w14:paraId="1BF984F3" w14:textId="77777777" w:rsidR="00040F01" w:rsidRDefault="00492A36">
      <w:hyperlink r:id="rId85">
        <w:r>
          <w:rPr>
            <w:color w:val="175A78"/>
          </w:rPr>
          <w:t>Source</w:t>
        </w:r>
      </w:hyperlink>
    </w:p>
    <w:p w14:paraId="4E6E2A7B" w14:textId="77777777" w:rsidR="00040F01" w:rsidRDefault="00492A36">
      <w:pPr>
        <w:keepNext/>
        <w:spacing w:before="120" w:after="60"/>
      </w:pPr>
      <w:r>
        <w:rPr>
          <w:b/>
        </w:rPr>
        <w:t>B17  From Numbers to Lives</w:t>
      </w:r>
    </w:p>
    <w:p w14:paraId="7360801B" w14:textId="77777777" w:rsidR="00040F01" w:rsidRDefault="00492A36">
      <w:pPr>
        <w:keepNext/>
        <w:spacing w:after="60"/>
      </w:pPr>
      <w:r>
        <w:rPr>
          <w:sz w:val="20"/>
        </w:rPr>
        <w:t>5 Aug 2026  |  RIYAADA Academy essay; title/subtitle variants on page</w:t>
      </w:r>
    </w:p>
    <w:p w14:paraId="581F7A54" w14:textId="77777777" w:rsidR="00040F01" w:rsidRDefault="00492A36">
      <w:hyperlink r:id="rId86">
        <w:r>
          <w:rPr>
            <w:color w:val="175A78"/>
          </w:rPr>
          <w:t>Source</w:t>
        </w:r>
      </w:hyperlink>
    </w:p>
    <w:p w14:paraId="4AA4BF5B" w14:textId="77777777" w:rsidR="00040F01" w:rsidRDefault="00492A36">
      <w:pPr>
        <w:keepNext/>
        <w:spacing w:before="120" w:after="60"/>
      </w:pPr>
      <w:r>
        <w:rPr>
          <w:b/>
        </w:rPr>
        <w:t>B18  Who Suffers Most?</w:t>
      </w:r>
    </w:p>
    <w:p w14:paraId="2D4DF3E8" w14:textId="77777777" w:rsidR="00040F01" w:rsidRDefault="00492A36">
      <w:pPr>
        <w:keepNext/>
        <w:spacing w:after="60"/>
      </w:pPr>
      <w:r>
        <w:rPr>
          <w:sz w:val="20"/>
        </w:rPr>
        <w:t>5 Aug 2026  |  RIYAADA Academy commentary</w:t>
      </w:r>
    </w:p>
    <w:p w14:paraId="2292C9B3" w14:textId="77777777" w:rsidR="00040F01" w:rsidRDefault="00492A36">
      <w:hyperlink r:id="rId87">
        <w:r>
          <w:rPr>
            <w:color w:val="175A78"/>
          </w:rPr>
          <w:t>Source</w:t>
        </w:r>
      </w:hyperlink>
    </w:p>
    <w:p w14:paraId="74509744" w14:textId="77777777" w:rsidR="00040F01" w:rsidRDefault="00492A36">
      <w:pPr>
        <w:keepNext/>
        <w:spacing w:before="120" w:after="60"/>
      </w:pPr>
      <w:r>
        <w:rPr>
          <w:b/>
        </w:rPr>
        <w:t>B19  Rebuilding Education for National Transformation: A Somali Learning Agenda</w:t>
      </w:r>
    </w:p>
    <w:p w14:paraId="52C7F13B" w14:textId="77777777" w:rsidR="00040F01" w:rsidRDefault="00492A36">
      <w:pPr>
        <w:keepNext/>
        <w:spacing w:after="60"/>
      </w:pPr>
      <w:r>
        <w:rPr>
          <w:sz w:val="20"/>
        </w:rPr>
        <w:t>13 Jul 2026  |  RIYAADA Academy essay</w:t>
      </w:r>
    </w:p>
    <w:p w14:paraId="5B7E4311" w14:textId="77777777" w:rsidR="00040F01" w:rsidRDefault="00492A36">
      <w:hyperlink r:id="rId88">
        <w:r>
          <w:rPr>
            <w:color w:val="175A78"/>
          </w:rPr>
          <w:t>Source</w:t>
        </w:r>
      </w:hyperlink>
    </w:p>
    <w:p w14:paraId="15DFCCD4" w14:textId="77777777" w:rsidR="00040F01" w:rsidRDefault="00492A36">
      <w:pPr>
        <w:keepNext/>
        <w:spacing w:before="120" w:after="60"/>
      </w:pPr>
      <w:r>
        <w:rPr>
          <w:b/>
        </w:rPr>
        <w:t>B20  Digital Feedback Must Lead to Action</w:t>
      </w:r>
    </w:p>
    <w:p w14:paraId="45C198D6" w14:textId="77777777" w:rsidR="00040F01" w:rsidRDefault="00492A36">
      <w:pPr>
        <w:keepNext/>
        <w:spacing w:after="60"/>
      </w:pPr>
      <w:r>
        <w:rPr>
          <w:sz w:val="20"/>
        </w:rPr>
        <w:t>2026-10-06  |  Personal-site commentary. Date from public WordPress post metadata; ownership does not independently verify every biographical claim.</w:t>
      </w:r>
    </w:p>
    <w:p w14:paraId="2F112FF2" w14:textId="77777777" w:rsidR="00040F01" w:rsidRDefault="00492A36">
      <w:hyperlink r:id="rId89">
        <w:r>
          <w:rPr>
            <w:color w:val="175A78"/>
          </w:rPr>
          <w:t>Open source</w:t>
        </w:r>
      </w:hyperlink>
    </w:p>
    <w:p w14:paraId="41692776" w14:textId="77777777" w:rsidR="00040F01" w:rsidRDefault="00492A36">
      <w:pPr>
        <w:keepNext/>
        <w:spacing w:before="120" w:after="60"/>
      </w:pPr>
      <w:r>
        <w:rPr>
          <w:b/>
        </w:rPr>
        <w:t>B21  Hospital Governance Is a Patient-Safety Priority</w:t>
      </w:r>
    </w:p>
    <w:p w14:paraId="7A1BBDD1" w14:textId="77777777" w:rsidR="00040F01" w:rsidRDefault="00492A36">
      <w:pPr>
        <w:keepNext/>
        <w:spacing w:after="60"/>
      </w:pPr>
      <w:r>
        <w:rPr>
          <w:sz w:val="20"/>
        </w:rPr>
        <w:t>2026-10-06  |  Personal-site commentary. Date from public WordPress post metadata; ownership does not independently verify every biographical claim.</w:t>
      </w:r>
    </w:p>
    <w:p w14:paraId="154E06F8" w14:textId="77777777" w:rsidR="00040F01" w:rsidRDefault="00492A36">
      <w:hyperlink r:id="rId90">
        <w:r>
          <w:rPr>
            <w:color w:val="175A78"/>
          </w:rPr>
          <w:t>Open source</w:t>
        </w:r>
      </w:hyperlink>
    </w:p>
    <w:p w14:paraId="6D6E1E4D" w14:textId="77777777" w:rsidR="00040F01" w:rsidRDefault="00492A36">
      <w:pPr>
        <w:keepNext/>
        <w:spacing w:before="120" w:after="60"/>
      </w:pPr>
      <w:r>
        <w:rPr>
          <w:b/>
        </w:rPr>
        <w:t>B22  Financial Protection Begins with Trust</w:t>
      </w:r>
    </w:p>
    <w:p w14:paraId="348D5161" w14:textId="77777777" w:rsidR="00040F01" w:rsidRDefault="00492A36">
      <w:pPr>
        <w:keepNext/>
        <w:spacing w:after="60"/>
      </w:pPr>
      <w:r>
        <w:rPr>
          <w:sz w:val="20"/>
        </w:rPr>
        <w:t>2026-10-06  |  Personal-site commentary. Date from public WordPress post metadata; ownership does not independently verify every biographical claim.</w:t>
      </w:r>
    </w:p>
    <w:p w14:paraId="2C77D52D" w14:textId="77777777" w:rsidR="00040F01" w:rsidRDefault="00492A36">
      <w:hyperlink r:id="rId91">
        <w:r>
          <w:rPr>
            <w:color w:val="175A78"/>
          </w:rPr>
          <w:t>Open source</w:t>
        </w:r>
      </w:hyperlink>
    </w:p>
    <w:p w14:paraId="0C39D826" w14:textId="77777777" w:rsidR="00040F01" w:rsidRDefault="00492A36">
      <w:pPr>
        <w:keepNext/>
        <w:spacing w:before="120" w:after="60"/>
      </w:pPr>
      <w:r>
        <w:rPr>
          <w:b/>
        </w:rPr>
        <w:t>B23  Research, Evidence and Health Policy</w:t>
      </w:r>
    </w:p>
    <w:p w14:paraId="2225D125" w14:textId="77777777" w:rsidR="00040F01" w:rsidRDefault="00492A36">
      <w:pPr>
        <w:keepNext/>
        <w:spacing w:after="60"/>
      </w:pPr>
      <w:r>
        <w:rPr>
          <w:sz w:val="20"/>
        </w:rPr>
        <w:t>2026-08-26  |  Personal-site commentary. Date from public WordPress post metadata; ownership does not independently verify every biographical claim.</w:t>
      </w:r>
    </w:p>
    <w:p w14:paraId="1FD539C8" w14:textId="77777777" w:rsidR="00040F01" w:rsidRDefault="00492A36">
      <w:hyperlink r:id="rId92">
        <w:r>
          <w:rPr>
            <w:color w:val="175A78"/>
          </w:rPr>
          <w:t>Open source</w:t>
        </w:r>
      </w:hyperlink>
    </w:p>
    <w:p w14:paraId="5216701E" w14:textId="77777777" w:rsidR="00040F01" w:rsidRDefault="00492A36">
      <w:pPr>
        <w:keepNext/>
        <w:spacing w:before="120" w:after="60"/>
      </w:pPr>
      <w:r>
        <w:rPr>
          <w:b/>
        </w:rPr>
        <w:t>B24  Governance, Policy and Public-Sector Reform</w:t>
      </w:r>
    </w:p>
    <w:p w14:paraId="41D80D29" w14:textId="77777777" w:rsidR="00040F01" w:rsidRDefault="00492A36">
      <w:pPr>
        <w:keepNext/>
        <w:spacing w:after="60"/>
      </w:pPr>
      <w:r>
        <w:rPr>
          <w:sz w:val="20"/>
        </w:rPr>
        <w:t>2026-08-26  |  Personal-site commentary. Date from public WordPress post metadata; ownership does not independently verify every biographical claim.</w:t>
      </w:r>
    </w:p>
    <w:p w14:paraId="187DA4B4" w14:textId="77777777" w:rsidR="00040F01" w:rsidRDefault="00492A36">
      <w:hyperlink r:id="rId93">
        <w:r>
          <w:rPr>
            <w:color w:val="175A78"/>
          </w:rPr>
          <w:t>Open source</w:t>
        </w:r>
      </w:hyperlink>
    </w:p>
    <w:p w14:paraId="272459D2" w14:textId="77777777" w:rsidR="00040F01" w:rsidRDefault="00492A36">
      <w:pPr>
        <w:keepNext/>
        <w:spacing w:before="120" w:after="60"/>
      </w:pPr>
      <w:r>
        <w:rPr>
          <w:b/>
        </w:rPr>
        <w:t>B25  Leadership and Institutional Transformation</w:t>
      </w:r>
    </w:p>
    <w:p w14:paraId="38968B41" w14:textId="77777777" w:rsidR="00040F01" w:rsidRDefault="00492A36">
      <w:pPr>
        <w:keepNext/>
        <w:spacing w:after="60"/>
      </w:pPr>
      <w:r>
        <w:rPr>
          <w:sz w:val="20"/>
        </w:rPr>
        <w:t>2026-08-26  |  Personal-site commentary. Date from public WordPress post metadata; ownership does not independently verify every biographical claim.</w:t>
      </w:r>
    </w:p>
    <w:p w14:paraId="02691EC6" w14:textId="77777777" w:rsidR="00040F01" w:rsidRDefault="00492A36">
      <w:hyperlink r:id="rId94">
        <w:r>
          <w:rPr>
            <w:color w:val="175A78"/>
          </w:rPr>
          <w:t>Open source</w:t>
        </w:r>
      </w:hyperlink>
    </w:p>
    <w:p w14:paraId="15CE4376" w14:textId="77777777" w:rsidR="00040F01" w:rsidRDefault="00492A36">
      <w:pPr>
        <w:keepNext/>
        <w:spacing w:before="120" w:after="60"/>
      </w:pPr>
      <w:r>
        <w:rPr>
          <w:b/>
        </w:rPr>
        <w:t>B26  Strengthening Health Systems for Better Health Outcomes</w:t>
      </w:r>
    </w:p>
    <w:p w14:paraId="24FEBBD2" w14:textId="77777777" w:rsidR="00040F01" w:rsidRDefault="00492A36">
      <w:pPr>
        <w:keepNext/>
        <w:spacing w:after="60"/>
      </w:pPr>
      <w:r>
        <w:rPr>
          <w:sz w:val="20"/>
        </w:rPr>
        <w:t>2026-08-21  |  Personal-site commentary. Date from public WordPress post metadata; ownership does not independently verify every biographical claim.</w:t>
      </w:r>
    </w:p>
    <w:p w14:paraId="5B782960" w14:textId="77777777" w:rsidR="00040F01" w:rsidRDefault="00492A36">
      <w:hyperlink r:id="rId95">
        <w:r>
          <w:rPr>
            <w:color w:val="175A78"/>
          </w:rPr>
          <w:t>Open source</w:t>
        </w:r>
      </w:hyperlink>
    </w:p>
    <w:p w14:paraId="2BD829A8" w14:textId="77777777" w:rsidR="00040F01" w:rsidRDefault="00492A36">
      <w:pPr>
        <w:keepNext/>
        <w:spacing w:before="120" w:after="60"/>
      </w:pPr>
      <w:r>
        <w:rPr>
          <w:rFonts w:cs="Arial"/>
          <w:b/>
        </w:rPr>
        <w:t>B27  حين تُغيّر الضغوط ملامح الروح</w:t>
      </w:r>
    </w:p>
    <w:p w14:paraId="1EC2ED72" w14:textId="77777777" w:rsidR="00040F01" w:rsidRDefault="00492A36">
      <w:pPr>
        <w:keepNext/>
        <w:spacing w:after="60"/>
      </w:pPr>
      <w:r>
        <w:rPr>
          <w:sz w:val="20"/>
        </w:rPr>
        <w:t>2026-05-08  |  Arabic personal reflection; confirmed in the public drjalaal.blogspot.com feed.</w:t>
      </w:r>
    </w:p>
    <w:p w14:paraId="371BF8F8" w14:textId="77777777" w:rsidR="00040F01" w:rsidRDefault="00492A36">
      <w:hyperlink r:id="rId96">
        <w:r>
          <w:rPr>
            <w:color w:val="175A78"/>
          </w:rPr>
          <w:t>Open source</w:t>
        </w:r>
      </w:hyperlink>
    </w:p>
    <w:p w14:paraId="472B11AB" w14:textId="77777777" w:rsidR="00040F01" w:rsidRDefault="00492A36">
      <w:pPr>
        <w:keepNext/>
        <w:spacing w:before="120" w:after="60"/>
      </w:pPr>
      <w:r>
        <w:rPr>
          <w:rFonts w:cs="Arial"/>
          <w:b/>
        </w:rPr>
        <w:t>B28  إليك ياولدي يا عمار</w:t>
      </w:r>
    </w:p>
    <w:p w14:paraId="5A51A336" w14:textId="77777777" w:rsidR="00040F01" w:rsidRDefault="00492A36">
      <w:pPr>
        <w:keepNext/>
        <w:spacing w:after="60"/>
      </w:pPr>
      <w:r>
        <w:rPr>
          <w:sz w:val="20"/>
        </w:rPr>
        <w:t>2026-02-18  |  Arabic personal reflection; confirmed in the public drjalaal.blogspot.com feed.</w:t>
      </w:r>
    </w:p>
    <w:p w14:paraId="08EF4382" w14:textId="77777777" w:rsidR="00040F01" w:rsidRDefault="00492A36">
      <w:hyperlink r:id="rId97">
        <w:r>
          <w:rPr>
            <w:color w:val="175A78"/>
          </w:rPr>
          <w:t>Open source</w:t>
        </w:r>
      </w:hyperlink>
    </w:p>
    <w:p w14:paraId="5DFD937D" w14:textId="77777777" w:rsidR="00040F01" w:rsidRDefault="00492A36">
      <w:pPr>
        <w:keepNext/>
        <w:spacing w:before="120" w:after="60"/>
      </w:pPr>
      <w:r>
        <w:rPr>
          <w:b/>
        </w:rPr>
        <w:t>B29  Validity, digital responsibility, and the community Health workforce in fragile contexts: governance Innovations and health service performance in Somalia</w:t>
      </w:r>
    </w:p>
    <w:p w14:paraId="64100444" w14:textId="77777777" w:rsidR="00040F01" w:rsidRDefault="00492A36">
      <w:pPr>
        <w:keepNext/>
        <w:spacing w:after="60"/>
      </w:pPr>
      <w:r>
        <w:rPr>
          <w:sz w:val="20"/>
        </w:rPr>
        <w:t>2026-09-30  |  Associated-site placement of a journal publication already listed in section 1; not an additional scholarly work.</w:t>
      </w:r>
    </w:p>
    <w:p w14:paraId="55808715" w14:textId="77777777" w:rsidR="00040F01" w:rsidRDefault="00492A36">
      <w:hyperlink r:id="rId98">
        <w:r>
          <w:rPr>
            <w:color w:val="175A78"/>
          </w:rPr>
          <w:t>Open source</w:t>
        </w:r>
      </w:hyperlink>
    </w:p>
    <w:p w14:paraId="3ECB1D6D" w14:textId="77777777" w:rsidR="00040F01" w:rsidRDefault="00492A36">
      <w:pPr>
        <w:keepNext/>
        <w:spacing w:before="120" w:after="60"/>
      </w:pPr>
      <w:r>
        <w:rPr>
          <w:b/>
        </w:rPr>
        <w:t>B30  Health System Transformation in Somalia: An Analysis of Justice, Sustainability, and Resilience in a Fragile State</w:t>
      </w:r>
    </w:p>
    <w:p w14:paraId="1134AE8D" w14:textId="77777777" w:rsidR="00040F01" w:rsidRDefault="00492A36">
      <w:pPr>
        <w:keepNext/>
        <w:spacing w:after="60"/>
      </w:pPr>
      <w:r>
        <w:rPr>
          <w:sz w:val="20"/>
        </w:rPr>
        <w:t>2026-09-17  |  Associated-site placement of a journal publication already listed in section 1; not an additional scholarly work.</w:t>
      </w:r>
    </w:p>
    <w:p w14:paraId="2D19036F" w14:textId="77777777" w:rsidR="00040F01" w:rsidRDefault="00492A36">
      <w:hyperlink r:id="rId99">
        <w:r>
          <w:rPr>
            <w:color w:val="175A78"/>
          </w:rPr>
          <w:t>Open source</w:t>
        </w:r>
      </w:hyperlink>
    </w:p>
    <w:p w14:paraId="33A5733F" w14:textId="77777777" w:rsidR="00040F01" w:rsidRDefault="00492A36">
      <w:pPr>
        <w:keepNext/>
        <w:spacing w:before="120" w:after="60"/>
      </w:pPr>
      <w:r>
        <w:rPr>
          <w:rFonts w:cs="Arial"/>
          <w:b/>
        </w:rPr>
        <w:t>B31  ذاكرة لا تنطفئ وأمل لا يخبو — When Pain Shapes Who We Become</w:t>
      </w:r>
    </w:p>
    <w:p w14:paraId="6D42FB05" w14:textId="77777777" w:rsidR="00040F01" w:rsidRDefault="00492A36">
      <w:pPr>
        <w:keepNext/>
        <w:spacing w:after="60"/>
      </w:pPr>
      <w:r>
        <w:rPr>
          <w:sz w:val="20"/>
        </w:rPr>
        <w:t>2026-09-10  |  Six-page Arabic reflection; PDF names Dr Jalaaludiin Yusuf Ahmed. English title is the landing-page label.</w:t>
      </w:r>
    </w:p>
    <w:p w14:paraId="3DA4E56E" w14:textId="77777777" w:rsidR="00040F01" w:rsidRDefault="00492A36">
      <w:hyperlink r:id="rId100">
        <w:r>
          <w:rPr>
            <w:color w:val="175A78"/>
          </w:rPr>
          <w:t>Open source</w:t>
        </w:r>
      </w:hyperlink>
      <w:r>
        <w:t xml:space="preserve">   •   </w:t>
      </w:r>
      <w:hyperlink r:id="rId101">
        <w:r>
          <w:rPr>
            <w:color w:val="175A78"/>
          </w:rPr>
          <w:t>Arabic PDF</w:t>
        </w:r>
      </w:hyperlink>
    </w:p>
    <w:p w14:paraId="7A02751D" w14:textId="77777777" w:rsidR="00040F01" w:rsidRDefault="00492A36">
      <w:pPr>
        <w:keepNext/>
        <w:spacing w:before="120" w:after="60"/>
      </w:pPr>
      <w:r>
        <w:rPr>
          <w:b/>
        </w:rPr>
        <w:t>B32  Peacebuilding Beyond Agreements: Building Democratic Institutions from the Community Up</w:t>
      </w:r>
    </w:p>
    <w:p w14:paraId="4B53D6AA" w14:textId="77777777" w:rsidR="00040F01" w:rsidRDefault="00492A36">
      <w:pPr>
        <w:keepNext/>
        <w:spacing w:after="60"/>
      </w:pPr>
      <w:r>
        <w:rPr>
          <w:sz w:val="20"/>
        </w:rPr>
        <w:t>2026-08-17  |  Additional institutional placement of the peacebuilding manuscript. Proposed DOI is not treated as proof of a registered journal publication.</w:t>
      </w:r>
    </w:p>
    <w:p w14:paraId="6A5F1EA2" w14:textId="77777777" w:rsidR="00040F01" w:rsidRDefault="00492A36">
      <w:hyperlink r:id="rId102">
        <w:r>
          <w:rPr>
            <w:color w:val="175A78"/>
          </w:rPr>
          <w:t>Open source</w:t>
        </w:r>
      </w:hyperlink>
    </w:p>
    <w:p w14:paraId="5E2715C0" w14:textId="7C041626" w:rsidR="00040F01" w:rsidRDefault="00492A36">
      <w:pPr>
        <w:pStyle w:val="Heading1"/>
        <w:pageBreakBefore/>
      </w:pPr>
      <w:r>
        <w:t>04 Third-party reporting &amp; mentions</w:t>
      </w:r>
    </w:p>
    <w:p w14:paraId="1C7A4BFB" w14:textId="54F4BCE1" w:rsidR="00040F01" w:rsidRDefault="009E22E5">
      <w:r>
        <w:t>News, interviews, institutional announcements, and personal accounts appear here. Syndicated versions stay visible as distinct placements of the same original story.</w:t>
      </w:r>
    </w:p>
    <w:p w14:paraId="1AC19EDF" w14:textId="77777777" w:rsidR="00040F01" w:rsidRDefault="00492A36">
      <w:pPr>
        <w:keepNext/>
        <w:spacing w:before="120" w:after="60"/>
      </w:pPr>
      <w:r>
        <w:rPr>
          <w:b/>
        </w:rPr>
        <w:t>M01  Reuters: Somali doctor and the coronavirus response</w:t>
      </w:r>
    </w:p>
    <w:p w14:paraId="10F89DD1" w14:textId="77777777" w:rsidR="00040F01" w:rsidRDefault="00492A36">
      <w:pPr>
        <w:keepNext/>
        <w:spacing w:after="60"/>
      </w:pPr>
      <w:r>
        <w:rPr>
          <w:sz w:val="20"/>
        </w:rPr>
        <w:t>1 Apr 2020  |  News feature by Abdi Sheikh; syndicated copies are one originating story</w:t>
      </w:r>
    </w:p>
    <w:p w14:paraId="2CCB155F" w14:textId="77777777" w:rsidR="00040F01" w:rsidRDefault="00492A36">
      <w:hyperlink r:id="rId103">
        <w:r>
          <w:rPr>
            <w:color w:val="175A78"/>
          </w:rPr>
          <w:t>Source</w:t>
        </w:r>
      </w:hyperlink>
    </w:p>
    <w:p w14:paraId="05FFAB11" w14:textId="77777777" w:rsidR="00040F01" w:rsidRDefault="00492A36">
      <w:pPr>
        <w:keepNext/>
        <w:spacing w:before="120" w:after="60"/>
      </w:pPr>
      <w:r>
        <w:rPr>
          <w:b/>
        </w:rPr>
        <w:t>M02  Reuters syndication — The Star</w:t>
      </w:r>
    </w:p>
    <w:p w14:paraId="3C525E94" w14:textId="77777777" w:rsidR="00040F01" w:rsidRDefault="00492A36">
      <w:pPr>
        <w:keepNext/>
        <w:spacing w:after="60"/>
      </w:pPr>
      <w:r>
        <w:rPr>
          <w:sz w:val="20"/>
        </w:rPr>
        <w:t>1 Apr 2020  |  Additional placement of same Reuters story</w:t>
      </w:r>
    </w:p>
    <w:p w14:paraId="3F031E78" w14:textId="77777777" w:rsidR="00040F01" w:rsidRDefault="00492A36">
      <w:hyperlink r:id="rId104">
        <w:r>
          <w:rPr>
            <w:color w:val="175A78"/>
          </w:rPr>
          <w:t>Source</w:t>
        </w:r>
      </w:hyperlink>
    </w:p>
    <w:p w14:paraId="75B4BF1A" w14:textId="77777777" w:rsidR="00040F01" w:rsidRDefault="00492A36">
      <w:pPr>
        <w:keepNext/>
        <w:spacing w:before="120" w:after="60"/>
      </w:pPr>
      <w:r>
        <w:rPr>
          <w:b/>
        </w:rPr>
        <w:t>M03  Reuters syndication — IOL</w:t>
      </w:r>
    </w:p>
    <w:p w14:paraId="32143CA9" w14:textId="77777777" w:rsidR="00040F01" w:rsidRDefault="00492A36">
      <w:pPr>
        <w:keepNext/>
        <w:spacing w:after="60"/>
      </w:pPr>
      <w:r>
        <w:rPr>
          <w:sz w:val="20"/>
        </w:rPr>
        <w:t>1 Apr 2020  |  Additional placement of same Reuters story</w:t>
      </w:r>
    </w:p>
    <w:p w14:paraId="4D67EEBE" w14:textId="77777777" w:rsidR="00040F01" w:rsidRDefault="00492A36">
      <w:hyperlink r:id="rId105">
        <w:r>
          <w:rPr>
            <w:color w:val="175A78"/>
          </w:rPr>
          <w:t>Source</w:t>
        </w:r>
      </w:hyperlink>
    </w:p>
    <w:p w14:paraId="273ED694" w14:textId="77777777" w:rsidR="00040F01" w:rsidRDefault="00492A36">
      <w:pPr>
        <w:keepNext/>
        <w:spacing w:before="120" w:after="60"/>
      </w:pPr>
      <w:r>
        <w:rPr>
          <w:b/>
        </w:rPr>
        <w:t>M04  Reuters syndication — Yahoo</w:t>
      </w:r>
    </w:p>
    <w:p w14:paraId="30BAA04B" w14:textId="77777777" w:rsidR="00040F01" w:rsidRDefault="00492A36">
      <w:pPr>
        <w:keepNext/>
        <w:spacing w:after="60"/>
      </w:pPr>
      <w:r>
        <w:rPr>
          <w:sz w:val="20"/>
        </w:rPr>
        <w:t>1 Apr 2020  |  Additional placement</w:t>
      </w:r>
    </w:p>
    <w:p w14:paraId="02A41D64" w14:textId="77777777" w:rsidR="00040F01" w:rsidRDefault="00492A36">
      <w:hyperlink r:id="rId106">
        <w:r>
          <w:rPr>
            <w:color w:val="175A78"/>
          </w:rPr>
          <w:t>Source</w:t>
        </w:r>
      </w:hyperlink>
    </w:p>
    <w:p w14:paraId="6D082505" w14:textId="77777777" w:rsidR="00040F01" w:rsidRDefault="00492A36">
      <w:pPr>
        <w:keepNext/>
        <w:spacing w:before="120" w:after="60"/>
      </w:pPr>
      <w:r>
        <w:rPr>
          <w:b/>
        </w:rPr>
        <w:t>M05  The Guardian — diphtheria coverage</w:t>
      </w:r>
    </w:p>
    <w:p w14:paraId="6C812AA6" w14:textId="77777777" w:rsidR="00040F01" w:rsidRDefault="00492A36">
      <w:pPr>
        <w:keepNext/>
        <w:spacing w:after="60"/>
      </w:pPr>
      <w:r>
        <w:rPr>
          <w:sz w:val="20"/>
        </w:rPr>
        <w:t>19 Aug 2025  |  Named interview</w:t>
      </w:r>
    </w:p>
    <w:p w14:paraId="324E2069" w14:textId="77777777" w:rsidR="00040F01" w:rsidRDefault="00492A36">
      <w:hyperlink r:id="rId107">
        <w:r>
          <w:rPr>
            <w:color w:val="175A78"/>
          </w:rPr>
          <w:t>Source</w:t>
        </w:r>
      </w:hyperlink>
    </w:p>
    <w:p w14:paraId="7A3E2A97" w14:textId="77777777" w:rsidR="00040F01" w:rsidRDefault="00492A36">
      <w:pPr>
        <w:keepNext/>
        <w:spacing w:before="120" w:after="60"/>
      </w:pPr>
      <w:r>
        <w:rPr>
          <w:b/>
        </w:rPr>
        <w:t>M06  WHO: How a gloomy night brought a bright light in the fight against COVID-19</w:t>
      </w:r>
    </w:p>
    <w:p w14:paraId="3DF4E9E0" w14:textId="77777777" w:rsidR="00040F01" w:rsidRDefault="00492A36">
      <w:pPr>
        <w:keepNext/>
        <w:spacing w:after="60"/>
      </w:pPr>
      <w:r>
        <w:rPr>
          <w:sz w:val="20"/>
        </w:rPr>
        <w:t>26 Apr 2021  |  Official WHO account; linked archive entry</w:t>
      </w:r>
    </w:p>
    <w:p w14:paraId="77BD1C59" w14:textId="77777777" w:rsidR="00040F01" w:rsidRDefault="00492A36">
      <w:hyperlink r:id="rId108">
        <w:r>
          <w:rPr>
            <w:color w:val="175A78"/>
          </w:rPr>
          <w:t>Source</w:t>
        </w:r>
      </w:hyperlink>
    </w:p>
    <w:p w14:paraId="2CF58AB4" w14:textId="77777777" w:rsidR="00040F01" w:rsidRDefault="00492A36">
      <w:pPr>
        <w:keepNext/>
        <w:spacing w:before="120" w:after="60"/>
      </w:pPr>
      <w:r>
        <w:rPr>
          <w:b/>
        </w:rPr>
        <w:t>M07  WHO Weekly Operational Update</w:t>
      </w:r>
    </w:p>
    <w:p w14:paraId="62D6E558" w14:textId="77777777" w:rsidR="00040F01" w:rsidRDefault="00492A36">
      <w:pPr>
        <w:keepNext/>
        <w:spacing w:after="60"/>
      </w:pPr>
      <w:r>
        <w:rPr>
          <w:sz w:val="20"/>
        </w:rPr>
        <w:t>3 May 2021  |  Newsletter/operational update mentioning hospital response</w:t>
      </w:r>
    </w:p>
    <w:p w14:paraId="69294585" w14:textId="77777777" w:rsidR="00040F01" w:rsidRDefault="00492A36">
      <w:hyperlink r:id="rId109">
        <w:r>
          <w:rPr>
            <w:color w:val="175A78"/>
          </w:rPr>
          <w:t>Source</w:t>
        </w:r>
      </w:hyperlink>
    </w:p>
    <w:p w14:paraId="6F5CF660" w14:textId="77777777" w:rsidR="00040F01" w:rsidRDefault="00492A36">
      <w:pPr>
        <w:keepNext/>
        <w:spacing w:before="120" w:after="60"/>
      </w:pPr>
      <w:r>
        <w:rPr>
          <w:b/>
        </w:rPr>
        <w:t>M08  Appointment as De Martino director — Wardoon</w:t>
      </w:r>
    </w:p>
    <w:p w14:paraId="5C64B2C4" w14:textId="77777777" w:rsidR="00040F01" w:rsidRDefault="00492A36">
      <w:pPr>
        <w:keepNext/>
        <w:spacing w:after="60"/>
      </w:pPr>
      <w:r>
        <w:rPr>
          <w:sz w:val="20"/>
        </w:rPr>
        <w:t>2020  |  Somali-language news</w:t>
      </w:r>
    </w:p>
    <w:p w14:paraId="1E2AE6A4" w14:textId="77777777" w:rsidR="00040F01" w:rsidRDefault="00492A36">
      <w:hyperlink r:id="rId110">
        <w:r>
          <w:rPr>
            <w:color w:val="175A78"/>
          </w:rPr>
          <w:t>Source</w:t>
        </w:r>
      </w:hyperlink>
    </w:p>
    <w:p w14:paraId="6EDEE875" w14:textId="77777777" w:rsidR="00040F01" w:rsidRDefault="00492A36">
      <w:pPr>
        <w:keepNext/>
        <w:spacing w:before="120" w:after="60"/>
      </w:pPr>
      <w:r>
        <w:rPr>
          <w:b/>
        </w:rPr>
        <w:t>M09  Hospital visit during drought — Mustaqbal</w:t>
      </w:r>
    </w:p>
    <w:p w14:paraId="7888CA42" w14:textId="77777777" w:rsidR="00040F01" w:rsidRDefault="00492A36">
      <w:pPr>
        <w:keepNext/>
        <w:spacing w:after="60"/>
      </w:pPr>
      <w:r>
        <w:rPr>
          <w:sz w:val="20"/>
        </w:rPr>
        <w:t>2022  |  Somali-language news</w:t>
      </w:r>
    </w:p>
    <w:p w14:paraId="32C44CA0" w14:textId="77777777" w:rsidR="00040F01" w:rsidRDefault="00492A36">
      <w:hyperlink r:id="rId111">
        <w:r>
          <w:rPr>
            <w:color w:val="175A78"/>
          </w:rPr>
          <w:t>Source</w:t>
        </w:r>
      </w:hyperlink>
    </w:p>
    <w:p w14:paraId="2FBC5956" w14:textId="77777777" w:rsidR="00040F01" w:rsidRDefault="00492A36">
      <w:pPr>
        <w:keepNext/>
        <w:spacing w:before="120" w:after="60"/>
      </w:pPr>
      <w:r>
        <w:rPr>
          <w:b/>
        </w:rPr>
        <w:t>M10  Hospital visit during drought — Radio Muqdisho</w:t>
      </w:r>
    </w:p>
    <w:p w14:paraId="67BC0F75" w14:textId="77777777" w:rsidR="00040F01" w:rsidRDefault="00492A36">
      <w:pPr>
        <w:keepNext/>
        <w:spacing w:after="60"/>
      </w:pPr>
      <w:r>
        <w:rPr>
          <w:sz w:val="20"/>
        </w:rPr>
        <w:t>Date unresolved  |  Related institutional/news coverage; crawl date is not event date</w:t>
      </w:r>
    </w:p>
    <w:p w14:paraId="34A9E5D4" w14:textId="77777777" w:rsidR="00040F01" w:rsidRDefault="00492A36">
      <w:hyperlink r:id="rId112">
        <w:r>
          <w:rPr>
            <w:color w:val="175A78"/>
          </w:rPr>
          <w:t>Source</w:t>
        </w:r>
      </w:hyperlink>
    </w:p>
    <w:p w14:paraId="74E2C630" w14:textId="77777777" w:rsidR="00040F01" w:rsidRDefault="00492A36">
      <w:pPr>
        <w:keepNext/>
        <w:spacing w:before="120" w:after="60"/>
      </w:pPr>
      <w:r>
        <w:rPr>
          <w:b/>
        </w:rPr>
        <w:t>M11  Somalia and ISQua conference — SONNA</w:t>
      </w:r>
    </w:p>
    <w:p w14:paraId="3ADA06EA" w14:textId="77777777" w:rsidR="00040F01" w:rsidRDefault="00492A36">
      <w:pPr>
        <w:keepNext/>
        <w:spacing w:after="60"/>
      </w:pPr>
      <w:r>
        <w:rPr>
          <w:sz w:val="20"/>
        </w:rPr>
        <w:t>28 Sep 2026  |  Dahir Aadan Cali byline; reported leadership appointment</w:t>
      </w:r>
    </w:p>
    <w:p w14:paraId="59481300" w14:textId="77777777" w:rsidR="00040F01" w:rsidRDefault="00492A36">
      <w:hyperlink r:id="rId113">
        <w:r>
          <w:rPr>
            <w:color w:val="175A78"/>
          </w:rPr>
          <w:t>Source</w:t>
        </w:r>
      </w:hyperlink>
    </w:p>
    <w:p w14:paraId="3D0DD897" w14:textId="77777777" w:rsidR="00040F01" w:rsidRDefault="00492A36">
      <w:pPr>
        <w:keepNext/>
        <w:spacing w:before="120" w:after="60"/>
      </w:pPr>
      <w:r>
        <w:rPr>
          <w:b/>
        </w:rPr>
        <w:t>M12  Somalia and ISQua conference — Dalka Journal</w:t>
      </w:r>
    </w:p>
    <w:p w14:paraId="573B00C8" w14:textId="77777777" w:rsidR="00040F01" w:rsidRDefault="00492A36">
      <w:pPr>
        <w:keepNext/>
        <w:spacing w:after="60"/>
      </w:pPr>
      <w:r>
        <w:rPr>
          <w:sz w:val="20"/>
        </w:rPr>
        <w:t>28 Sep 2026  |  Osman Dhiblawe byline; related coverage</w:t>
      </w:r>
    </w:p>
    <w:p w14:paraId="0D99D007" w14:textId="77777777" w:rsidR="00040F01" w:rsidRDefault="00492A36">
      <w:hyperlink r:id="rId114">
        <w:r>
          <w:rPr>
            <w:color w:val="175A78"/>
          </w:rPr>
          <w:t>Source</w:t>
        </w:r>
      </w:hyperlink>
    </w:p>
    <w:p w14:paraId="60CE4813" w14:textId="77777777" w:rsidR="00040F01" w:rsidRDefault="00492A36">
      <w:pPr>
        <w:keepNext/>
        <w:spacing w:before="120" w:after="60"/>
      </w:pPr>
      <w:r>
        <w:rPr>
          <w:b/>
        </w:rPr>
        <w:t>M13  Somalia and ISQua conference — Goobjoog</w:t>
      </w:r>
    </w:p>
    <w:p w14:paraId="64AFEF32" w14:textId="77777777" w:rsidR="00040F01" w:rsidRDefault="00492A36">
      <w:pPr>
        <w:keepNext/>
        <w:spacing w:after="60"/>
      </w:pPr>
      <w:r>
        <w:rPr>
          <w:sz w:val="20"/>
        </w:rPr>
        <w:t>29 Sep 2026  |  Related news coverage</w:t>
      </w:r>
    </w:p>
    <w:p w14:paraId="4C783964" w14:textId="77777777" w:rsidR="00040F01" w:rsidRDefault="00492A36">
      <w:hyperlink r:id="rId115">
        <w:r>
          <w:rPr>
            <w:color w:val="175A78"/>
          </w:rPr>
          <w:t>Source</w:t>
        </w:r>
      </w:hyperlink>
    </w:p>
    <w:p w14:paraId="3B3E7E35" w14:textId="77777777" w:rsidR="00040F01" w:rsidRDefault="00492A36">
      <w:pPr>
        <w:keepNext/>
        <w:spacing w:before="120" w:after="60"/>
      </w:pPr>
      <w:r>
        <w:rPr>
          <w:b/>
        </w:rPr>
        <w:t>M14  Somalia and ISQua conference — Caasimada</w:t>
      </w:r>
    </w:p>
    <w:p w14:paraId="677C78AA" w14:textId="77777777" w:rsidR="00040F01" w:rsidRDefault="00492A36">
      <w:pPr>
        <w:keepNext/>
        <w:spacing w:after="60"/>
      </w:pPr>
      <w:r>
        <w:rPr>
          <w:sz w:val="20"/>
        </w:rPr>
        <w:t>29 Sep 2026  |  Guuleed Muuse byline; related news coverage</w:t>
      </w:r>
    </w:p>
    <w:p w14:paraId="2D2E018D" w14:textId="77777777" w:rsidR="00040F01" w:rsidRDefault="00492A36">
      <w:hyperlink r:id="rId116">
        <w:r>
          <w:rPr>
            <w:color w:val="175A78"/>
          </w:rPr>
          <w:t>Source</w:t>
        </w:r>
      </w:hyperlink>
    </w:p>
    <w:p w14:paraId="58FE585C" w14:textId="77777777" w:rsidR="00040F01" w:rsidRDefault="00492A36">
      <w:pPr>
        <w:keepNext/>
        <w:spacing w:before="120" w:after="60"/>
      </w:pPr>
      <w:r>
        <w:rPr>
          <w:b/>
        </w:rPr>
        <w:t>M15  Somalia and international healthcare quality leadership — Arlaadi</w:t>
      </w:r>
    </w:p>
    <w:p w14:paraId="3090AEF8" w14:textId="77777777" w:rsidR="00040F01" w:rsidRDefault="00492A36">
      <w:pPr>
        <w:keepNext/>
        <w:spacing w:after="60"/>
      </w:pPr>
      <w:r>
        <w:rPr>
          <w:sz w:val="20"/>
        </w:rPr>
        <w:t>29 Sep 2026  |  Related English-language coverage</w:t>
      </w:r>
    </w:p>
    <w:p w14:paraId="39952900" w14:textId="77777777" w:rsidR="00040F01" w:rsidRDefault="00492A36">
      <w:hyperlink r:id="rId117">
        <w:r>
          <w:rPr>
            <w:color w:val="175A78"/>
          </w:rPr>
          <w:t>Source</w:t>
        </w:r>
      </w:hyperlink>
    </w:p>
    <w:p w14:paraId="2A52B4BA" w14:textId="77777777" w:rsidR="00040F01" w:rsidRDefault="00492A36">
      <w:pPr>
        <w:keepNext/>
        <w:spacing w:before="120" w:after="60"/>
      </w:pPr>
      <w:r>
        <w:rPr>
          <w:b/>
        </w:rPr>
        <w:t>M16  National comprehensive postabortion-care guideline package — SONNA</w:t>
      </w:r>
    </w:p>
    <w:p w14:paraId="41EC013D" w14:textId="77777777" w:rsidR="00040F01" w:rsidRDefault="00492A36">
      <w:pPr>
        <w:keepNext/>
        <w:spacing w:after="60"/>
      </w:pPr>
      <w:r>
        <w:rPr>
          <w:sz w:val="20"/>
        </w:rPr>
        <w:t>2026  |  Names him as lead consultant</w:t>
      </w:r>
    </w:p>
    <w:p w14:paraId="15F84772" w14:textId="77777777" w:rsidR="00040F01" w:rsidRDefault="00492A36">
      <w:hyperlink r:id="rId118">
        <w:r>
          <w:rPr>
            <w:color w:val="175A78"/>
          </w:rPr>
          <w:t>Source</w:t>
        </w:r>
      </w:hyperlink>
    </w:p>
    <w:p w14:paraId="70D9A26C" w14:textId="77777777" w:rsidR="00040F01" w:rsidRDefault="00492A36">
      <w:pPr>
        <w:keepNext/>
        <w:spacing w:before="120" w:after="60"/>
      </w:pPr>
      <w:r>
        <w:rPr>
          <w:b/>
        </w:rPr>
        <w:t>M17  Jowhar health-insurance conference — SHIA</w:t>
      </w:r>
    </w:p>
    <w:p w14:paraId="68390A69" w14:textId="77777777" w:rsidR="00040F01" w:rsidRDefault="00492A36">
      <w:pPr>
        <w:keepNext/>
        <w:spacing w:after="60"/>
      </w:pPr>
      <w:r>
        <w:rPr>
          <w:sz w:val="20"/>
        </w:rPr>
        <w:t>13 May 2026  |  Institutional page; URL slug does not reflect actual indexed page title</w:t>
      </w:r>
    </w:p>
    <w:p w14:paraId="6F513DAD" w14:textId="77777777" w:rsidR="00040F01" w:rsidRDefault="00492A36">
      <w:hyperlink r:id="rId119">
        <w:r>
          <w:rPr>
            <w:color w:val="175A78"/>
          </w:rPr>
          <w:t>Source</w:t>
        </w:r>
      </w:hyperlink>
    </w:p>
    <w:p w14:paraId="1AB80664" w14:textId="77777777" w:rsidR="00040F01" w:rsidRDefault="00492A36">
      <w:pPr>
        <w:keepNext/>
        <w:spacing w:before="120" w:after="60"/>
      </w:pPr>
      <w:r>
        <w:rPr>
          <w:b/>
        </w:rPr>
        <w:t>M18  Al Jazeera — malnutrition in Somalia</w:t>
      </w:r>
    </w:p>
    <w:p w14:paraId="20D9FD6D" w14:textId="77777777" w:rsidR="00040F01" w:rsidRDefault="00492A36">
      <w:pPr>
        <w:keepNext/>
        <w:spacing w:after="60"/>
      </w:pPr>
      <w:r>
        <w:rPr>
          <w:sz w:val="20"/>
        </w:rPr>
        <w:t>5 Jun 2014  |  Arabic reporting quoting health official</w:t>
      </w:r>
    </w:p>
    <w:p w14:paraId="65DC02EE" w14:textId="77777777" w:rsidR="00040F01" w:rsidRDefault="00492A36">
      <w:hyperlink r:id="rId120">
        <w:r>
          <w:rPr>
            <w:color w:val="175A78"/>
          </w:rPr>
          <w:t>Source</w:t>
        </w:r>
      </w:hyperlink>
    </w:p>
    <w:p w14:paraId="4469577A" w14:textId="77777777" w:rsidR="00040F01" w:rsidRDefault="00492A36">
      <w:pPr>
        <w:keepNext/>
        <w:spacing w:before="120" w:after="60"/>
      </w:pPr>
      <w:r>
        <w:rPr>
          <w:b/>
        </w:rPr>
        <w:t>M19  Al Jazeera — coronavirus in Somalia</w:t>
      </w:r>
    </w:p>
    <w:p w14:paraId="184DB632" w14:textId="77777777" w:rsidR="00040F01" w:rsidRDefault="00492A36">
      <w:pPr>
        <w:keepNext/>
        <w:spacing w:after="60"/>
      </w:pPr>
      <w:r>
        <w:rPr>
          <w:sz w:val="20"/>
        </w:rPr>
        <w:t>5 May 2020  |  Arabic reporting quoting health official</w:t>
      </w:r>
    </w:p>
    <w:p w14:paraId="78534B97" w14:textId="77777777" w:rsidR="00040F01" w:rsidRDefault="00492A36">
      <w:hyperlink r:id="rId121">
        <w:r>
          <w:rPr>
            <w:color w:val="175A78"/>
          </w:rPr>
          <w:t>Source</w:t>
        </w:r>
      </w:hyperlink>
    </w:p>
    <w:p w14:paraId="2E87DF3C" w14:textId="77777777" w:rsidR="00040F01" w:rsidRDefault="00492A36">
      <w:pPr>
        <w:keepNext/>
        <w:spacing w:before="120" w:after="60"/>
      </w:pPr>
      <w:r>
        <w:rPr>
          <w:b/>
        </w:rPr>
        <w:t>M20  KSRelief — Mogadishu renal/dialysis centre</w:t>
      </w:r>
    </w:p>
    <w:p w14:paraId="2D8BD28C" w14:textId="77777777" w:rsidR="00040F01" w:rsidRDefault="00492A36">
      <w:pPr>
        <w:keepNext/>
        <w:spacing w:after="60"/>
      </w:pPr>
      <w:r>
        <w:rPr>
          <w:sz w:val="20"/>
        </w:rPr>
        <w:t>31 Oct 2020  |  Primary institutional account mentioning hospital leadership</w:t>
      </w:r>
    </w:p>
    <w:p w14:paraId="6818FEDA" w14:textId="77777777" w:rsidR="00040F01" w:rsidRDefault="00492A36">
      <w:hyperlink r:id="rId122">
        <w:r>
          <w:rPr>
            <w:color w:val="175A78"/>
          </w:rPr>
          <w:t>Source</w:t>
        </w:r>
      </w:hyperlink>
    </w:p>
    <w:p w14:paraId="21F5E1AA" w14:textId="77777777" w:rsidR="00040F01" w:rsidRDefault="00492A36">
      <w:pPr>
        <w:keepNext/>
        <w:spacing w:before="120" w:after="60"/>
      </w:pPr>
      <w:r>
        <w:rPr>
          <w:b/>
        </w:rPr>
        <w:t>M21  Renal-centre coverage — Ajel</w:t>
      </w:r>
    </w:p>
    <w:p w14:paraId="70DF02E2" w14:textId="77777777" w:rsidR="00040F01" w:rsidRDefault="00492A36">
      <w:pPr>
        <w:keepNext/>
        <w:spacing w:after="60"/>
      </w:pPr>
      <w:r>
        <w:rPr>
          <w:sz w:val="20"/>
        </w:rPr>
        <w:t>31 Oct 2020  |  Related third-party Arabic reporting</w:t>
      </w:r>
    </w:p>
    <w:p w14:paraId="367E86EC" w14:textId="77777777" w:rsidR="00040F01" w:rsidRDefault="00492A36">
      <w:hyperlink r:id="rId123">
        <w:r>
          <w:rPr>
            <w:color w:val="175A78"/>
          </w:rPr>
          <w:t>Source</w:t>
        </w:r>
      </w:hyperlink>
    </w:p>
    <w:p w14:paraId="2F0AD816" w14:textId="77777777" w:rsidR="00040F01" w:rsidRDefault="00492A36">
      <w:pPr>
        <w:keepNext/>
        <w:spacing w:before="120" w:after="60"/>
      </w:pPr>
      <w:r>
        <w:rPr>
          <w:b/>
        </w:rPr>
        <w:t>M22  Renal-centre coverage — Al Eqtisadiah</w:t>
      </w:r>
    </w:p>
    <w:p w14:paraId="4E10A15A" w14:textId="77777777" w:rsidR="00040F01" w:rsidRDefault="00492A36">
      <w:pPr>
        <w:keepNext/>
        <w:spacing w:after="60"/>
      </w:pPr>
      <w:r>
        <w:rPr>
          <w:sz w:val="20"/>
        </w:rPr>
        <w:t>31 Oct 2020  |  Related Arabic reporting</w:t>
      </w:r>
    </w:p>
    <w:p w14:paraId="6F0ADFF8" w14:textId="77777777" w:rsidR="00040F01" w:rsidRDefault="00492A36">
      <w:hyperlink r:id="rId124">
        <w:r>
          <w:rPr>
            <w:color w:val="175A78"/>
          </w:rPr>
          <w:t>Source</w:t>
        </w:r>
      </w:hyperlink>
    </w:p>
    <w:p w14:paraId="0F3F2AFA" w14:textId="77777777" w:rsidR="00040F01" w:rsidRDefault="00492A36">
      <w:pPr>
        <w:keepNext/>
        <w:spacing w:before="120" w:after="60"/>
      </w:pPr>
      <w:r>
        <w:rPr>
          <w:b/>
        </w:rPr>
        <w:t>M23  Renal-centre coverage — Sabq</w:t>
      </w:r>
    </w:p>
    <w:p w14:paraId="0560724B" w14:textId="77777777" w:rsidR="00040F01" w:rsidRDefault="00492A36">
      <w:pPr>
        <w:keepNext/>
        <w:spacing w:after="60"/>
      </w:pPr>
      <w:r>
        <w:rPr>
          <w:sz w:val="20"/>
        </w:rPr>
        <w:t>2020  |  Related Arabic reporting</w:t>
      </w:r>
    </w:p>
    <w:p w14:paraId="600D66EF" w14:textId="77777777" w:rsidR="00040F01" w:rsidRDefault="00492A36">
      <w:hyperlink r:id="rId125">
        <w:r>
          <w:rPr>
            <w:color w:val="175A78"/>
          </w:rPr>
          <w:t>Source</w:t>
        </w:r>
      </w:hyperlink>
    </w:p>
    <w:p w14:paraId="7D32C7CC" w14:textId="77777777" w:rsidR="00040F01" w:rsidRDefault="00492A36">
      <w:pPr>
        <w:keepNext/>
        <w:spacing w:before="120" w:after="60"/>
      </w:pPr>
      <w:r>
        <w:rPr>
          <w:b/>
        </w:rPr>
        <w:t>M24  Renal-centre coverage — SOOHA</w:t>
      </w:r>
    </w:p>
    <w:p w14:paraId="2027C94F" w14:textId="77777777" w:rsidR="00040F01" w:rsidRDefault="00492A36">
      <w:pPr>
        <w:keepNext/>
        <w:spacing w:after="60"/>
      </w:pPr>
      <w:r>
        <w:rPr>
          <w:sz w:val="20"/>
        </w:rPr>
        <w:t>31 Oct 2020  |  Related Arabic reporting</w:t>
      </w:r>
    </w:p>
    <w:p w14:paraId="31629A44" w14:textId="77777777" w:rsidR="00040F01" w:rsidRDefault="00492A36">
      <w:hyperlink r:id="rId126">
        <w:r>
          <w:rPr>
            <w:color w:val="175A78"/>
          </w:rPr>
          <w:t>Source</w:t>
        </w:r>
      </w:hyperlink>
    </w:p>
    <w:p w14:paraId="2EC4EFE1" w14:textId="77777777" w:rsidR="00040F01" w:rsidRDefault="00492A36">
      <w:pPr>
        <w:keepNext/>
        <w:spacing w:before="120" w:after="60"/>
      </w:pPr>
      <w:r>
        <w:rPr>
          <w:b/>
        </w:rPr>
        <w:t>M25  Renal-centre coverage — Al Somal Al Yaum</w:t>
      </w:r>
    </w:p>
    <w:p w14:paraId="54336806" w14:textId="77777777" w:rsidR="00040F01" w:rsidRDefault="00492A36">
      <w:pPr>
        <w:keepNext/>
        <w:spacing w:after="60"/>
      </w:pPr>
      <w:r>
        <w:rPr>
          <w:sz w:val="20"/>
        </w:rPr>
        <w:t>2020  |  Related Arabic reporting</w:t>
      </w:r>
    </w:p>
    <w:p w14:paraId="532A8D7D" w14:textId="77777777" w:rsidR="00040F01" w:rsidRDefault="00492A36">
      <w:hyperlink r:id="rId127">
        <w:r>
          <w:rPr>
            <w:color w:val="175A78"/>
          </w:rPr>
          <w:t>Source</w:t>
        </w:r>
      </w:hyperlink>
    </w:p>
    <w:p w14:paraId="2282D00D" w14:textId="77777777" w:rsidR="00040F01" w:rsidRDefault="00492A36">
      <w:pPr>
        <w:keepNext/>
        <w:spacing w:before="120" w:after="60"/>
      </w:pPr>
      <w:r>
        <w:rPr>
          <w:b/>
        </w:rPr>
        <w:t>M26  UAE medical assistance — 24.ae</w:t>
      </w:r>
    </w:p>
    <w:p w14:paraId="0F743BD2" w14:textId="77777777" w:rsidR="00040F01" w:rsidRDefault="00492A36">
      <w:pPr>
        <w:keepNext/>
        <w:spacing w:after="60"/>
      </w:pPr>
      <w:r>
        <w:rPr>
          <w:sz w:val="20"/>
        </w:rPr>
        <w:t>2017  |  Arabic coverage naming official</w:t>
      </w:r>
    </w:p>
    <w:p w14:paraId="7927AA7F" w14:textId="77777777" w:rsidR="00040F01" w:rsidRDefault="00492A36">
      <w:hyperlink r:id="rId128">
        <w:r>
          <w:rPr>
            <w:color w:val="175A78"/>
          </w:rPr>
          <w:t>Source</w:t>
        </w:r>
      </w:hyperlink>
    </w:p>
    <w:p w14:paraId="01C4C7B8" w14:textId="77777777" w:rsidR="00040F01" w:rsidRDefault="00492A36">
      <w:pPr>
        <w:keepNext/>
        <w:spacing w:before="120" w:after="60"/>
      </w:pPr>
      <w:r>
        <w:rPr>
          <w:b/>
        </w:rPr>
        <w:t>M27  UAE medical assistance — AlSomal.net</w:t>
      </w:r>
    </w:p>
    <w:p w14:paraId="752EA1CD" w14:textId="77777777" w:rsidR="00040F01" w:rsidRDefault="00492A36">
      <w:pPr>
        <w:keepNext/>
        <w:spacing w:after="60"/>
      </w:pPr>
      <w:r>
        <w:rPr>
          <w:sz w:val="20"/>
        </w:rPr>
        <w:t>2017  |  Related Arabic coverage</w:t>
      </w:r>
    </w:p>
    <w:p w14:paraId="19022C04" w14:textId="77777777" w:rsidR="00040F01" w:rsidRDefault="00492A36">
      <w:hyperlink r:id="rId129">
        <w:r>
          <w:rPr>
            <w:color w:val="175A78"/>
          </w:rPr>
          <w:t>Source</w:t>
        </w:r>
      </w:hyperlink>
    </w:p>
    <w:p w14:paraId="035F4722" w14:textId="77777777" w:rsidR="00040F01" w:rsidRDefault="00492A36">
      <w:pPr>
        <w:keepNext/>
        <w:spacing w:before="120" w:after="60"/>
      </w:pPr>
      <w:r>
        <w:rPr>
          <w:b/>
        </w:rPr>
        <w:t>M28  SOHA Awards — public-health research/policy-impact award</w:t>
      </w:r>
    </w:p>
    <w:p w14:paraId="7938A73C" w14:textId="77777777" w:rsidR="00040F01" w:rsidRDefault="00492A36">
      <w:pPr>
        <w:keepNext/>
        <w:spacing w:after="60"/>
      </w:pPr>
      <w:r>
        <w:rPr>
          <w:sz w:val="20"/>
        </w:rPr>
        <w:t>2025  |  Indexed Facebook announcement; award claim attributed to organiser</w:t>
      </w:r>
    </w:p>
    <w:p w14:paraId="0D74985E" w14:textId="77777777" w:rsidR="00040F01" w:rsidRDefault="00492A36">
      <w:hyperlink r:id="rId130">
        <w:r>
          <w:rPr>
            <w:color w:val="175A78"/>
          </w:rPr>
          <w:t>Source</w:t>
        </w:r>
      </w:hyperlink>
    </w:p>
    <w:p w14:paraId="4D061375" w14:textId="77777777" w:rsidR="00040F01" w:rsidRDefault="00492A36">
      <w:pPr>
        <w:keepNext/>
        <w:spacing w:before="120" w:after="60"/>
      </w:pPr>
      <w:r>
        <w:rPr>
          <w:b/>
        </w:rPr>
        <w:t>M29  SomaliNOG/SOMNOG9 presenter announcement</w:t>
      </w:r>
    </w:p>
    <w:p w14:paraId="7D254A04" w14:textId="77777777" w:rsidR="00040F01" w:rsidRDefault="00492A36">
      <w:pPr>
        <w:keepNext/>
        <w:spacing w:after="60"/>
      </w:pPr>
      <w:r>
        <w:rPr>
          <w:sz w:val="20"/>
        </w:rPr>
        <w:t>2026  |  Indexed organiser Facebook post</w:t>
      </w:r>
    </w:p>
    <w:p w14:paraId="1A95657B" w14:textId="77777777" w:rsidR="00040F01" w:rsidRDefault="00492A36">
      <w:hyperlink r:id="rId131">
        <w:r>
          <w:rPr>
            <w:color w:val="175A78"/>
          </w:rPr>
          <w:t>Source</w:t>
        </w:r>
      </w:hyperlink>
    </w:p>
    <w:p w14:paraId="7062D40E" w14:textId="77777777" w:rsidR="00040F01" w:rsidRDefault="00492A36">
      <w:pPr>
        <w:keepNext/>
        <w:spacing w:before="120" w:after="60"/>
      </w:pPr>
      <w:r>
        <w:rPr>
          <w:b/>
        </w:rPr>
        <w:t>M30  Ministry of Health Somalia interview/video</w:t>
      </w:r>
    </w:p>
    <w:p w14:paraId="1A6E1C04" w14:textId="77777777" w:rsidR="00040F01" w:rsidRDefault="00492A36">
      <w:pPr>
        <w:keepNext/>
        <w:spacing w:after="60"/>
      </w:pPr>
      <w:r>
        <w:rPr>
          <w:sz w:val="20"/>
        </w:rPr>
        <w:t>Date unresolved  |  Indexed official Facebook video</w:t>
      </w:r>
    </w:p>
    <w:p w14:paraId="0D3593C2" w14:textId="77777777" w:rsidR="00040F01" w:rsidRDefault="00492A36">
      <w:hyperlink r:id="rId132">
        <w:r>
          <w:rPr>
            <w:color w:val="175A78"/>
          </w:rPr>
          <w:t>Source</w:t>
        </w:r>
      </w:hyperlink>
    </w:p>
    <w:p w14:paraId="5B7225D5" w14:textId="77777777" w:rsidR="00040F01" w:rsidRDefault="00492A36">
      <w:pPr>
        <w:keepNext/>
        <w:spacing w:before="120" w:after="60"/>
      </w:pPr>
      <w:r>
        <w:rPr>
          <w:b/>
        </w:rPr>
        <w:t>M31  Asal TV — Martino Public Hospital</w:t>
      </w:r>
    </w:p>
    <w:p w14:paraId="45224A99" w14:textId="77777777" w:rsidR="00040F01" w:rsidRDefault="00492A36">
      <w:pPr>
        <w:keepNext/>
        <w:spacing w:after="60"/>
      </w:pPr>
      <w:r>
        <w:rPr>
          <w:sz w:val="20"/>
        </w:rPr>
        <w:t>Date unresolved  |  Indexed third-party Facebook video</w:t>
      </w:r>
    </w:p>
    <w:p w14:paraId="4F94B0D7" w14:textId="77777777" w:rsidR="00040F01" w:rsidRDefault="00492A36">
      <w:hyperlink r:id="rId133">
        <w:r>
          <w:rPr>
            <w:color w:val="175A78"/>
          </w:rPr>
          <w:t>Source</w:t>
        </w:r>
      </w:hyperlink>
    </w:p>
    <w:p w14:paraId="1650F91B" w14:textId="77777777" w:rsidR="00040F01" w:rsidRDefault="00492A36">
      <w:pPr>
        <w:keepNext/>
        <w:spacing w:before="120" w:after="60"/>
      </w:pPr>
      <w:r>
        <w:rPr>
          <w:b/>
        </w:rPr>
        <w:t>M32  Asal TV — workforce address</w:t>
      </w:r>
    </w:p>
    <w:p w14:paraId="3B7141D9" w14:textId="77777777" w:rsidR="00040F01" w:rsidRDefault="00492A36">
      <w:pPr>
        <w:keepNext/>
        <w:spacing w:after="60"/>
      </w:pPr>
      <w:r>
        <w:rPr>
          <w:sz w:val="20"/>
        </w:rPr>
        <w:t>Date unresolved  |  Indexed third-party Facebook video</w:t>
      </w:r>
    </w:p>
    <w:p w14:paraId="02F7EECA" w14:textId="77777777" w:rsidR="00040F01" w:rsidRDefault="00492A36">
      <w:hyperlink r:id="rId134">
        <w:r>
          <w:rPr>
            <w:color w:val="175A78"/>
          </w:rPr>
          <w:t>Source</w:t>
        </w:r>
      </w:hyperlink>
    </w:p>
    <w:p w14:paraId="7C905D66" w14:textId="77777777" w:rsidR="00040F01" w:rsidRDefault="00492A36">
      <w:pPr>
        <w:keepNext/>
        <w:spacing w:before="120" w:after="60"/>
      </w:pPr>
      <w:r>
        <w:rPr>
          <w:b/>
        </w:rPr>
        <w:t>M33  Benadir University — hospital director address</w:t>
      </w:r>
    </w:p>
    <w:p w14:paraId="495BFDBB" w14:textId="77777777" w:rsidR="00040F01" w:rsidRDefault="00492A36">
      <w:pPr>
        <w:keepNext/>
        <w:spacing w:after="60"/>
      </w:pPr>
      <w:r>
        <w:rPr>
          <w:sz w:val="20"/>
        </w:rPr>
        <w:t>Date unresolved  |  Indexed university Facebook video</w:t>
      </w:r>
    </w:p>
    <w:p w14:paraId="6921BA16" w14:textId="77777777" w:rsidR="00040F01" w:rsidRDefault="00492A36">
      <w:hyperlink r:id="rId135">
        <w:r>
          <w:rPr>
            <w:color w:val="175A78"/>
          </w:rPr>
          <w:t>Source</w:t>
        </w:r>
      </w:hyperlink>
    </w:p>
    <w:p w14:paraId="4DECBEF3" w14:textId="77777777" w:rsidR="00040F01" w:rsidRDefault="00492A36">
      <w:pPr>
        <w:keepNext/>
        <w:spacing w:before="120" w:after="60"/>
      </w:pPr>
      <w:r>
        <w:rPr>
          <w:b/>
        </w:rPr>
        <w:t>M34  SIMAD University — UHC conference</w:t>
      </w:r>
    </w:p>
    <w:p w14:paraId="0E664BC5" w14:textId="77777777" w:rsidR="00040F01" w:rsidRDefault="00492A36">
      <w:pPr>
        <w:keepNext/>
        <w:spacing w:after="60"/>
      </w:pPr>
      <w:r>
        <w:rPr>
          <w:sz w:val="20"/>
        </w:rPr>
        <w:t>Date unresolved  |  Indexed university announcement</w:t>
      </w:r>
    </w:p>
    <w:p w14:paraId="05756FBB" w14:textId="77777777" w:rsidR="00040F01" w:rsidRDefault="00492A36">
      <w:hyperlink r:id="rId136">
        <w:r>
          <w:rPr>
            <w:color w:val="175A78"/>
          </w:rPr>
          <w:t>Source</w:t>
        </w:r>
      </w:hyperlink>
    </w:p>
    <w:p w14:paraId="054BFE07" w14:textId="77777777" w:rsidR="00040F01" w:rsidRDefault="00492A36">
      <w:pPr>
        <w:keepNext/>
        <w:spacing w:before="120" w:after="60"/>
      </w:pPr>
      <w:r>
        <w:rPr>
          <w:b/>
        </w:rPr>
        <w:t>M35  Royal Hospital — professional spotlight</w:t>
      </w:r>
    </w:p>
    <w:p w14:paraId="4F5D02A5" w14:textId="77777777" w:rsidR="00040F01" w:rsidRDefault="00492A36">
      <w:pPr>
        <w:keepNext/>
        <w:spacing w:after="60"/>
      </w:pPr>
      <w:r>
        <w:rPr>
          <w:sz w:val="20"/>
        </w:rPr>
        <w:t>Date unresolved  |  Indexed hospital Facebook post</w:t>
      </w:r>
    </w:p>
    <w:p w14:paraId="3E3B654F" w14:textId="77777777" w:rsidR="00040F01" w:rsidRDefault="00492A36">
      <w:hyperlink r:id="rId137">
        <w:r>
          <w:rPr>
            <w:color w:val="175A78"/>
          </w:rPr>
          <w:t>Source</w:t>
        </w:r>
      </w:hyperlink>
    </w:p>
    <w:p w14:paraId="07AA5AB9" w14:textId="77777777" w:rsidR="00040F01" w:rsidRDefault="00492A36">
      <w:pPr>
        <w:keepNext/>
        <w:spacing w:before="120" w:after="60"/>
      </w:pPr>
      <w:r>
        <w:rPr>
          <w:b/>
        </w:rPr>
        <w:t>M36  Somali One Health — conference announcement</w:t>
      </w:r>
    </w:p>
    <w:p w14:paraId="2D672893" w14:textId="77777777" w:rsidR="00040F01" w:rsidRDefault="00492A36">
      <w:pPr>
        <w:keepNext/>
        <w:spacing w:after="60"/>
      </w:pPr>
      <w:r>
        <w:rPr>
          <w:sz w:val="20"/>
        </w:rPr>
        <w:t>2024  |  LinkedIn conference announcement</w:t>
      </w:r>
    </w:p>
    <w:p w14:paraId="698C602C" w14:textId="77777777" w:rsidR="00040F01" w:rsidRDefault="00492A36">
      <w:hyperlink r:id="rId138">
        <w:r>
          <w:rPr>
            <w:color w:val="175A78"/>
          </w:rPr>
          <w:t>Source</w:t>
        </w:r>
      </w:hyperlink>
    </w:p>
    <w:p w14:paraId="495270D8" w14:textId="77777777" w:rsidR="00040F01" w:rsidRDefault="00492A36">
      <w:pPr>
        <w:keepNext/>
        <w:spacing w:before="120" w:after="60"/>
      </w:pPr>
      <w:r>
        <w:rPr>
          <w:b/>
        </w:rPr>
        <w:t>M37  Voices for Health Somalia — guest/leadership mention</w:t>
      </w:r>
    </w:p>
    <w:p w14:paraId="7ABFE7C8" w14:textId="77777777" w:rsidR="00040F01" w:rsidRDefault="00492A36">
      <w:pPr>
        <w:keepNext/>
        <w:spacing w:after="60"/>
      </w:pPr>
      <w:r>
        <w:rPr>
          <w:sz w:val="20"/>
        </w:rPr>
        <w:t>Date unresolved  |  Organisation LinkedIn page; individual post URL not recovered</w:t>
      </w:r>
    </w:p>
    <w:p w14:paraId="2F2BD147" w14:textId="77777777" w:rsidR="00040F01" w:rsidRDefault="00492A36">
      <w:hyperlink r:id="rId139">
        <w:r>
          <w:rPr>
            <w:color w:val="175A78"/>
          </w:rPr>
          <w:t>Source</w:t>
        </w:r>
      </w:hyperlink>
    </w:p>
    <w:p w14:paraId="3F0860BE" w14:textId="77777777" w:rsidR="00040F01" w:rsidRDefault="00492A36">
      <w:pPr>
        <w:keepNext/>
        <w:spacing w:before="120" w:after="60"/>
      </w:pPr>
      <w:r>
        <w:rPr>
          <w:b/>
        </w:rPr>
        <w:t>M38  CHW Central — hosted governance paper</w:t>
      </w:r>
    </w:p>
    <w:p w14:paraId="3F742B98" w14:textId="77777777" w:rsidR="00040F01" w:rsidRDefault="00492A36">
      <w:pPr>
        <w:keepNext/>
        <w:spacing w:after="60"/>
      </w:pPr>
      <w:r>
        <w:rPr>
          <w:sz w:val="20"/>
        </w:rPr>
        <w:t>2025 paper  |  Third-party hosting of J14, not independent authorship</w:t>
      </w:r>
    </w:p>
    <w:p w14:paraId="66B94680" w14:textId="77777777" w:rsidR="00040F01" w:rsidRDefault="00492A36">
      <w:hyperlink r:id="rId140">
        <w:r>
          <w:rPr>
            <w:color w:val="175A78"/>
          </w:rPr>
          <w:t>Source</w:t>
        </w:r>
      </w:hyperlink>
    </w:p>
    <w:p w14:paraId="6CD285FF" w14:textId="77777777" w:rsidR="00040F01" w:rsidRDefault="00492A36">
      <w:pPr>
        <w:keepNext/>
        <w:spacing w:before="120" w:after="60"/>
      </w:pPr>
      <w:r>
        <w:rPr>
          <w:b/>
        </w:rPr>
        <w:t>M39  Wiley narrative review on Somali primary health care</w:t>
      </w:r>
    </w:p>
    <w:p w14:paraId="636B7E3F" w14:textId="77777777" w:rsidR="00040F01" w:rsidRDefault="00492A36">
      <w:pPr>
        <w:keepNext/>
        <w:spacing w:after="60"/>
      </w:pPr>
      <w:r>
        <w:rPr>
          <w:sz w:val="20"/>
        </w:rPr>
        <w:t>2026  |  References his governance work; citing paper not attributed to him</w:t>
      </w:r>
    </w:p>
    <w:p w14:paraId="2DD72568" w14:textId="77777777" w:rsidR="00040F01" w:rsidRDefault="00492A36">
      <w:hyperlink r:id="rId141">
        <w:r>
          <w:rPr>
            <w:color w:val="175A78"/>
          </w:rPr>
          <w:t>Source</w:t>
        </w:r>
      </w:hyperlink>
    </w:p>
    <w:p w14:paraId="31C2DD8D" w14:textId="77777777" w:rsidR="00040F01" w:rsidRDefault="00492A36">
      <w:pPr>
        <w:keepNext/>
        <w:spacing w:before="120" w:after="60"/>
      </w:pPr>
      <w:r>
        <w:rPr>
          <w:b/>
        </w:rPr>
        <w:t>M40  Sage health-information data-quality paper</w:t>
      </w:r>
    </w:p>
    <w:p w14:paraId="1BBA2ABD" w14:textId="77777777" w:rsidR="00040F01" w:rsidRDefault="00492A36">
      <w:pPr>
        <w:keepNext/>
        <w:spacing w:after="60"/>
      </w:pPr>
      <w:r>
        <w:rPr>
          <w:sz w:val="20"/>
        </w:rPr>
        <w:t>2026  |  References his governance work; citing paper not attributed to him</w:t>
      </w:r>
    </w:p>
    <w:p w14:paraId="50065732" w14:textId="77777777" w:rsidR="00040F01" w:rsidRDefault="00492A36">
      <w:hyperlink r:id="rId142">
        <w:r>
          <w:rPr>
            <w:color w:val="175A78"/>
          </w:rPr>
          <w:t>Source</w:t>
        </w:r>
      </w:hyperlink>
    </w:p>
    <w:p w14:paraId="1E4BFE65" w14:textId="77777777" w:rsidR="00040F01" w:rsidRDefault="00492A36">
      <w:pPr>
        <w:keepNext/>
        <w:spacing w:before="120" w:after="60"/>
      </w:pPr>
      <w:r>
        <w:rPr>
          <w:b/>
        </w:rPr>
        <w:t>M41  Zenodo remittances/health record</w:t>
      </w:r>
    </w:p>
    <w:p w14:paraId="646B2B60" w14:textId="77777777" w:rsidR="00040F01" w:rsidRDefault="00492A36">
      <w:pPr>
        <w:keepNext/>
        <w:spacing w:after="60"/>
      </w:pPr>
      <w:r>
        <w:rPr>
          <w:sz w:val="20"/>
        </w:rPr>
        <w:t>Date unresolved  |  References his preprint; not counted as his authored work</w:t>
      </w:r>
    </w:p>
    <w:p w14:paraId="7E6BF509" w14:textId="77777777" w:rsidR="00040F01" w:rsidRDefault="00492A36">
      <w:hyperlink r:id="rId143">
        <w:r>
          <w:rPr>
            <w:color w:val="175A78"/>
          </w:rPr>
          <w:t>Source</w:t>
        </w:r>
      </w:hyperlink>
    </w:p>
    <w:p w14:paraId="0EA46172" w14:textId="77777777" w:rsidR="00040F01" w:rsidRDefault="00492A36">
      <w:pPr>
        <w:keepNext/>
        <w:spacing w:before="120" w:after="60"/>
      </w:pPr>
      <w:r>
        <w:rPr>
          <w:b/>
        </w:rPr>
        <w:t>M42  Rawalpindi Medical University infectious-disease publications list</w:t>
      </w:r>
    </w:p>
    <w:p w14:paraId="533AF99A" w14:textId="77777777" w:rsidR="00040F01" w:rsidRDefault="00492A36">
      <w:pPr>
        <w:keepNext/>
        <w:spacing w:after="60"/>
      </w:pPr>
      <w:r>
        <w:rPr>
          <w:sz w:val="20"/>
        </w:rPr>
        <w:t>Date unresolved  |  Lists multicountry paper; institutional bibliographic mention</w:t>
      </w:r>
    </w:p>
    <w:p w14:paraId="188662B6" w14:textId="77777777" w:rsidR="00040F01" w:rsidRDefault="00492A36">
      <w:hyperlink r:id="rId144">
        <w:r>
          <w:rPr>
            <w:color w:val="175A78"/>
          </w:rPr>
          <w:t>Source</w:t>
        </w:r>
      </w:hyperlink>
    </w:p>
    <w:p w14:paraId="7685AAD1" w14:textId="77777777" w:rsidR="00040F01" w:rsidRDefault="00492A36">
      <w:pPr>
        <w:keepNext/>
        <w:spacing w:before="120" w:after="60"/>
      </w:pPr>
      <w:r>
        <w:rPr>
          <w:b/>
        </w:rPr>
        <w:t>M43  Somali Doctor, Veteran of Many Battles, Girds for War with Coronavirus</w:t>
      </w:r>
    </w:p>
    <w:p w14:paraId="00F717CE" w14:textId="77777777" w:rsidR="00040F01" w:rsidRDefault="00492A36">
      <w:pPr>
        <w:keepNext/>
        <w:spacing w:after="60"/>
      </w:pPr>
      <w:r>
        <w:rPr>
          <w:sz w:val="20"/>
        </w:rPr>
        <w:t>2026-10-02  |  Repost of the 1 April 2020 Reuters profile by Abdi Sheikh. Date here is the RIYAADA posting date; same originating story as M01–M04.</w:t>
      </w:r>
    </w:p>
    <w:p w14:paraId="2258E153" w14:textId="77777777" w:rsidR="00040F01" w:rsidRDefault="00492A36">
      <w:hyperlink r:id="rId145">
        <w:r>
          <w:rPr>
            <w:color w:val="175A78"/>
          </w:rPr>
          <w:t>Open source</w:t>
        </w:r>
      </w:hyperlink>
    </w:p>
    <w:p w14:paraId="46C8FC6D" w14:textId="77777777" w:rsidR="00040F01" w:rsidRDefault="00492A36">
      <w:pPr>
        <w:keepNext/>
        <w:spacing w:before="120" w:after="60"/>
      </w:pPr>
      <w:r>
        <w:rPr>
          <w:b/>
        </w:rPr>
        <w:t>M44  THE MAN WHO NEVER LEFT A personal testimony of 21 years walking beside Dr. Abdulrazaq Yusuf Ahmed, Dr. Jalaaludiin</w:t>
      </w:r>
    </w:p>
    <w:p w14:paraId="2788CDAF" w14:textId="77777777" w:rsidR="00040F01" w:rsidRDefault="00492A36">
      <w:pPr>
        <w:keepNext/>
        <w:spacing w:after="60"/>
      </w:pPr>
      <w:r>
        <w:rPr>
          <w:sz w:val="20"/>
        </w:rPr>
        <w:t>2026-09-30  |  Third-party personal testimony attributed to a colleague, hosted on a subject-associated site. Individual writer not identified; not independent news reporting.</w:t>
      </w:r>
    </w:p>
    <w:p w14:paraId="464779E8" w14:textId="77777777" w:rsidR="00040F01" w:rsidRDefault="00492A36">
      <w:hyperlink r:id="rId146">
        <w:r>
          <w:rPr>
            <w:color w:val="175A78"/>
          </w:rPr>
          <w:t>Open source</w:t>
        </w:r>
      </w:hyperlink>
      <w:r>
        <w:t xml:space="preserve">   •   </w:t>
      </w:r>
      <w:hyperlink r:id="rId147">
        <w:r>
          <w:rPr>
            <w:color w:val="175A78"/>
          </w:rPr>
          <w:t>Full PDF</w:t>
        </w:r>
      </w:hyperlink>
    </w:p>
    <w:p w14:paraId="3F1C9020" w14:textId="77777777" w:rsidR="00040F01" w:rsidRDefault="00492A36">
      <w:pPr>
        <w:keepNext/>
        <w:spacing w:before="120" w:after="60"/>
      </w:pPr>
      <w:r>
        <w:rPr>
          <w:b/>
        </w:rPr>
        <w:t>M45  Wicitaanka Dhageystaha: Dr. Cabdirisaaq Yuusuf Axmed Jalaaludiin</w:t>
      </w:r>
    </w:p>
    <w:p w14:paraId="45D1E31B" w14:textId="77777777" w:rsidR="00040F01" w:rsidRDefault="00492A36">
      <w:pPr>
        <w:keepNext/>
        <w:spacing w:after="60"/>
      </w:pPr>
      <w:r>
        <w:rPr>
          <w:sz w:val="20"/>
        </w:rPr>
        <w:t>7 March 2021  |  VOA Somali interview. Somali-language title and named guest.</w:t>
      </w:r>
    </w:p>
    <w:p w14:paraId="20026797" w14:textId="77777777" w:rsidR="00040F01" w:rsidRDefault="00492A36">
      <w:hyperlink r:id="rId148">
        <w:r>
          <w:rPr>
            <w:color w:val="175A78"/>
          </w:rPr>
          <w:t>Open source</w:t>
        </w:r>
      </w:hyperlink>
    </w:p>
    <w:p w14:paraId="174CCB19" w14:textId="77777777" w:rsidR="00040F01" w:rsidRDefault="00492A36">
      <w:pPr>
        <w:keepNext/>
        <w:spacing w:before="120" w:after="60"/>
      </w:pPr>
      <w:r>
        <w:rPr>
          <w:b/>
        </w:rPr>
        <w:t>M46  UNDP joins local radio shows to bring COVID-19 advice to the airwaves</w:t>
      </w:r>
    </w:p>
    <w:p w14:paraId="78183D3E" w14:textId="77777777" w:rsidR="00040F01" w:rsidRDefault="00492A36">
      <w:pPr>
        <w:keepNext/>
        <w:spacing w:after="60"/>
      </w:pPr>
      <w:r>
        <w:rPr>
          <w:sz w:val="20"/>
        </w:rPr>
        <w:t>13 August 2020  |  UNDP Somalia institutional account on Medium; names the director and national incident manager.</w:t>
      </w:r>
    </w:p>
    <w:p w14:paraId="54F27872" w14:textId="77777777" w:rsidR="00040F01" w:rsidRDefault="00492A36">
      <w:hyperlink r:id="rId149">
        <w:r>
          <w:rPr>
            <w:color w:val="175A78"/>
          </w:rPr>
          <w:t>Open source</w:t>
        </w:r>
      </w:hyperlink>
    </w:p>
    <w:p w14:paraId="75039017" w14:textId="77777777" w:rsidR="00040F01" w:rsidRDefault="00492A36">
      <w:pPr>
        <w:keepNext/>
        <w:spacing w:before="120" w:after="60"/>
      </w:pPr>
      <w:r>
        <w:rPr>
          <w:b/>
        </w:rPr>
        <w:t>M47  Dr Jalaaludiin: Isbitaalkii ugu horeeyay ee laga dhiso Soomaaliya 1922</w:t>
      </w:r>
    </w:p>
    <w:p w14:paraId="24BBCB07" w14:textId="77777777" w:rsidR="00040F01" w:rsidRDefault="00492A36">
      <w:pPr>
        <w:keepNext/>
        <w:spacing w:after="60"/>
      </w:pPr>
      <w:r>
        <w:rPr>
          <w:sz w:val="20"/>
        </w:rPr>
        <w:t>Date unresolved  |  Indexed Somali-language YouTube interview/video; title retained from index.</w:t>
      </w:r>
    </w:p>
    <w:p w14:paraId="53688B02" w14:textId="77777777" w:rsidR="00040F01" w:rsidRDefault="00492A36">
      <w:hyperlink r:id="rId150">
        <w:r>
          <w:rPr>
            <w:color w:val="175A78"/>
          </w:rPr>
          <w:t>Open source</w:t>
        </w:r>
      </w:hyperlink>
    </w:p>
    <w:p w14:paraId="6CA99FCB" w14:textId="77777777" w:rsidR="00040F01" w:rsidRDefault="00492A36">
      <w:pPr>
        <w:keepNext/>
        <w:spacing w:before="120" w:after="60"/>
      </w:pPr>
      <w:r>
        <w:rPr>
          <w:b/>
        </w:rPr>
        <w:t>M48  Dr Jalaaludiin: Waxaa ku dhintay isbitaalka 3000 oo uu aabahay ku jiro</w:t>
      </w:r>
    </w:p>
    <w:p w14:paraId="4264274E" w14:textId="77777777" w:rsidR="00040F01" w:rsidRDefault="00492A36">
      <w:pPr>
        <w:keepNext/>
        <w:spacing w:after="60"/>
      </w:pPr>
      <w:r>
        <w:rPr>
          <w:sz w:val="20"/>
        </w:rPr>
        <w:t>Date unresolved  |  Indexed Somali-language YouTube interview/video; original video date not verified.</w:t>
      </w:r>
    </w:p>
    <w:p w14:paraId="1744BF38" w14:textId="77777777" w:rsidR="00040F01" w:rsidRDefault="00492A36">
      <w:hyperlink r:id="rId151">
        <w:r>
          <w:rPr>
            <w:color w:val="175A78"/>
          </w:rPr>
          <w:t>Open source</w:t>
        </w:r>
      </w:hyperlink>
    </w:p>
    <w:p w14:paraId="43687FB1" w14:textId="77777777" w:rsidR="00040F01" w:rsidRDefault="00492A36">
      <w:pPr>
        <w:keepNext/>
        <w:spacing w:before="120" w:after="60"/>
      </w:pPr>
      <w:r>
        <w:rPr>
          <w:b/>
        </w:rPr>
        <w:t>M49  Ministry of Health: Agaasimaha Isbitaalka Demartiino</w:t>
      </w:r>
    </w:p>
    <w:p w14:paraId="1AF7738F" w14:textId="77777777" w:rsidR="00040F01" w:rsidRDefault="00492A36">
      <w:pPr>
        <w:keepNext/>
        <w:spacing w:after="60"/>
      </w:pPr>
      <w:r>
        <w:rPr>
          <w:sz w:val="20"/>
        </w:rPr>
        <w:t>Date unresolved  |  Indexed official Facebook video naming Dr Cabdirisaaq Yuusuf Axmed Jalaaludiin.</w:t>
      </w:r>
    </w:p>
    <w:p w14:paraId="2218E8A7" w14:textId="77777777" w:rsidR="00040F01" w:rsidRDefault="00492A36">
      <w:hyperlink r:id="rId152">
        <w:r>
          <w:rPr>
            <w:color w:val="175A78"/>
          </w:rPr>
          <w:t>Open source</w:t>
        </w:r>
      </w:hyperlink>
    </w:p>
    <w:p w14:paraId="30A20EE2" w14:textId="77777777" w:rsidR="00040F01" w:rsidRDefault="00492A36">
      <w:pPr>
        <w:keepNext/>
        <w:spacing w:before="120" w:after="60"/>
      </w:pPr>
      <w:r>
        <w:rPr>
          <w:b/>
        </w:rPr>
        <w:t>M50  Ministry of Health: public message by Dr Abdirisaaq Yuusuf Jalaaludiin</w:t>
      </w:r>
    </w:p>
    <w:p w14:paraId="5421C120" w14:textId="77777777" w:rsidR="00040F01" w:rsidRDefault="00492A36">
      <w:pPr>
        <w:keepNext/>
        <w:spacing w:after="60"/>
      </w:pPr>
      <w:r>
        <w:rPr>
          <w:sz w:val="20"/>
        </w:rPr>
        <w:t>Date unresolved  |  Indexed official Facebook video. Complete page/timeline access limited.</w:t>
      </w:r>
    </w:p>
    <w:p w14:paraId="2DFADE57" w14:textId="77777777" w:rsidR="00040F01" w:rsidRDefault="00492A36">
      <w:hyperlink r:id="rId153">
        <w:r>
          <w:rPr>
            <w:color w:val="175A78"/>
          </w:rPr>
          <w:t>Open source</w:t>
        </w:r>
      </w:hyperlink>
    </w:p>
    <w:p w14:paraId="0C3070CC" w14:textId="77777777" w:rsidR="00040F01" w:rsidRDefault="00492A36">
      <w:pPr>
        <w:keepNext/>
        <w:spacing w:before="120" w:after="60"/>
      </w:pPr>
      <w:r>
        <w:rPr>
          <w:b/>
        </w:rPr>
        <w:t>M51  Radio Mogadishu: interview with the Martiini hospital director</w:t>
      </w:r>
    </w:p>
    <w:p w14:paraId="3963F6A3" w14:textId="77777777" w:rsidR="00040F01" w:rsidRDefault="00492A36">
      <w:pPr>
        <w:keepNext/>
        <w:spacing w:after="60"/>
      </w:pPr>
      <w:r>
        <w:rPr>
          <w:sz w:val="20"/>
        </w:rPr>
        <w:t>Date unresolved  |  Indexed broadcaster Facebook video naming Cabdirisaaq Yuusuf Jalaaludiin.</w:t>
      </w:r>
    </w:p>
    <w:p w14:paraId="4AF98B5A" w14:textId="77777777" w:rsidR="00040F01" w:rsidRDefault="00492A36">
      <w:hyperlink r:id="rId154">
        <w:r>
          <w:rPr>
            <w:color w:val="175A78"/>
          </w:rPr>
          <w:t>Open source</w:t>
        </w:r>
      </w:hyperlink>
    </w:p>
    <w:p w14:paraId="6263E81D" w14:textId="77777777" w:rsidR="00040F01" w:rsidRDefault="00492A36">
      <w:pPr>
        <w:keepNext/>
        <w:spacing w:before="120" w:after="60"/>
      </w:pPr>
      <w:r>
        <w:rPr>
          <w:b/>
        </w:rPr>
        <w:t>M52  Benadir University meeting with Dr Abdulrazaq Yusuf Ahmed</w:t>
      </w:r>
    </w:p>
    <w:p w14:paraId="2DCC9A5F" w14:textId="77777777" w:rsidR="00040F01" w:rsidRDefault="00492A36">
      <w:pPr>
        <w:keepNext/>
        <w:spacing w:after="60"/>
      </w:pPr>
      <w:r>
        <w:rPr>
          <w:sz w:val="20"/>
        </w:rPr>
        <w:t>2026; exact date unverified  |  Indexed university Facebook announcement.</w:t>
      </w:r>
    </w:p>
    <w:p w14:paraId="1D4AEF54" w14:textId="77777777" w:rsidR="00040F01" w:rsidRDefault="00492A36">
      <w:hyperlink r:id="rId155">
        <w:r>
          <w:rPr>
            <w:color w:val="175A78"/>
          </w:rPr>
          <w:t>Open source</w:t>
        </w:r>
      </w:hyperlink>
    </w:p>
    <w:p w14:paraId="5ECC218F" w14:textId="77777777" w:rsidR="00040F01" w:rsidRDefault="00492A36">
      <w:pPr>
        <w:keepNext/>
        <w:spacing w:before="120" w:after="60"/>
      </w:pPr>
      <w:r>
        <w:rPr>
          <w:b/>
        </w:rPr>
        <w:t>M53  Somali doctor, veteran of many battles, girds for war with coronavirus — Reuters original</w:t>
      </w:r>
    </w:p>
    <w:p w14:paraId="5830660E" w14:textId="77777777" w:rsidR="00040F01" w:rsidRDefault="00492A36">
      <w:pPr>
        <w:keepNext/>
        <w:spacing w:after="60"/>
      </w:pPr>
      <w:r>
        <w:rPr>
          <w:sz w:val="20"/>
        </w:rPr>
        <w:t>1 April 2020  |  Original Reuters URL supplied by the subject; syndicated text corroborates the story. Original access may be restricted.</w:t>
      </w:r>
    </w:p>
    <w:p w14:paraId="53C811A2" w14:textId="77777777" w:rsidR="00040F01" w:rsidRDefault="00492A36">
      <w:hyperlink r:id="rId156">
        <w:r>
          <w:rPr>
            <w:color w:val="175A78"/>
          </w:rPr>
          <w:t>Open source</w:t>
        </w:r>
      </w:hyperlink>
    </w:p>
    <w:p w14:paraId="3D5958EE" w14:textId="77777777" w:rsidR="00040F01" w:rsidRDefault="00492A36">
      <w:pPr>
        <w:keepNext/>
        <w:spacing w:before="120" w:after="60"/>
      </w:pPr>
      <w:r>
        <w:rPr>
          <w:b/>
        </w:rPr>
        <w:t>M54  Mid-Term Review of the Somali Joint Health and Nutrition Programme</w:t>
      </w:r>
    </w:p>
    <w:p w14:paraId="27B57D93" w14:textId="77777777" w:rsidR="00040F01" w:rsidRDefault="00492A36">
      <w:pPr>
        <w:keepNext/>
        <w:spacing w:after="60"/>
      </w:pPr>
      <w:r>
        <w:rPr>
          <w:sz w:val="20"/>
        </w:rPr>
        <w:t>2015  |  Sida-hosted official report; indexed name mention. Contributor/interviewee status, not verified authorship.</w:t>
      </w:r>
    </w:p>
    <w:p w14:paraId="789F4571" w14:textId="77777777" w:rsidR="00040F01" w:rsidRDefault="00492A36">
      <w:hyperlink r:id="rId157">
        <w:r>
          <w:rPr>
            <w:color w:val="175A78"/>
          </w:rPr>
          <w:t>Open source</w:t>
        </w:r>
      </w:hyperlink>
    </w:p>
    <w:p w14:paraId="1138067A" w14:textId="04CE0D71" w:rsidR="00040F01" w:rsidRDefault="00492A36">
      <w:pPr>
        <w:pStyle w:val="Heading1"/>
        <w:pageBreakBefore/>
      </w:pPr>
      <w:r>
        <w:t>05 Profiles &amp; public platforms</w:t>
      </w:r>
    </w:p>
    <w:p w14:paraId="2D5D248D" w14:textId="150B457C" w:rsidR="00040F01" w:rsidRDefault="00CD6E3F">
      <w:r>
        <w:t xml:space="preserve">These include discovery hubs, professional pages, social posts, and repository placements. </w:t>
      </w:r>
    </w:p>
    <w:p w14:paraId="1221C9C5" w14:textId="77777777" w:rsidR="00152078" w:rsidRDefault="00152078" w:rsidP="00C83AF2">
      <w:pPr>
        <w:keepNext/>
        <w:spacing w:before="120" w:after="60"/>
      </w:pPr>
      <w:r>
        <w:rPr>
          <w:b/>
        </w:rPr>
        <w:t>challenges facing the healthcare system in Somalia: A review and The Way Forward</w:t>
      </w:r>
    </w:p>
    <w:p w14:paraId="354653C6" w14:textId="77777777" w:rsidR="00152078" w:rsidRDefault="00152078" w:rsidP="00C83AF2">
      <w:pPr>
        <w:keepNext/>
        <w:spacing w:after="60"/>
      </w:pPr>
      <w:r>
        <w:rPr>
          <w:sz w:val="20"/>
        </w:rPr>
        <w:t xml:space="preserve">9 February 2024  |  Publication verified; authorship conflict remains. Healthcare Issues 3(1):6–16 lists </w:t>
      </w:r>
      <w:proofErr w:type="spellStart"/>
      <w:r>
        <w:rPr>
          <w:sz w:val="20"/>
        </w:rPr>
        <w:t>Sakarie</w:t>
      </w:r>
      <w:proofErr w:type="spellEnd"/>
      <w:r>
        <w:rPr>
          <w:sz w:val="20"/>
        </w:rPr>
        <w:t xml:space="preserve"> Mustafe </w:t>
      </w:r>
      <w:proofErr w:type="spellStart"/>
      <w:r>
        <w:rPr>
          <w:sz w:val="20"/>
        </w:rPr>
        <w:t>Hidig</w:t>
      </w:r>
      <w:proofErr w:type="spellEnd"/>
      <w:r>
        <w:rPr>
          <w:sz w:val="20"/>
        </w:rPr>
        <w:t xml:space="preserve">, Mohamed </w:t>
      </w:r>
      <w:proofErr w:type="spellStart"/>
      <w:r>
        <w:rPr>
          <w:sz w:val="20"/>
        </w:rPr>
        <w:t>Hanfi</w:t>
      </w:r>
      <w:proofErr w:type="spellEnd"/>
      <w:r>
        <w:rPr>
          <w:sz w:val="20"/>
        </w:rPr>
        <w:t xml:space="preserve"> A. rahman Ali and Good Ahmed </w:t>
      </w:r>
      <w:proofErr w:type="spellStart"/>
      <w:r>
        <w:rPr>
          <w:sz w:val="20"/>
        </w:rPr>
        <w:t>Egeh</w:t>
      </w:r>
      <w:proofErr w:type="spellEnd"/>
      <w:r>
        <w:rPr>
          <w:sz w:val="20"/>
        </w:rPr>
        <w:t>. Dr Ahmed confirms an association, but the publisher does not name him as an author or state that it was published on his behalf. Retained as a subject-attested association, outside the authored-paper count.</w:t>
      </w:r>
    </w:p>
    <w:p w14:paraId="66089829" w14:textId="77777777" w:rsidR="00152078" w:rsidRDefault="00152078" w:rsidP="00C83AF2">
      <w:hyperlink r:id="rId158">
        <w:r>
          <w:rPr>
            <w:color w:val="175A78"/>
          </w:rPr>
          <w:t>Source</w:t>
        </w:r>
      </w:hyperlink>
    </w:p>
    <w:p w14:paraId="72C256CD" w14:textId="77777777" w:rsidR="00152078" w:rsidRDefault="00152078" w:rsidP="00C83AF2">
      <w:pPr>
        <w:keepNext/>
        <w:spacing w:before="120" w:after="60"/>
      </w:pPr>
      <w:r>
        <w:rPr>
          <w:b/>
        </w:rPr>
        <w:t xml:space="preserve">U02  </w:t>
      </w:r>
      <w:proofErr w:type="spellStart"/>
      <w:r>
        <w:rPr>
          <w:b/>
        </w:rPr>
        <w:t>Meigs</w:t>
      </w:r>
      <w:proofErr w:type="spellEnd"/>
      <w:r>
        <w:rPr>
          <w:b/>
        </w:rPr>
        <w:t xml:space="preserve"> syndrome case report</w:t>
      </w:r>
    </w:p>
    <w:p w14:paraId="2488E49F" w14:textId="77777777" w:rsidR="00152078" w:rsidRDefault="00152078" w:rsidP="00C83AF2">
      <w:pPr>
        <w:keepNext/>
        <w:spacing w:after="60"/>
      </w:pPr>
      <w:r>
        <w:rPr>
          <w:sz w:val="20"/>
        </w:rPr>
        <w:t>December 2023  |  Identity reconciled through the subject’s confirmation, ORCID/ResearchGate linkage and the Mogadishu hospital affiliation. Publisher name remains “Yusuf Abdirizak”. Added as J27; this is not a publisher-issued name correction.</w:t>
      </w:r>
    </w:p>
    <w:p w14:paraId="32B75BB0" w14:textId="77777777" w:rsidR="00152078" w:rsidRDefault="00152078" w:rsidP="00C83AF2">
      <w:hyperlink r:id="rId159">
        <w:r>
          <w:rPr>
            <w:color w:val="175A78"/>
          </w:rPr>
          <w:t>PubMed</w:t>
        </w:r>
      </w:hyperlink>
    </w:p>
    <w:p w14:paraId="3F45440E" w14:textId="77777777" w:rsidR="00152078" w:rsidRDefault="00152078" w:rsidP="00C83AF2">
      <w:pPr>
        <w:keepNext/>
        <w:spacing w:before="120" w:after="60"/>
      </w:pPr>
      <w:r>
        <w:rPr>
          <w:b/>
        </w:rPr>
        <w:t>U03  The Guardian 2012 future-of-Somalia report</w:t>
      </w:r>
    </w:p>
    <w:p w14:paraId="5F50B41C" w14:textId="77777777" w:rsidR="00152078" w:rsidRDefault="00152078" w:rsidP="00C83AF2">
      <w:pPr>
        <w:keepNext/>
        <w:spacing w:after="60"/>
      </w:pPr>
      <w:r>
        <w:rPr>
          <w:sz w:val="20"/>
        </w:rPr>
        <w:t>19 August 2012  |  Confirmed third-party profile: the article contains a named interview section, not only a caption, identifying Abdirizak Yusuf Ahmed as a health ministry official and graduation-bombing survivor. The subject confirms identity. This is reporting about him, not an authored paper or proof of commissioned publication.</w:t>
      </w:r>
    </w:p>
    <w:p w14:paraId="361A8D02" w14:textId="77777777" w:rsidR="00152078" w:rsidRDefault="00152078" w:rsidP="00C83AF2">
      <w:hyperlink r:id="rId160">
        <w:r>
          <w:rPr>
            <w:color w:val="175A78"/>
          </w:rPr>
          <w:t>Source</w:t>
        </w:r>
      </w:hyperlink>
    </w:p>
    <w:p w14:paraId="33A062B7" w14:textId="77777777" w:rsidR="00152078" w:rsidRDefault="00152078" w:rsidP="00C83AF2">
      <w:pPr>
        <w:keepNext/>
        <w:spacing w:before="120" w:after="60"/>
      </w:pPr>
      <w:r>
        <w:rPr>
          <w:b/>
        </w:rPr>
        <w:t>U04  BBC Somali hospital funding interview</w:t>
      </w:r>
    </w:p>
    <w:p w14:paraId="2AF7C9EB" w14:textId="77777777" w:rsidR="00152078" w:rsidRDefault="00152078" w:rsidP="00C83AF2">
      <w:pPr>
        <w:keepNext/>
        <w:spacing w:after="60"/>
      </w:pPr>
      <w:r>
        <w:rPr>
          <w:sz w:val="20"/>
        </w:rPr>
        <w:t>3 July 2024  |  Confirmed original interview; identifies Dr Cabdirisaaq Jalaaludiin, De Martino director.</w:t>
      </w:r>
    </w:p>
    <w:p w14:paraId="7F0A0220" w14:textId="77777777" w:rsidR="00152078" w:rsidRDefault="00152078" w:rsidP="00C83AF2">
      <w:hyperlink r:id="rId161">
        <w:r>
          <w:rPr>
            <w:color w:val="175A78"/>
          </w:rPr>
          <w:t>Source</w:t>
        </w:r>
      </w:hyperlink>
    </w:p>
    <w:p w14:paraId="3E0089F3" w14:textId="77777777" w:rsidR="00152078" w:rsidRDefault="00152078" w:rsidP="00C83AF2">
      <w:pPr>
        <w:keepNext/>
        <w:spacing w:before="120" w:after="60"/>
      </w:pPr>
      <w:r>
        <w:rPr>
          <w:b/>
        </w:rPr>
        <w:t>U05  SomaliTalk congratulatory notice</w:t>
      </w:r>
    </w:p>
    <w:p w14:paraId="35B90093" w14:textId="77777777" w:rsidR="00152078" w:rsidRDefault="00152078" w:rsidP="00C83AF2">
      <w:pPr>
        <w:keepNext/>
        <w:spacing w:after="60"/>
      </w:pPr>
      <w:r>
        <w:rPr>
          <w:sz w:val="20"/>
        </w:rPr>
        <w:t>21 July 2009  |  Confirmed historical personal notice through the original page, matching full Somali name and nickname, plus subject confirmation. A congratulatory notice, not a research publication.</w:t>
      </w:r>
    </w:p>
    <w:p w14:paraId="1557E451" w14:textId="77777777" w:rsidR="00152078" w:rsidRDefault="00152078" w:rsidP="00C83AF2">
      <w:hyperlink r:id="rId162">
        <w:r>
          <w:rPr>
            <w:color w:val="175A78"/>
          </w:rPr>
          <w:t>Source</w:t>
        </w:r>
      </w:hyperlink>
    </w:p>
    <w:p w14:paraId="67DEB3E4" w14:textId="77777777" w:rsidR="00152078" w:rsidRDefault="00152078" w:rsidP="00C83AF2">
      <w:pPr>
        <w:keepNext/>
        <w:spacing w:before="120" w:after="60"/>
      </w:pPr>
      <w:r>
        <w:rPr>
          <w:b/>
        </w:rPr>
        <w:t>U06  Building resilient primary health care in Somalia</w:t>
      </w:r>
    </w:p>
    <w:p w14:paraId="65A82212" w14:textId="77777777" w:rsidR="00152078" w:rsidRDefault="00152078" w:rsidP="00C83AF2">
      <w:pPr>
        <w:keepNext/>
        <w:spacing w:after="60"/>
      </w:pPr>
      <w:r>
        <w:rPr>
          <w:sz w:val="20"/>
        </w:rPr>
        <w:t xml:space="preserve">22 June 2026  |  Publication verified, but the author list names Abdirezak </w:t>
      </w:r>
      <w:proofErr w:type="spellStart"/>
      <w:r>
        <w:rPr>
          <w:sz w:val="20"/>
        </w:rPr>
        <w:t>Mawlid</w:t>
      </w:r>
      <w:proofErr w:type="spellEnd"/>
      <w:r>
        <w:rPr>
          <w:sz w:val="20"/>
        </w:rPr>
        <w:t xml:space="preserve"> Abdi (a different ORCID), Hamdi Mahamud Osman, Mustafe Awil Jama and Mohamed Elmi Ibrahim. The subject’s asserted association is retained; </w:t>
      </w:r>
      <w:proofErr w:type="spellStart"/>
      <w:r>
        <w:rPr>
          <w:sz w:val="20"/>
        </w:rPr>
        <w:t>coauthorship</w:t>
      </w:r>
      <w:proofErr w:type="spellEnd"/>
      <w:r>
        <w:rPr>
          <w:sz w:val="20"/>
        </w:rPr>
        <w:t xml:space="preserve"> or publication on his behalf is not established. The public review-history page also does not identify him as a named reviewer.</w:t>
      </w:r>
    </w:p>
    <w:p w14:paraId="7E2FEA1F" w14:textId="77777777" w:rsidR="00152078" w:rsidRDefault="00152078" w:rsidP="00C83AF2">
      <w:hyperlink r:id="rId163">
        <w:r>
          <w:rPr>
            <w:color w:val="175A78"/>
          </w:rPr>
          <w:t>Publisher</w:t>
        </w:r>
      </w:hyperlink>
      <w:r>
        <w:t xml:space="preserve">   •   </w:t>
      </w:r>
      <w:hyperlink r:id="rId164">
        <w:r>
          <w:rPr>
            <w:color w:val="175A78"/>
          </w:rPr>
          <w:t>Public review history</w:t>
        </w:r>
      </w:hyperlink>
    </w:p>
    <w:p w14:paraId="0F35A272" w14:textId="77777777" w:rsidR="00152078" w:rsidRDefault="00152078" w:rsidP="00C83AF2">
      <w:pPr>
        <w:keepNext/>
        <w:spacing w:before="120" w:after="60"/>
      </w:pPr>
      <w:r>
        <w:rPr>
          <w:b/>
        </w:rPr>
        <w:t>U07  Abdirizak Yusuf Ahmed — IOM education profile</w:t>
      </w:r>
    </w:p>
    <w:p w14:paraId="17A5BA92" w14:textId="77777777" w:rsidR="00152078" w:rsidRDefault="00152078" w:rsidP="00C83AF2">
      <w:pPr>
        <w:keepNext/>
        <w:spacing w:after="60"/>
      </w:pPr>
      <w:r>
        <w:rPr>
          <w:sz w:val="20"/>
        </w:rPr>
        <w:t>Subject confirms association with this name-matching profile. Retained as a subject-attested profile; independent identity evidence linking its education/IOM history to the supplied research identity remains incomplete. Not a publication.</w:t>
      </w:r>
    </w:p>
    <w:p w14:paraId="4BF32DA2" w14:textId="77777777" w:rsidR="00152078" w:rsidRDefault="00152078" w:rsidP="00C83AF2">
      <w:hyperlink r:id="rId165">
        <w:r>
          <w:rPr>
            <w:color w:val="175A78"/>
          </w:rPr>
          <w:t>LinkedIn</w:t>
        </w:r>
      </w:hyperlink>
    </w:p>
    <w:p w14:paraId="4B2A7B57" w14:textId="77777777" w:rsidR="00152078" w:rsidRDefault="00152078" w:rsidP="00C83AF2">
      <w:pPr>
        <w:keepNext/>
        <w:spacing w:before="120" w:after="60"/>
      </w:pPr>
      <w:r>
        <w:rPr>
          <w:b/>
        </w:rPr>
        <w:t>U08  Energy-saving review entry in ORCID</w:t>
      </w:r>
    </w:p>
    <w:p w14:paraId="37CA8A21" w14:textId="77777777" w:rsidR="00152078" w:rsidRDefault="00152078" w:rsidP="00C83AF2">
      <w:pPr>
        <w:keepNext/>
        <w:spacing w:after="60"/>
      </w:pPr>
      <w:r>
        <w:rPr>
          <w:sz w:val="20"/>
        </w:rPr>
        <w:t>9 March 2026  |  ORCID registry presence verified. The entry has DOI 10.55277/</w:t>
      </w:r>
      <w:proofErr w:type="spellStart"/>
      <w:r>
        <w:rPr>
          <w:sz w:val="20"/>
        </w:rPr>
        <w:t>researchhub.xubta2oj</w:t>
      </w:r>
      <w:proofErr w:type="spellEnd"/>
      <w:r>
        <w:rPr>
          <w:sz w:val="20"/>
        </w:rPr>
        <w:t xml:space="preserve"> and an energy-saving product-review title. Subject-attested association is recorded, but the underlying author list and scholarly publication status remain unverified. An ORCID works entry is not proof of peer review.</w:t>
      </w:r>
    </w:p>
    <w:p w14:paraId="7021DF70" w14:textId="77777777" w:rsidR="00152078" w:rsidRDefault="00152078" w:rsidP="00C83AF2">
      <w:hyperlink r:id="rId166">
        <w:r>
          <w:rPr>
            <w:color w:val="175A78"/>
          </w:rPr>
          <w:t>Open source</w:t>
        </w:r>
      </w:hyperlink>
    </w:p>
    <w:p w14:paraId="5E85C884" w14:textId="77777777" w:rsidR="00152078" w:rsidRDefault="00152078" w:rsidP="00C83AF2">
      <w:pPr>
        <w:keepNext/>
        <w:spacing w:before="120" w:after="60"/>
      </w:pPr>
      <w:r>
        <w:rPr>
          <w:b/>
        </w:rPr>
        <w:t>U09  Childhood immunization barriers and interventions in low- and middle-income countries: A scoping review</w:t>
      </w:r>
    </w:p>
    <w:p w14:paraId="4D6A6152" w14:textId="77777777" w:rsidR="00152078" w:rsidRDefault="00152078" w:rsidP="00C83AF2">
      <w:pPr>
        <w:keepNext/>
        <w:spacing w:after="60"/>
      </w:pPr>
      <w:r>
        <w:rPr>
          <w:sz w:val="20"/>
        </w:rPr>
        <w:t xml:space="preserve">17 April 2026 (online)  |  Publication verified; PubMed lists Yasmin </w:t>
      </w:r>
      <w:proofErr w:type="spellStart"/>
      <w:r>
        <w:rPr>
          <w:sz w:val="20"/>
        </w:rPr>
        <w:t>Fatinah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Marsa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Qolbina</w:t>
      </w:r>
      <w:proofErr w:type="spellEnd"/>
      <w:r>
        <w:rPr>
          <w:sz w:val="20"/>
        </w:rPr>
        <w:t xml:space="preserve">, Mohammed </w:t>
      </w:r>
      <w:proofErr w:type="spellStart"/>
      <w:r>
        <w:rPr>
          <w:sz w:val="20"/>
        </w:rPr>
        <w:t>Alfaqeeh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Widya</w:t>
      </w:r>
      <w:proofErr w:type="spellEnd"/>
      <w:r>
        <w:rPr>
          <w:sz w:val="20"/>
        </w:rPr>
        <w:t xml:space="preserve"> N </w:t>
      </w:r>
      <w:proofErr w:type="spellStart"/>
      <w:r>
        <w:rPr>
          <w:sz w:val="20"/>
        </w:rPr>
        <w:t>Insani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Rano</w:t>
      </w:r>
      <w:proofErr w:type="spellEnd"/>
      <w:r>
        <w:rPr>
          <w:sz w:val="20"/>
        </w:rPr>
        <w:t xml:space="preserve"> K </w:t>
      </w:r>
      <w:proofErr w:type="spellStart"/>
      <w:r>
        <w:rPr>
          <w:sz w:val="20"/>
        </w:rPr>
        <w:t>Sinuraya</w:t>
      </w:r>
      <w:proofErr w:type="spellEnd"/>
      <w:r>
        <w:rPr>
          <w:sz w:val="20"/>
        </w:rPr>
        <w:t xml:space="preserve">, Anas </w:t>
      </w:r>
      <w:proofErr w:type="spellStart"/>
      <w:r>
        <w:rPr>
          <w:sz w:val="20"/>
        </w:rPr>
        <w:t>Hamad</w:t>
      </w:r>
      <w:proofErr w:type="spellEnd"/>
      <w:r>
        <w:rPr>
          <w:sz w:val="20"/>
        </w:rPr>
        <w:t xml:space="preserve"> and </w:t>
      </w:r>
      <w:proofErr w:type="spellStart"/>
      <w:r>
        <w:rPr>
          <w:sz w:val="20"/>
        </w:rPr>
        <w:t>Auliya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Suwantika</w:t>
      </w:r>
      <w:proofErr w:type="spellEnd"/>
      <w:r>
        <w:rPr>
          <w:sz w:val="20"/>
        </w:rPr>
        <w:t>. Dr Ahmed is not listed. His asserted association is retained, but neither authorship nor a specific reviewer role is established by this record.</w:t>
      </w:r>
    </w:p>
    <w:p w14:paraId="052459D0" w14:textId="77777777" w:rsidR="00152078" w:rsidRDefault="00152078" w:rsidP="00C83AF2">
      <w:hyperlink r:id="rId167">
        <w:r>
          <w:rPr>
            <w:color w:val="175A78"/>
          </w:rPr>
          <w:t>Open source</w:t>
        </w:r>
      </w:hyperlink>
    </w:p>
    <w:p w14:paraId="5E963DED" w14:textId="77777777" w:rsidR="00152078" w:rsidRDefault="00152078" w:rsidP="00C83AF2">
      <w:pPr>
        <w:keepNext/>
        <w:spacing w:before="120" w:after="60"/>
      </w:pPr>
      <w:r>
        <w:rPr>
          <w:b/>
        </w:rPr>
        <w:t>U10  User-supplied March 2026 Arabic Blogspot link</w:t>
      </w:r>
    </w:p>
    <w:p w14:paraId="44D2A43C" w14:textId="77777777" w:rsidR="00152078" w:rsidRDefault="00152078" w:rsidP="00C83AF2">
      <w:pPr>
        <w:keepNext/>
        <w:spacing w:after="60"/>
      </w:pPr>
      <w:r>
        <w:rPr>
          <w:sz w:val="20"/>
        </w:rPr>
        <w:t>March 2026 (supplied)  |  Subject-confirmed authorship/association. The supplied URL remains unavailable on recheck; this does not disprove authorship, but the exact page cannot be independently authenticated. Related personal-site essay remains B14.</w:t>
      </w:r>
    </w:p>
    <w:p w14:paraId="5FF3644B" w14:textId="77777777" w:rsidR="00152078" w:rsidRDefault="00152078" w:rsidP="00C83AF2">
      <w:hyperlink r:id="rId168">
        <w:r>
          <w:rPr>
            <w:color w:val="175A78"/>
          </w:rPr>
          <w:t>Open source</w:t>
        </w:r>
      </w:hyperlink>
    </w:p>
    <w:p w14:paraId="175B6A90" w14:textId="77777777" w:rsidR="00152078" w:rsidRDefault="00152078" w:rsidP="00C83AF2">
      <w:pPr>
        <w:keepNext/>
        <w:spacing w:before="120" w:after="60"/>
      </w:pPr>
      <w:r>
        <w:rPr>
          <w:b/>
        </w:rPr>
        <w:t xml:space="preserve">U11  BBC Somali </w:t>
      </w:r>
      <w:proofErr w:type="spellStart"/>
      <w:r>
        <w:rPr>
          <w:b/>
        </w:rPr>
        <w:t>Taabuug</w:t>
      </w:r>
      <w:proofErr w:type="spellEnd"/>
      <w:r>
        <w:rPr>
          <w:b/>
        </w:rPr>
        <w:t xml:space="preserve"> interview</w:t>
      </w:r>
    </w:p>
    <w:p w14:paraId="2913DD92" w14:textId="77777777" w:rsidR="00152078" w:rsidRDefault="00152078" w:rsidP="00C83AF2">
      <w:pPr>
        <w:keepNext/>
        <w:spacing w:after="60"/>
      </w:pPr>
      <w:r>
        <w:rPr>
          <w:sz w:val="20"/>
        </w:rPr>
        <w:t>10 July 2023  |  Confirmed original interview naming Dr Cabdirisaaq Yuusuf Axmed (Jalaaludiin).</w:t>
      </w:r>
    </w:p>
    <w:p w14:paraId="7A27F9E9" w14:textId="77777777" w:rsidR="00152078" w:rsidRDefault="00152078" w:rsidP="00C83AF2">
      <w:hyperlink r:id="rId169">
        <w:r>
          <w:rPr>
            <w:color w:val="175A78"/>
          </w:rPr>
          <w:t>Source</w:t>
        </w:r>
      </w:hyperlink>
    </w:p>
    <w:p w14:paraId="6AAB519C" w14:textId="77777777" w:rsidR="00152078" w:rsidRDefault="00152078" w:rsidP="00C83AF2">
      <w:pPr>
        <w:keepNext/>
        <w:spacing w:before="120" w:after="60"/>
      </w:pPr>
      <w:r>
        <w:rPr>
          <w:b/>
        </w:rPr>
        <w:t>U12  BBC Somali mirror: Tobacco-control treaty coverage, 2026</w:t>
      </w:r>
    </w:p>
    <w:p w14:paraId="4966B227" w14:textId="77777777" w:rsidR="00152078" w:rsidRDefault="00152078" w:rsidP="00C83AF2">
      <w:pPr>
        <w:keepNext/>
        <w:spacing w:after="60"/>
      </w:pPr>
      <w:r>
        <w:rPr>
          <w:sz w:val="20"/>
        </w:rPr>
        <w:t>12 January 2026 (mirror)  |  Mirror text retrieved and explicitly attributes earlier tobacco research/comments to Dr Jalaaludiin. Subject confirms association. Date below is displayed by the mirror; original BBC URL remains unavailable. Retained as mirror-supported third-party coverage, not independently authenticated original publication.</w:t>
      </w:r>
    </w:p>
    <w:p w14:paraId="03CD4BE7" w14:textId="77777777" w:rsidR="00152078" w:rsidRDefault="00152078" w:rsidP="00C83AF2">
      <w:hyperlink r:id="rId170">
        <w:r>
          <w:rPr>
            <w:color w:val="175A78"/>
          </w:rPr>
          <w:t>Open source</w:t>
        </w:r>
      </w:hyperlink>
      <w:r>
        <w:t xml:space="preserve">   •   </w:t>
      </w:r>
      <w:hyperlink r:id="rId171">
        <w:r>
          <w:rPr>
            <w:color w:val="175A78"/>
          </w:rPr>
          <w:t>Original BBC URL (unavailable on check)</w:t>
        </w:r>
      </w:hyperlink>
    </w:p>
    <w:p w14:paraId="75E58633" w14:textId="77777777" w:rsidR="00152078" w:rsidRDefault="00152078" w:rsidP="00C83AF2">
      <w:pPr>
        <w:keepNext/>
        <w:spacing w:before="120" w:after="60"/>
      </w:pPr>
      <w:r>
        <w:rPr>
          <w:b/>
        </w:rPr>
        <w:t xml:space="preserve">U13  BBC Somali mirror: </w:t>
      </w:r>
      <w:proofErr w:type="spellStart"/>
      <w:r>
        <w:rPr>
          <w:b/>
        </w:rPr>
        <w:t>Taabuug</w:t>
      </w:r>
      <w:proofErr w:type="spellEnd"/>
      <w:r>
        <w:rPr>
          <w:b/>
        </w:rPr>
        <w:t xml:space="preserve"> shipment destruction, 2025</w:t>
      </w:r>
    </w:p>
    <w:p w14:paraId="015A55F5" w14:textId="77777777" w:rsidR="00152078" w:rsidRDefault="00152078" w:rsidP="00C83AF2">
      <w:pPr>
        <w:keepNext/>
        <w:spacing w:after="60"/>
      </w:pPr>
      <w:r>
        <w:rPr>
          <w:sz w:val="20"/>
        </w:rPr>
        <w:t>2 September 2025 (mirror)  |  Mirror text retrieved and names Dr Cabdirisaaq Yuusuf Axmed (Jalaaludiin), reusing earlier interview material. Subject confirms association. Date below is displayed by the mirror; original BBC URL remains unavailable. Retained as mirror-supported coverage.</w:t>
      </w:r>
    </w:p>
    <w:p w14:paraId="01A03C0C" w14:textId="77777777" w:rsidR="00152078" w:rsidRDefault="00152078" w:rsidP="00C83AF2">
      <w:hyperlink r:id="rId172">
        <w:r>
          <w:rPr>
            <w:color w:val="175A78"/>
          </w:rPr>
          <w:t>Open source</w:t>
        </w:r>
      </w:hyperlink>
      <w:r>
        <w:t xml:space="preserve">   •   </w:t>
      </w:r>
      <w:hyperlink r:id="rId173">
        <w:r>
          <w:rPr>
            <w:color w:val="175A78"/>
          </w:rPr>
          <w:t>Original BBC URL (unavailable on check)</w:t>
        </w:r>
      </w:hyperlink>
    </w:p>
    <w:p w14:paraId="6BAACA5A" w14:textId="77777777" w:rsidR="00152078" w:rsidRDefault="00152078"/>
    <w:p w14:paraId="695011D5" w14:textId="77777777" w:rsidR="00040F01" w:rsidRDefault="00492A36">
      <w:pPr>
        <w:keepNext/>
        <w:spacing w:before="80" w:after="60"/>
      </w:pPr>
      <w:r>
        <w:rPr>
          <w:b/>
        </w:rPr>
        <w:t>P01  ORCID</w:t>
      </w:r>
    </w:p>
    <w:p w14:paraId="3FC905B3" w14:textId="77777777" w:rsidR="00040F01" w:rsidRDefault="00492A36">
      <w:pPr>
        <w:keepNext/>
        <w:spacing w:after="60"/>
      </w:pPr>
      <w:r>
        <w:rPr>
          <w:sz w:val="20"/>
        </w:rPr>
        <w:t>Persistent identifier; public works API retrieved and cross-checked. Self-maintained records can contain duplicate or unrelated entries.</w:t>
      </w:r>
    </w:p>
    <w:p w14:paraId="1DEC7E65" w14:textId="77777777" w:rsidR="00040F01" w:rsidRDefault="00492A36">
      <w:hyperlink r:id="rId174">
        <w:r>
          <w:rPr>
            <w:color w:val="175A78"/>
          </w:rPr>
          <w:t>Open</w:t>
        </w:r>
      </w:hyperlink>
    </w:p>
    <w:p w14:paraId="14B99E6B" w14:textId="77777777" w:rsidR="00040F01" w:rsidRDefault="00492A36">
      <w:pPr>
        <w:keepNext/>
        <w:spacing w:before="80" w:after="60"/>
      </w:pPr>
      <w:r>
        <w:rPr>
          <w:b/>
        </w:rPr>
        <w:t>P02  Google Scholar</w:t>
      </w:r>
    </w:p>
    <w:p w14:paraId="2FFF2B6A" w14:textId="77777777" w:rsidR="00040F01" w:rsidRDefault="00492A36">
      <w:pPr>
        <w:keepNext/>
        <w:spacing w:after="60"/>
      </w:pPr>
      <w:r>
        <w:rPr>
          <w:sz w:val="20"/>
        </w:rPr>
        <w:t>Indexed author profile; direct retrieval rate-limited.</w:t>
      </w:r>
    </w:p>
    <w:p w14:paraId="6B31525A" w14:textId="77777777" w:rsidR="00040F01" w:rsidRDefault="00492A36">
      <w:hyperlink r:id="rId175">
        <w:r>
          <w:rPr>
            <w:color w:val="175A78"/>
          </w:rPr>
          <w:t>Open</w:t>
        </w:r>
      </w:hyperlink>
    </w:p>
    <w:p w14:paraId="5E314685" w14:textId="77777777" w:rsidR="00040F01" w:rsidRDefault="00492A36">
      <w:pPr>
        <w:keepNext/>
        <w:spacing w:before="80" w:after="60"/>
      </w:pPr>
      <w:r>
        <w:rPr>
          <w:b/>
        </w:rPr>
        <w:t>P03  ResearchGate</w:t>
      </w:r>
    </w:p>
    <w:p w14:paraId="236B57E0" w14:textId="77777777" w:rsidR="00040F01" w:rsidRDefault="00492A36">
      <w:pPr>
        <w:keepNext/>
        <w:spacing w:after="60"/>
      </w:pPr>
      <w:r>
        <w:rPr>
          <w:sz w:val="20"/>
        </w:rPr>
        <w:t>Abdulrazaq-Ahmed URL redirects here; includes articles, reports and essays. Cached counts differ.</w:t>
      </w:r>
    </w:p>
    <w:p w14:paraId="6816F401" w14:textId="77777777" w:rsidR="00040F01" w:rsidRDefault="00492A36">
      <w:hyperlink r:id="rId176">
        <w:r>
          <w:rPr>
            <w:color w:val="175A78"/>
          </w:rPr>
          <w:t>Open</w:t>
        </w:r>
      </w:hyperlink>
    </w:p>
    <w:p w14:paraId="539BBD14" w14:textId="77777777" w:rsidR="00040F01" w:rsidRDefault="00492A36">
      <w:pPr>
        <w:keepNext/>
        <w:spacing w:before="80" w:after="60"/>
      </w:pPr>
      <w:r>
        <w:rPr>
          <w:b/>
        </w:rPr>
        <w:t>P04  ResearchGate scientific contributions</w:t>
      </w:r>
    </w:p>
    <w:p w14:paraId="18B185A1" w14:textId="77777777" w:rsidR="00040F01" w:rsidRDefault="00492A36">
      <w:pPr>
        <w:keepNext/>
        <w:spacing w:after="60"/>
      </w:pPr>
      <w:r>
        <w:rPr>
          <w:sz w:val="20"/>
        </w:rPr>
        <w:t>Aggregated author page, not a second person or separate publication.</w:t>
      </w:r>
    </w:p>
    <w:p w14:paraId="6D603166" w14:textId="77777777" w:rsidR="00040F01" w:rsidRDefault="00492A36">
      <w:hyperlink r:id="rId177">
        <w:r>
          <w:rPr>
            <w:color w:val="175A78"/>
          </w:rPr>
          <w:t>Open</w:t>
        </w:r>
      </w:hyperlink>
    </w:p>
    <w:p w14:paraId="1E5413F0" w14:textId="77777777" w:rsidR="00040F01" w:rsidRDefault="00492A36">
      <w:pPr>
        <w:keepNext/>
        <w:spacing w:before="80" w:after="60"/>
      </w:pPr>
      <w:r>
        <w:rPr>
          <w:b/>
        </w:rPr>
        <w:t>P05  ResearchGate lab</w:t>
      </w:r>
    </w:p>
    <w:p w14:paraId="1A8D97A9" w14:textId="77777777" w:rsidR="00040F01" w:rsidRDefault="00492A36">
      <w:pPr>
        <w:keepNext/>
        <w:spacing w:after="60"/>
      </w:pPr>
      <w:r>
        <w:rPr>
          <w:sz w:val="20"/>
        </w:rPr>
        <w:t>Public research-group profile.</w:t>
      </w:r>
    </w:p>
    <w:p w14:paraId="44FFEE15" w14:textId="77777777" w:rsidR="00040F01" w:rsidRDefault="00492A36">
      <w:hyperlink r:id="rId178">
        <w:r>
          <w:rPr>
            <w:color w:val="175A78"/>
          </w:rPr>
          <w:t>Open</w:t>
        </w:r>
      </w:hyperlink>
    </w:p>
    <w:p w14:paraId="295D849B" w14:textId="77777777" w:rsidR="00040F01" w:rsidRDefault="00492A36">
      <w:pPr>
        <w:keepNext/>
        <w:spacing w:before="80" w:after="60"/>
      </w:pPr>
      <w:r>
        <w:rPr>
          <w:b/>
        </w:rPr>
        <w:t>P06  Academia.edu — Abdulrazaq</w:t>
      </w:r>
    </w:p>
    <w:p w14:paraId="03B4F425" w14:textId="77777777" w:rsidR="00040F01" w:rsidRDefault="00492A36">
      <w:pPr>
        <w:keepNext/>
        <w:spacing w:after="60"/>
      </w:pPr>
      <w:r>
        <w:rPr>
          <w:sz w:val="20"/>
        </w:rPr>
        <w:t>Public repository profile.</w:t>
      </w:r>
    </w:p>
    <w:p w14:paraId="5006EE02" w14:textId="77777777" w:rsidR="00040F01" w:rsidRDefault="00492A36">
      <w:hyperlink r:id="rId179">
        <w:r>
          <w:rPr>
            <w:color w:val="175A78"/>
          </w:rPr>
          <w:t>Open</w:t>
        </w:r>
      </w:hyperlink>
    </w:p>
    <w:p w14:paraId="34E58FE7" w14:textId="77777777" w:rsidR="00040F01" w:rsidRDefault="00492A36">
      <w:pPr>
        <w:keepNext/>
        <w:spacing w:before="80" w:after="60"/>
      </w:pPr>
      <w:r>
        <w:rPr>
          <w:b/>
        </w:rPr>
        <w:t>P07  Academia.edu — Abdirizak</w:t>
      </w:r>
    </w:p>
    <w:p w14:paraId="65CE6E34" w14:textId="77777777" w:rsidR="00040F01" w:rsidRDefault="00492A36">
      <w:pPr>
        <w:keepNext/>
        <w:spacing w:after="60"/>
      </w:pPr>
      <w:r>
        <w:rPr>
          <w:sz w:val="20"/>
        </w:rPr>
        <w:t>Alternate-name profile.</w:t>
      </w:r>
    </w:p>
    <w:p w14:paraId="3B66A033" w14:textId="77777777" w:rsidR="00040F01" w:rsidRDefault="00492A36">
      <w:hyperlink r:id="rId180">
        <w:r>
          <w:rPr>
            <w:color w:val="175A78"/>
          </w:rPr>
          <w:t>Open</w:t>
        </w:r>
      </w:hyperlink>
    </w:p>
    <w:p w14:paraId="6B1CA02A" w14:textId="77777777" w:rsidR="00040F01" w:rsidRDefault="00492A36">
      <w:pPr>
        <w:keepNext/>
        <w:spacing w:before="80" w:after="60"/>
      </w:pPr>
      <w:r>
        <w:rPr>
          <w:b/>
        </w:rPr>
        <w:t>P08  RSTMH</w:t>
      </w:r>
    </w:p>
    <w:p w14:paraId="44394AB7" w14:textId="77777777" w:rsidR="00040F01" w:rsidRDefault="00492A36">
      <w:pPr>
        <w:keepNext/>
        <w:spacing w:after="60"/>
      </w:pPr>
      <w:r>
        <w:rPr>
          <w:sz w:val="20"/>
        </w:rPr>
        <w:t>Professional-society biography.</w:t>
      </w:r>
    </w:p>
    <w:p w14:paraId="64F4380D" w14:textId="77777777" w:rsidR="00040F01" w:rsidRDefault="00492A36">
      <w:hyperlink r:id="rId181">
        <w:r>
          <w:rPr>
            <w:color w:val="175A78"/>
          </w:rPr>
          <w:t>Open</w:t>
        </w:r>
      </w:hyperlink>
    </w:p>
    <w:p w14:paraId="0817484E" w14:textId="77777777" w:rsidR="00040F01" w:rsidRDefault="00492A36">
      <w:pPr>
        <w:keepNext/>
        <w:spacing w:before="80" w:after="60"/>
      </w:pPr>
      <w:r>
        <w:rPr>
          <w:b/>
        </w:rPr>
        <w:t>P09  James Lind Institute</w:t>
      </w:r>
    </w:p>
    <w:p w14:paraId="003D9C4D" w14:textId="77777777" w:rsidR="00040F01" w:rsidRDefault="00492A36">
      <w:pPr>
        <w:keepNext/>
        <w:spacing w:after="60"/>
      </w:pPr>
      <w:r>
        <w:rPr>
          <w:sz w:val="20"/>
        </w:rPr>
        <w:t>Institutional profile/testimonial, 2022; first-person claims are self-reported.</w:t>
      </w:r>
    </w:p>
    <w:p w14:paraId="56A1DFC8" w14:textId="77777777" w:rsidR="00040F01" w:rsidRDefault="00492A36">
      <w:hyperlink r:id="rId182">
        <w:r>
          <w:rPr>
            <w:color w:val="175A78"/>
          </w:rPr>
          <w:t>Open</w:t>
        </w:r>
      </w:hyperlink>
    </w:p>
    <w:p w14:paraId="1B12E323" w14:textId="77777777" w:rsidR="00040F01" w:rsidRDefault="00492A36">
      <w:pPr>
        <w:keepNext/>
        <w:spacing w:before="80" w:after="60"/>
      </w:pPr>
      <w:r>
        <w:rPr>
          <w:b/>
        </w:rPr>
        <w:t>P10  Paris American International University</w:t>
      </w:r>
    </w:p>
    <w:p w14:paraId="3EA071A8" w14:textId="77777777" w:rsidR="00040F01" w:rsidRDefault="00492A36">
      <w:pPr>
        <w:keepNext/>
        <w:spacing w:after="60"/>
      </w:pPr>
      <w:r>
        <w:rPr>
          <w:sz w:val="20"/>
        </w:rPr>
        <w:t>Institutional spotlight; publication totals are not independently audited here.</w:t>
      </w:r>
    </w:p>
    <w:p w14:paraId="2C351FDC" w14:textId="77777777" w:rsidR="00040F01" w:rsidRDefault="00492A36">
      <w:hyperlink r:id="rId183">
        <w:r>
          <w:rPr>
            <w:color w:val="175A78"/>
          </w:rPr>
          <w:t>Open</w:t>
        </w:r>
      </w:hyperlink>
    </w:p>
    <w:p w14:paraId="0D140EFF" w14:textId="77777777" w:rsidR="00040F01" w:rsidRDefault="00492A36">
      <w:pPr>
        <w:keepNext/>
        <w:spacing w:before="80" w:after="60"/>
      </w:pPr>
      <w:r>
        <w:rPr>
          <w:b/>
        </w:rPr>
        <w:t>P11  Dove Press — Journal of Healthcare Leadership</w:t>
      </w:r>
    </w:p>
    <w:p w14:paraId="558FF878" w14:textId="77777777" w:rsidR="00040F01" w:rsidRDefault="00492A36">
      <w:pPr>
        <w:keepNext/>
        <w:spacing w:after="60"/>
      </w:pPr>
      <w:r>
        <w:rPr>
          <w:sz w:val="20"/>
        </w:rPr>
        <w:t>Editorial-board listing; generic page title does not establish editor-in-chief status.</w:t>
      </w:r>
    </w:p>
    <w:p w14:paraId="0F3BF767" w14:textId="77777777" w:rsidR="00040F01" w:rsidRDefault="00492A36">
      <w:hyperlink r:id="rId184">
        <w:r>
          <w:rPr>
            <w:color w:val="175A78"/>
          </w:rPr>
          <w:t>Open</w:t>
        </w:r>
      </w:hyperlink>
    </w:p>
    <w:p w14:paraId="0A8EDBCD" w14:textId="77777777" w:rsidR="00040F01" w:rsidRDefault="00492A36">
      <w:pPr>
        <w:keepNext/>
        <w:spacing w:before="80" w:after="60"/>
      </w:pPr>
      <w:r>
        <w:rPr>
          <w:b/>
        </w:rPr>
        <w:t>P12  RIYAADA executive profile</w:t>
      </w:r>
    </w:p>
    <w:p w14:paraId="2592EF7C" w14:textId="77777777" w:rsidR="00040F01" w:rsidRDefault="00492A36">
      <w:pPr>
        <w:keepNext/>
        <w:spacing w:after="60"/>
      </w:pPr>
      <w:r>
        <w:rPr>
          <w:sz w:val="20"/>
        </w:rPr>
        <w:t>Institutional/associated-site profile, September 2026.</w:t>
      </w:r>
    </w:p>
    <w:p w14:paraId="10FA41BD" w14:textId="77777777" w:rsidR="00040F01" w:rsidRDefault="00492A36">
      <w:hyperlink r:id="rId185">
        <w:r>
          <w:rPr>
            <w:color w:val="175A78"/>
          </w:rPr>
          <w:t>Open</w:t>
        </w:r>
      </w:hyperlink>
    </w:p>
    <w:p w14:paraId="6BB8B365" w14:textId="77777777" w:rsidR="00040F01" w:rsidRDefault="00492A36">
      <w:pPr>
        <w:keepNext/>
        <w:spacing w:before="80" w:after="60"/>
      </w:pPr>
      <w:r>
        <w:rPr>
          <w:b/>
        </w:rPr>
        <w:t>P13  RIYAADA executive academic profile</w:t>
      </w:r>
    </w:p>
    <w:p w14:paraId="27C70B53" w14:textId="77777777" w:rsidR="00040F01" w:rsidRDefault="00492A36">
      <w:pPr>
        <w:keepNext/>
        <w:spacing w:after="60"/>
      </w:pPr>
      <w:r>
        <w:rPr>
          <w:sz w:val="20"/>
        </w:rPr>
        <w:t>September 2026 profile.</w:t>
      </w:r>
    </w:p>
    <w:p w14:paraId="1A0A3CB5" w14:textId="77777777" w:rsidR="00040F01" w:rsidRDefault="00492A36">
      <w:hyperlink r:id="rId186">
        <w:r>
          <w:rPr>
            <w:color w:val="175A78"/>
          </w:rPr>
          <w:t>Open</w:t>
        </w:r>
      </w:hyperlink>
    </w:p>
    <w:p w14:paraId="15C79F28" w14:textId="77777777" w:rsidR="00040F01" w:rsidRDefault="00492A36">
      <w:pPr>
        <w:keepNext/>
        <w:spacing w:before="80" w:after="60"/>
      </w:pPr>
      <w:r>
        <w:rPr>
          <w:b/>
        </w:rPr>
        <w:t>P14  Executive CV</w:t>
      </w:r>
    </w:p>
    <w:p w14:paraId="26318C3D" w14:textId="77777777" w:rsidR="00040F01" w:rsidRDefault="00492A36">
      <w:pPr>
        <w:keepNext/>
        <w:spacing w:after="60"/>
      </w:pPr>
      <w:r>
        <w:rPr>
          <w:sz w:val="20"/>
        </w:rPr>
        <w:t>Self-published CV; output/citation totals are claims, not the verified journal-record count.</w:t>
      </w:r>
    </w:p>
    <w:p w14:paraId="55DDB74E" w14:textId="77777777" w:rsidR="00040F01" w:rsidRDefault="00492A36">
      <w:hyperlink r:id="rId187">
        <w:r>
          <w:rPr>
            <w:color w:val="175A78"/>
          </w:rPr>
          <w:t>Open</w:t>
        </w:r>
      </w:hyperlink>
    </w:p>
    <w:p w14:paraId="35CE1F8D" w14:textId="77777777" w:rsidR="00040F01" w:rsidRDefault="00492A36">
      <w:pPr>
        <w:keepNext/>
        <w:spacing w:before="80" w:after="60"/>
      </w:pPr>
      <w:r>
        <w:rPr>
          <w:b/>
        </w:rPr>
        <w:t>P15  RIYAADA Institute leadership</w:t>
      </w:r>
    </w:p>
    <w:p w14:paraId="3F9D337F" w14:textId="77777777" w:rsidR="00040F01" w:rsidRDefault="00492A36">
      <w:pPr>
        <w:keepNext/>
        <w:spacing w:after="60"/>
      </w:pPr>
      <w:r>
        <w:rPr>
          <w:sz w:val="20"/>
        </w:rPr>
        <w:t>Institutional biography.</w:t>
      </w:r>
    </w:p>
    <w:p w14:paraId="0CCD6FB9" w14:textId="77777777" w:rsidR="00040F01" w:rsidRDefault="00492A36">
      <w:hyperlink r:id="rId188">
        <w:r>
          <w:rPr>
            <w:color w:val="175A78"/>
          </w:rPr>
          <w:t>Open</w:t>
        </w:r>
      </w:hyperlink>
    </w:p>
    <w:p w14:paraId="4043C4DA" w14:textId="77777777" w:rsidR="00040F01" w:rsidRDefault="00492A36">
      <w:pPr>
        <w:keepNext/>
        <w:spacing w:before="80" w:after="60"/>
      </w:pPr>
      <w:r>
        <w:rPr>
          <w:b/>
        </w:rPr>
        <w:t>P16  RIYAADA Journals editorial board</w:t>
      </w:r>
    </w:p>
    <w:p w14:paraId="02E3C554" w14:textId="77777777" w:rsidR="00040F01" w:rsidRDefault="00492A36">
      <w:pPr>
        <w:keepNext/>
        <w:spacing w:after="60"/>
      </w:pPr>
      <w:r>
        <w:rPr>
          <w:sz w:val="20"/>
        </w:rPr>
        <w:t>Associated publishing-site listing.</w:t>
      </w:r>
    </w:p>
    <w:p w14:paraId="7715CABB" w14:textId="77777777" w:rsidR="00040F01" w:rsidRDefault="00492A36">
      <w:hyperlink r:id="rId189">
        <w:r>
          <w:rPr>
            <w:color w:val="175A78"/>
          </w:rPr>
          <w:t>Open</w:t>
        </w:r>
      </w:hyperlink>
    </w:p>
    <w:p w14:paraId="1A0F5004" w14:textId="77777777" w:rsidR="00040F01" w:rsidRDefault="00492A36">
      <w:pPr>
        <w:keepNext/>
        <w:spacing w:before="80" w:after="60"/>
      </w:pPr>
      <w:r>
        <w:rPr>
          <w:b/>
        </w:rPr>
        <w:t>P17  Personal academic profile</w:t>
      </w:r>
    </w:p>
    <w:p w14:paraId="587D5908" w14:textId="77777777" w:rsidR="00040F01" w:rsidRDefault="00492A36">
      <w:pPr>
        <w:keepNext/>
        <w:spacing w:after="60"/>
      </w:pPr>
      <w:r>
        <w:rPr>
          <w:sz w:val="20"/>
        </w:rPr>
        <w:t>Self-published biography.</w:t>
      </w:r>
    </w:p>
    <w:p w14:paraId="5BCD6EDB" w14:textId="77777777" w:rsidR="00040F01" w:rsidRDefault="00492A36">
      <w:hyperlink r:id="rId190">
        <w:r>
          <w:rPr>
            <w:color w:val="175A78"/>
          </w:rPr>
          <w:t>Open</w:t>
        </w:r>
      </w:hyperlink>
    </w:p>
    <w:p w14:paraId="7322B76C" w14:textId="77777777" w:rsidR="00040F01" w:rsidRDefault="00492A36">
      <w:pPr>
        <w:keepNext/>
        <w:spacing w:before="80" w:after="60"/>
      </w:pPr>
      <w:r>
        <w:rPr>
          <w:b/>
        </w:rPr>
        <w:t>P18  Springer Nature Research Communities</w:t>
      </w:r>
    </w:p>
    <w:p w14:paraId="15E3B1B5" w14:textId="77777777" w:rsidR="00040F01" w:rsidRDefault="00492A36">
      <w:pPr>
        <w:keepNext/>
        <w:spacing w:after="60"/>
      </w:pPr>
      <w:r>
        <w:rPr>
          <w:sz w:val="20"/>
        </w:rPr>
        <w:t>Public profile/comment; no separate Behind the Paper article confirmed.</w:t>
      </w:r>
    </w:p>
    <w:p w14:paraId="5B252FD0" w14:textId="77777777" w:rsidR="00040F01" w:rsidRDefault="00492A36">
      <w:hyperlink r:id="rId191">
        <w:r>
          <w:rPr>
            <w:color w:val="175A78"/>
          </w:rPr>
          <w:t>Open</w:t>
        </w:r>
      </w:hyperlink>
    </w:p>
    <w:p w14:paraId="3CA82E35" w14:textId="77777777" w:rsidR="00040F01" w:rsidRDefault="00492A36">
      <w:pPr>
        <w:keepNext/>
        <w:spacing w:before="80" w:after="60"/>
      </w:pPr>
      <w:r>
        <w:rPr>
          <w:b/>
        </w:rPr>
        <w:t>P19  Frontiers Loop</w:t>
      </w:r>
    </w:p>
    <w:p w14:paraId="1B017375" w14:textId="77777777" w:rsidR="00040F01" w:rsidRDefault="00492A36">
      <w:pPr>
        <w:keepNext/>
        <w:spacing w:after="60"/>
      </w:pPr>
      <w:r>
        <w:rPr>
          <w:sz w:val="20"/>
        </w:rPr>
        <w:t>Research profile.</w:t>
      </w:r>
    </w:p>
    <w:p w14:paraId="21B71EEE" w14:textId="77777777" w:rsidR="00040F01" w:rsidRDefault="00492A36">
      <w:hyperlink r:id="rId192">
        <w:r>
          <w:rPr>
            <w:color w:val="175A78"/>
          </w:rPr>
          <w:t>Open</w:t>
        </w:r>
      </w:hyperlink>
    </w:p>
    <w:p w14:paraId="092A589F" w14:textId="77777777" w:rsidR="00040F01" w:rsidRDefault="00492A36">
      <w:pPr>
        <w:keepNext/>
        <w:spacing w:before="80" w:after="60"/>
      </w:pPr>
      <w:r>
        <w:rPr>
          <w:b/>
        </w:rPr>
        <w:t>P20  ScholarGPS</w:t>
      </w:r>
    </w:p>
    <w:p w14:paraId="38967C2B" w14:textId="77777777" w:rsidR="00040F01" w:rsidRDefault="00492A36">
      <w:pPr>
        <w:keepNext/>
        <w:spacing w:after="60"/>
      </w:pPr>
      <w:r>
        <w:rPr>
          <w:sz w:val="20"/>
        </w:rPr>
        <w:t>Automated author index; rankings/affiliations not independently validated.</w:t>
      </w:r>
    </w:p>
    <w:p w14:paraId="00263E23" w14:textId="77777777" w:rsidR="00040F01" w:rsidRDefault="00492A36">
      <w:hyperlink r:id="rId193">
        <w:r>
          <w:rPr>
            <w:color w:val="175A78"/>
          </w:rPr>
          <w:t>Open</w:t>
        </w:r>
      </w:hyperlink>
    </w:p>
    <w:p w14:paraId="562A8740" w14:textId="77777777" w:rsidR="00040F01" w:rsidRDefault="00492A36">
      <w:pPr>
        <w:keepNext/>
        <w:spacing w:before="80" w:after="60"/>
      </w:pPr>
      <w:r>
        <w:rPr>
          <w:b/>
        </w:rPr>
        <w:t>P21  SciSpace</w:t>
      </w:r>
    </w:p>
    <w:p w14:paraId="3893877B" w14:textId="77777777" w:rsidR="00040F01" w:rsidRDefault="00492A36">
      <w:pPr>
        <w:keepNext/>
        <w:spacing w:after="60"/>
      </w:pPr>
      <w:r>
        <w:rPr>
          <w:sz w:val="20"/>
        </w:rPr>
        <w:t>Automated author aggregation.</w:t>
      </w:r>
    </w:p>
    <w:p w14:paraId="0EC14AC2" w14:textId="77777777" w:rsidR="00040F01" w:rsidRDefault="00492A36">
      <w:hyperlink r:id="rId194">
        <w:r>
          <w:rPr>
            <w:color w:val="175A78"/>
          </w:rPr>
          <w:t>Open</w:t>
        </w:r>
      </w:hyperlink>
    </w:p>
    <w:p w14:paraId="285DBC7C" w14:textId="77777777" w:rsidR="00040F01" w:rsidRDefault="00492A36">
      <w:pPr>
        <w:keepNext/>
        <w:spacing w:before="80" w:after="60"/>
      </w:pPr>
      <w:r>
        <w:rPr>
          <w:b/>
        </w:rPr>
        <w:t>P22  Blogger</w:t>
      </w:r>
    </w:p>
    <w:p w14:paraId="2F14A9E1" w14:textId="77777777" w:rsidR="00040F01" w:rsidRDefault="00492A36">
      <w:pPr>
        <w:keepNext/>
        <w:spacing w:after="60"/>
      </w:pPr>
      <w:r>
        <w:rPr>
          <w:sz w:val="20"/>
        </w:rPr>
        <w:t>Profile linked to the personal website. Active article feed located at drjalaal.blogspot.com; distinct from the supplied drjalaaludiin.blogspot.com URL.</w:t>
      </w:r>
    </w:p>
    <w:p w14:paraId="46C5E57E" w14:textId="77777777" w:rsidR="00040F01" w:rsidRDefault="00492A36">
      <w:hyperlink r:id="rId195">
        <w:r>
          <w:rPr>
            <w:color w:val="175A78"/>
          </w:rPr>
          <w:t>Open</w:t>
        </w:r>
      </w:hyperlink>
    </w:p>
    <w:p w14:paraId="3101FAED" w14:textId="77777777" w:rsidR="00040F01" w:rsidRDefault="00492A36">
      <w:pPr>
        <w:keepNext/>
        <w:spacing w:before="80" w:after="60"/>
      </w:pPr>
      <w:r>
        <w:rPr>
          <w:b/>
        </w:rPr>
        <w:t>P23  Medium</w:t>
      </w:r>
    </w:p>
    <w:p w14:paraId="34041C02" w14:textId="77777777" w:rsidR="00040F01" w:rsidRDefault="00492A36">
      <w:pPr>
        <w:keepNext/>
        <w:spacing w:after="60"/>
      </w:pPr>
      <w:r>
        <w:rPr>
          <w:sz w:val="20"/>
        </w:rPr>
        <w:t>Author profile explicitly uses Abdirizak Yusuf Ahmed / DrJalaaludiin.</w:t>
      </w:r>
    </w:p>
    <w:p w14:paraId="1CB33E43" w14:textId="77777777" w:rsidR="00040F01" w:rsidRDefault="00492A36">
      <w:hyperlink r:id="rId196">
        <w:r>
          <w:rPr>
            <w:color w:val="175A78"/>
          </w:rPr>
          <w:t>Open</w:t>
        </w:r>
      </w:hyperlink>
    </w:p>
    <w:p w14:paraId="23685966" w14:textId="77777777" w:rsidR="00040F01" w:rsidRDefault="00492A36">
      <w:pPr>
        <w:keepNext/>
        <w:spacing w:before="80" w:after="60"/>
      </w:pPr>
      <w:r>
        <w:rPr>
          <w:b/>
        </w:rPr>
        <w:t>P24  GitHub</w:t>
      </w:r>
    </w:p>
    <w:p w14:paraId="753A5559" w14:textId="77777777" w:rsidR="00040F01" w:rsidRDefault="00492A36">
      <w:pPr>
        <w:keepNext/>
        <w:spacing w:after="60"/>
      </w:pPr>
      <w:r>
        <w:rPr>
          <w:sz w:val="20"/>
        </w:rPr>
        <w:t>Professional biography/contact profile; not itself a journal paper.</w:t>
      </w:r>
    </w:p>
    <w:p w14:paraId="59E9397B" w14:textId="77777777" w:rsidR="00040F01" w:rsidRDefault="00492A36">
      <w:hyperlink r:id="rId197">
        <w:r>
          <w:rPr>
            <w:color w:val="175A78"/>
          </w:rPr>
          <w:t>Open</w:t>
        </w:r>
      </w:hyperlink>
    </w:p>
    <w:p w14:paraId="634F1127" w14:textId="77777777" w:rsidR="00040F01" w:rsidRDefault="00492A36">
      <w:pPr>
        <w:keepNext/>
        <w:spacing w:before="80" w:after="60"/>
      </w:pPr>
      <w:r>
        <w:rPr>
          <w:b/>
        </w:rPr>
        <w:t>P25  LinkedIn</w:t>
      </w:r>
    </w:p>
    <w:p w14:paraId="6B51ED77" w14:textId="77777777" w:rsidR="00040F01" w:rsidRDefault="00492A36">
      <w:pPr>
        <w:keepNext/>
        <w:spacing w:after="60"/>
      </w:pPr>
      <w:r>
        <w:rPr>
          <w:sz w:val="20"/>
        </w:rPr>
        <w:t>Professional profile and indexed posts.</w:t>
      </w:r>
    </w:p>
    <w:p w14:paraId="410FE870" w14:textId="77777777" w:rsidR="00040F01" w:rsidRDefault="00492A36">
      <w:hyperlink r:id="rId198">
        <w:r>
          <w:rPr>
            <w:color w:val="175A78"/>
          </w:rPr>
          <w:t>Open</w:t>
        </w:r>
      </w:hyperlink>
    </w:p>
    <w:p w14:paraId="1A54F46B" w14:textId="77777777" w:rsidR="00040F01" w:rsidRDefault="00492A36">
      <w:pPr>
        <w:keepNext/>
        <w:spacing w:before="80" w:after="60"/>
      </w:pPr>
      <w:r>
        <w:rPr>
          <w:b/>
        </w:rPr>
        <w:t>P26  X</w:t>
      </w:r>
    </w:p>
    <w:p w14:paraId="48317DA5" w14:textId="77777777" w:rsidR="00040F01" w:rsidRDefault="00492A36">
      <w:pPr>
        <w:keepNext/>
        <w:spacing w:after="60"/>
      </w:pPr>
      <w:r>
        <w:rPr>
          <w:sz w:val="20"/>
        </w:rPr>
        <w:t>Public account; search indexes do not expose a complete post history.</w:t>
      </w:r>
    </w:p>
    <w:p w14:paraId="2DADF570" w14:textId="77777777" w:rsidR="00040F01" w:rsidRDefault="00492A36">
      <w:hyperlink r:id="rId199">
        <w:r>
          <w:rPr>
            <w:color w:val="175A78"/>
          </w:rPr>
          <w:t>Open</w:t>
        </w:r>
      </w:hyperlink>
    </w:p>
    <w:p w14:paraId="05ADA302" w14:textId="77777777" w:rsidR="00040F01" w:rsidRDefault="00492A36">
      <w:pPr>
        <w:keepNext/>
        <w:spacing w:before="80" w:after="60"/>
      </w:pPr>
      <w:r>
        <w:rPr>
          <w:b/>
        </w:rPr>
        <w:t>P27  Personal link hub</w:t>
      </w:r>
    </w:p>
    <w:p w14:paraId="7153249E" w14:textId="77777777" w:rsidR="00040F01" w:rsidRDefault="00492A36">
      <w:pPr>
        <w:keepNext/>
        <w:spacing w:after="60"/>
      </w:pPr>
      <w:r>
        <w:rPr>
          <w:sz w:val="20"/>
        </w:rPr>
        <w:t>Links connecting public profiles.</w:t>
      </w:r>
    </w:p>
    <w:p w14:paraId="1DB0B7A3" w14:textId="77777777" w:rsidR="00040F01" w:rsidRDefault="00492A36">
      <w:hyperlink r:id="rId200">
        <w:r>
          <w:rPr>
            <w:color w:val="175A78"/>
          </w:rPr>
          <w:t>Open</w:t>
        </w:r>
      </w:hyperlink>
    </w:p>
    <w:p w14:paraId="1F81B3D2" w14:textId="77777777" w:rsidR="00040F01" w:rsidRDefault="00492A36">
      <w:pPr>
        <w:keepNext/>
        <w:spacing w:before="80" w:after="60"/>
      </w:pPr>
      <w:r>
        <w:rPr>
          <w:b/>
        </w:rPr>
        <w:t>P28  Alternate personal domain</w:t>
      </w:r>
    </w:p>
    <w:p w14:paraId="4DDC3D54" w14:textId="77777777" w:rsidR="00040F01" w:rsidRDefault="00492A36">
      <w:pPr>
        <w:keepNext/>
        <w:spacing w:after="60"/>
      </w:pPr>
      <w:r>
        <w:rPr>
          <w:sz w:val="20"/>
        </w:rPr>
        <w:t>Public personal site.</w:t>
      </w:r>
    </w:p>
    <w:p w14:paraId="1529A8A5" w14:textId="77777777" w:rsidR="00040F01" w:rsidRDefault="00492A36">
      <w:hyperlink r:id="rId201">
        <w:r>
          <w:rPr>
            <w:color w:val="175A78"/>
          </w:rPr>
          <w:t>Open</w:t>
        </w:r>
      </w:hyperlink>
    </w:p>
    <w:p w14:paraId="7A376F58" w14:textId="77777777" w:rsidR="00040F01" w:rsidRDefault="00492A36">
      <w:pPr>
        <w:keepNext/>
        <w:spacing w:before="80" w:after="60"/>
      </w:pPr>
      <w:r>
        <w:rPr>
          <w:b/>
        </w:rPr>
        <w:t>P29  FindGlocal</w:t>
      </w:r>
    </w:p>
    <w:p w14:paraId="3BB78605" w14:textId="77777777" w:rsidR="00040F01" w:rsidRDefault="00492A36">
      <w:pPr>
        <w:keepNext/>
        <w:spacing w:after="60"/>
      </w:pPr>
      <w:r>
        <w:rPr>
          <w:sz w:val="20"/>
        </w:rPr>
        <w:t>Third-party directory/cache; not independent verification.</w:t>
      </w:r>
    </w:p>
    <w:p w14:paraId="0A9D3BD2" w14:textId="77777777" w:rsidR="00040F01" w:rsidRDefault="00492A36">
      <w:hyperlink r:id="rId202">
        <w:r>
          <w:rPr>
            <w:color w:val="175A78"/>
          </w:rPr>
          <w:t>Open</w:t>
        </w:r>
      </w:hyperlink>
    </w:p>
    <w:p w14:paraId="4D0C9E23" w14:textId="77777777" w:rsidR="00040F01" w:rsidRDefault="00492A36">
      <w:pPr>
        <w:keepNext/>
        <w:spacing w:before="80" w:after="60"/>
      </w:pPr>
      <w:r>
        <w:rPr>
          <w:b/>
        </w:rPr>
        <w:t>P30  Instalker</w:t>
      </w:r>
    </w:p>
    <w:p w14:paraId="781B7D0D" w14:textId="77777777" w:rsidR="00040F01" w:rsidRDefault="00492A36">
      <w:pPr>
        <w:keepNext/>
        <w:spacing w:after="60"/>
      </w:pPr>
      <w:r>
        <w:rPr>
          <w:sz w:val="20"/>
        </w:rPr>
        <w:t>Third-party social mirror; not an authoritative complete archive.</w:t>
      </w:r>
    </w:p>
    <w:p w14:paraId="519961D8" w14:textId="77777777" w:rsidR="00040F01" w:rsidRDefault="00492A36">
      <w:hyperlink r:id="rId203">
        <w:r>
          <w:rPr>
            <w:color w:val="175A78"/>
          </w:rPr>
          <w:t>Open</w:t>
        </w:r>
      </w:hyperlink>
    </w:p>
    <w:p w14:paraId="044B7A8F" w14:textId="77777777" w:rsidR="00040F01" w:rsidRDefault="00492A36">
      <w:pPr>
        <w:keepNext/>
        <w:spacing w:before="80" w:after="60"/>
      </w:pPr>
      <w:r>
        <w:rPr>
          <w:b/>
        </w:rPr>
        <w:t>P31  LinkedIn hospital post</w:t>
      </w:r>
    </w:p>
    <w:p w14:paraId="5EA96051" w14:textId="77777777" w:rsidR="00040F01" w:rsidRDefault="00492A36">
      <w:pPr>
        <w:keepNext/>
        <w:spacing w:after="60"/>
      </w:pPr>
      <w:r>
        <w:rPr>
          <w:sz w:val="20"/>
        </w:rPr>
        <w:t>Own indexed post about De Martino.</w:t>
      </w:r>
    </w:p>
    <w:p w14:paraId="22E0EF40" w14:textId="77777777" w:rsidR="00040F01" w:rsidRDefault="00492A36">
      <w:hyperlink r:id="rId204">
        <w:r>
          <w:rPr>
            <w:color w:val="175A78"/>
          </w:rPr>
          <w:t>Open</w:t>
        </w:r>
      </w:hyperlink>
    </w:p>
    <w:p w14:paraId="2A472C57" w14:textId="77777777" w:rsidR="00040F01" w:rsidRDefault="00492A36">
      <w:pPr>
        <w:keepNext/>
        <w:spacing w:before="80" w:after="60"/>
      </w:pPr>
      <w:r>
        <w:rPr>
          <w:b/>
        </w:rPr>
        <w:t>P32  LinkedIn professional briefing</w:t>
      </w:r>
    </w:p>
    <w:p w14:paraId="077CC107" w14:textId="77777777" w:rsidR="00040F01" w:rsidRDefault="00492A36">
      <w:pPr>
        <w:keepNext/>
        <w:spacing w:after="60"/>
      </w:pPr>
      <w:r>
        <w:rPr>
          <w:sz w:val="20"/>
        </w:rPr>
        <w:t>Own indexed post announcing health-system analysis.</w:t>
      </w:r>
    </w:p>
    <w:p w14:paraId="5805DE97" w14:textId="77777777" w:rsidR="00040F01" w:rsidRDefault="00492A36">
      <w:hyperlink r:id="rId205">
        <w:r>
          <w:rPr>
            <w:color w:val="175A78"/>
          </w:rPr>
          <w:t>Open</w:t>
        </w:r>
      </w:hyperlink>
    </w:p>
    <w:p w14:paraId="743937C5" w14:textId="77777777" w:rsidR="00040F01" w:rsidRDefault="00492A36">
      <w:pPr>
        <w:keepNext/>
        <w:spacing w:before="80" w:after="60"/>
      </w:pPr>
      <w:r>
        <w:rPr>
          <w:b/>
        </w:rPr>
        <w:t>P33  Instagram</w:t>
      </w:r>
    </w:p>
    <w:p w14:paraId="521D7681" w14:textId="77777777" w:rsidR="00040F01" w:rsidRDefault="00492A36">
      <w:pPr>
        <w:keepNext/>
        <w:spacing w:after="60"/>
      </w:pPr>
      <w:r>
        <w:rPr>
          <w:sz w:val="20"/>
        </w:rPr>
        <w:t>Public indexed profile; full post archive not available.</w:t>
      </w:r>
    </w:p>
    <w:p w14:paraId="4F5808F5" w14:textId="77777777" w:rsidR="00040F01" w:rsidRDefault="00492A36">
      <w:hyperlink r:id="rId206">
        <w:r>
          <w:rPr>
            <w:color w:val="175A78"/>
          </w:rPr>
          <w:t>Open source</w:t>
        </w:r>
      </w:hyperlink>
    </w:p>
    <w:p w14:paraId="7F5C6D86" w14:textId="77777777" w:rsidR="00040F01" w:rsidRDefault="00492A36">
      <w:pPr>
        <w:keepNext/>
        <w:spacing w:before="80" w:after="60"/>
      </w:pPr>
      <w:r>
        <w:rPr>
          <w:b/>
        </w:rPr>
        <w:t>P34  Facebook</w:t>
      </w:r>
    </w:p>
    <w:p w14:paraId="17E2BBAC" w14:textId="77777777" w:rsidR="00040F01" w:rsidRDefault="00492A36">
      <w:pPr>
        <w:keepNext/>
        <w:spacing w:after="60"/>
      </w:pPr>
      <w:r>
        <w:rPr>
          <w:sz w:val="20"/>
        </w:rPr>
        <w:t>User-supplied account; a complete public timeline was not retrieved.</w:t>
      </w:r>
    </w:p>
    <w:p w14:paraId="7046710D" w14:textId="77777777" w:rsidR="00040F01" w:rsidRDefault="00492A36">
      <w:hyperlink r:id="rId207">
        <w:r>
          <w:rPr>
            <w:color w:val="175A78"/>
          </w:rPr>
          <w:t>Open source</w:t>
        </w:r>
      </w:hyperlink>
    </w:p>
    <w:p w14:paraId="596BE912" w14:textId="77777777" w:rsidR="00040F01" w:rsidRDefault="00492A36">
      <w:pPr>
        <w:keepNext/>
        <w:spacing w:before="80" w:after="60"/>
      </w:pPr>
      <w:r>
        <w:rPr>
          <w:b/>
        </w:rPr>
        <w:t>P35  Substack</w:t>
      </w:r>
    </w:p>
    <w:p w14:paraId="1BD94037" w14:textId="77777777" w:rsidR="00040F01" w:rsidRDefault="00492A36">
      <w:pPr>
        <w:keepNext/>
        <w:spacing w:after="60"/>
      </w:pPr>
      <w:r>
        <w:rPr>
          <w:sz w:val="20"/>
        </w:rPr>
        <w:t>Newsletter URL; seven notification-supported item links listed separately.</w:t>
      </w:r>
    </w:p>
    <w:p w14:paraId="78814E4D" w14:textId="77777777" w:rsidR="00040F01" w:rsidRDefault="00492A36">
      <w:hyperlink r:id="rId208">
        <w:r>
          <w:rPr>
            <w:color w:val="175A78"/>
          </w:rPr>
          <w:t>Open source</w:t>
        </w:r>
      </w:hyperlink>
    </w:p>
    <w:p w14:paraId="13A5D563" w14:textId="77777777" w:rsidR="00040F01" w:rsidRDefault="00492A36">
      <w:pPr>
        <w:keepNext/>
        <w:spacing w:before="80" w:after="60"/>
      </w:pPr>
      <w:r>
        <w:rPr>
          <w:b/>
        </w:rPr>
        <w:t>P36  Active Blogspot archive</w:t>
      </w:r>
    </w:p>
    <w:p w14:paraId="5BF802B7" w14:textId="77777777" w:rsidR="00040F01" w:rsidRDefault="00492A36">
      <w:pPr>
        <w:keepNext/>
        <w:spacing w:after="60"/>
      </w:pPr>
      <w:r>
        <w:rPr>
          <w:sz w:val="20"/>
        </w:rPr>
        <w:t>Public feed contains two substantive Arabic entries and one empty/untitled August 2026 placeholder, which is excluded from authored essays.</w:t>
      </w:r>
    </w:p>
    <w:p w14:paraId="548D18D2" w14:textId="77777777" w:rsidR="00040F01" w:rsidRDefault="00492A36">
      <w:hyperlink r:id="rId209">
        <w:r>
          <w:rPr>
            <w:color w:val="175A78"/>
          </w:rPr>
          <w:t>Open source</w:t>
        </w:r>
      </w:hyperlink>
    </w:p>
    <w:p w14:paraId="43FE112C" w14:textId="77777777" w:rsidR="00040F01" w:rsidRDefault="00492A36">
      <w:pPr>
        <w:keepNext/>
        <w:spacing w:before="80" w:after="60"/>
      </w:pPr>
      <w:r>
        <w:rPr>
          <w:b/>
        </w:rPr>
        <w:t>P37  YouTube channel</w:t>
      </w:r>
    </w:p>
    <w:p w14:paraId="04E59982" w14:textId="77777777" w:rsidR="00040F01" w:rsidRDefault="00492A36">
      <w:pPr>
        <w:keepNext/>
        <w:spacing w:after="60"/>
      </w:pPr>
      <w:r>
        <w:rPr>
          <w:sz w:val="20"/>
        </w:rPr>
        <w:t>Linked from the personal public hub.</w:t>
      </w:r>
    </w:p>
    <w:p w14:paraId="773EBF81" w14:textId="77777777" w:rsidR="00040F01" w:rsidRDefault="00492A36">
      <w:hyperlink r:id="rId210">
        <w:r>
          <w:rPr>
            <w:color w:val="175A78"/>
          </w:rPr>
          <w:t>Open source</w:t>
        </w:r>
      </w:hyperlink>
    </w:p>
    <w:p w14:paraId="3D45A94E" w14:textId="77777777" w:rsidR="00040F01" w:rsidRDefault="00492A36">
      <w:pPr>
        <w:keepNext/>
        <w:spacing w:before="80" w:after="60"/>
      </w:pPr>
      <w:r>
        <w:rPr>
          <w:b/>
        </w:rPr>
        <w:t>P38  TikTok</w:t>
      </w:r>
    </w:p>
    <w:p w14:paraId="347CEF53" w14:textId="77777777" w:rsidR="00040F01" w:rsidRDefault="00492A36">
      <w:pPr>
        <w:keepNext/>
        <w:spacing w:after="60"/>
      </w:pPr>
      <w:r>
        <w:rPr>
          <w:sz w:val="20"/>
        </w:rPr>
        <w:t>Public link-hub destination; complete content inventory not retrieved.</w:t>
      </w:r>
    </w:p>
    <w:p w14:paraId="37F622C3" w14:textId="77777777" w:rsidR="00040F01" w:rsidRDefault="00492A36">
      <w:hyperlink r:id="rId211">
        <w:r>
          <w:rPr>
            <w:color w:val="175A78"/>
          </w:rPr>
          <w:t>Open source</w:t>
        </w:r>
      </w:hyperlink>
    </w:p>
    <w:p w14:paraId="78A063FC" w14:textId="77777777" w:rsidR="00040F01" w:rsidRDefault="00492A36">
      <w:pPr>
        <w:keepNext/>
        <w:spacing w:before="80" w:after="60"/>
      </w:pPr>
      <w:r>
        <w:rPr>
          <w:b/>
        </w:rPr>
        <w:t>P39  Quora</w:t>
      </w:r>
    </w:p>
    <w:p w14:paraId="3C28AFE3" w14:textId="77777777" w:rsidR="00040F01" w:rsidRDefault="00492A36">
      <w:pPr>
        <w:keepNext/>
        <w:spacing w:after="60"/>
      </w:pPr>
      <w:r>
        <w:rPr>
          <w:sz w:val="20"/>
        </w:rPr>
        <w:t>User-supplied profile lead; no complete answer/post inventory verified.</w:t>
      </w:r>
    </w:p>
    <w:p w14:paraId="7FF05C2C" w14:textId="77777777" w:rsidR="00040F01" w:rsidRDefault="00492A36">
      <w:hyperlink r:id="rId212">
        <w:r>
          <w:rPr>
            <w:color w:val="175A78"/>
          </w:rPr>
          <w:t>Open source</w:t>
        </w:r>
      </w:hyperlink>
    </w:p>
    <w:p w14:paraId="430CF37A" w14:textId="77777777" w:rsidR="00040F01" w:rsidRDefault="00492A36">
      <w:pPr>
        <w:keepNext/>
        <w:spacing w:before="80" w:after="60"/>
      </w:pPr>
      <w:r>
        <w:rPr>
          <w:b/>
        </w:rPr>
        <w:t>P40  Bohrium</w:t>
      </w:r>
    </w:p>
    <w:p w14:paraId="62E573F2" w14:textId="77777777" w:rsidR="00040F01" w:rsidRDefault="00492A36">
      <w:pPr>
        <w:keepNext/>
        <w:spacing w:after="60"/>
      </w:pPr>
      <w:r>
        <w:rPr>
          <w:sz w:val="20"/>
        </w:rPr>
        <w:t>User-supplied scholarly profile lead; aggregate metadata not a primary authorship source.</w:t>
      </w:r>
    </w:p>
    <w:p w14:paraId="179E08F2" w14:textId="77777777" w:rsidR="00040F01" w:rsidRDefault="00492A36">
      <w:hyperlink r:id="rId213">
        <w:r>
          <w:rPr>
            <w:color w:val="175A78"/>
          </w:rPr>
          <w:t>Open source</w:t>
        </w:r>
      </w:hyperlink>
    </w:p>
    <w:p w14:paraId="24C9F353" w14:textId="77777777" w:rsidR="00040F01" w:rsidRDefault="00492A36">
      <w:pPr>
        <w:keepNext/>
        <w:spacing w:before="80" w:after="60"/>
      </w:pPr>
      <w:r>
        <w:rPr>
          <w:b/>
        </w:rPr>
        <w:t>P41  OpenAlex author record</w:t>
      </w:r>
    </w:p>
    <w:p w14:paraId="72886E99" w14:textId="77777777" w:rsidR="00040F01" w:rsidRDefault="00492A36">
      <w:pPr>
        <w:keepNext/>
        <w:spacing w:after="60"/>
      </w:pPr>
      <w:r>
        <w:rPr>
          <w:sz w:val="20"/>
        </w:rPr>
        <w:t>Public API matches the supplied ORCID; counts are index-specific, not lifetime publication totals.</w:t>
      </w:r>
    </w:p>
    <w:p w14:paraId="7707CD4E" w14:textId="77777777" w:rsidR="00040F01" w:rsidRDefault="00492A36">
      <w:hyperlink r:id="rId214">
        <w:r>
          <w:rPr>
            <w:color w:val="175A78"/>
          </w:rPr>
          <w:t>Open source</w:t>
        </w:r>
      </w:hyperlink>
    </w:p>
    <w:p w14:paraId="015C0E91" w14:textId="77777777" w:rsidR="00040F01" w:rsidRDefault="00492A36">
      <w:pPr>
        <w:keepNext/>
        <w:spacing w:before="80" w:after="60"/>
      </w:pPr>
      <w:r>
        <w:rPr>
          <w:b/>
        </w:rPr>
        <w:t>P42  GitHub profile README</w:t>
      </w:r>
    </w:p>
    <w:p w14:paraId="43A79370" w14:textId="77777777" w:rsidR="00040F01" w:rsidRDefault="00492A36">
      <w:pPr>
        <w:keepNext/>
        <w:spacing w:after="60"/>
      </w:pPr>
      <w:r>
        <w:rPr>
          <w:sz w:val="20"/>
        </w:rPr>
        <w:t>Public professional biography retrieved through GitHub.</w:t>
      </w:r>
    </w:p>
    <w:p w14:paraId="0ED00376" w14:textId="77777777" w:rsidR="00040F01" w:rsidRDefault="00492A36">
      <w:hyperlink r:id="rId215">
        <w:r>
          <w:rPr>
            <w:color w:val="175A78"/>
          </w:rPr>
          <w:t>Open source</w:t>
        </w:r>
      </w:hyperlink>
    </w:p>
    <w:p w14:paraId="5D2187A7" w14:textId="77777777" w:rsidR="00040F01" w:rsidRDefault="00492A36">
      <w:pPr>
        <w:keepNext/>
        <w:spacing w:before="80" w:after="60"/>
      </w:pPr>
      <w:r>
        <w:rPr>
          <w:b/>
        </w:rPr>
        <w:t>P43  GitHub RIYAADA repository</w:t>
      </w:r>
    </w:p>
    <w:p w14:paraId="6A5DFDF0" w14:textId="77777777" w:rsidR="00040F01" w:rsidRDefault="00492A36">
      <w:pPr>
        <w:keepNext/>
        <w:spacing w:after="60"/>
      </w:pPr>
      <w:r>
        <w:rPr>
          <w:sz w:val="20"/>
        </w:rPr>
        <w:t>Public fork; not classified as original authored research.</w:t>
      </w:r>
    </w:p>
    <w:p w14:paraId="32E3CC16" w14:textId="77777777" w:rsidR="00040F01" w:rsidRDefault="00492A36">
      <w:hyperlink r:id="rId216">
        <w:r>
          <w:rPr>
            <w:color w:val="175A78"/>
          </w:rPr>
          <w:t>Open source</w:t>
        </w:r>
      </w:hyperlink>
    </w:p>
    <w:p w14:paraId="6819310C" w14:textId="77777777" w:rsidR="00040F01" w:rsidRDefault="00492A36">
      <w:pPr>
        <w:keepNext/>
        <w:spacing w:before="80" w:after="60"/>
      </w:pPr>
      <w:r>
        <w:rPr>
          <w:b/>
        </w:rPr>
        <w:t>P44  GitHub ROR updates</w:t>
      </w:r>
    </w:p>
    <w:p w14:paraId="297B7705" w14:textId="77777777" w:rsidR="00040F01" w:rsidRDefault="00492A36">
      <w:pPr>
        <w:keepNext/>
        <w:spacing w:after="60"/>
      </w:pPr>
      <w:r>
        <w:rPr>
          <w:sz w:val="20"/>
        </w:rPr>
        <w:t>Public fork of institutional-registry materials.</w:t>
      </w:r>
    </w:p>
    <w:p w14:paraId="0091D69C" w14:textId="77777777" w:rsidR="00040F01" w:rsidRDefault="00492A36">
      <w:hyperlink r:id="rId217">
        <w:r>
          <w:rPr>
            <w:color w:val="175A78"/>
          </w:rPr>
          <w:t>Open source</w:t>
        </w:r>
      </w:hyperlink>
    </w:p>
    <w:p w14:paraId="75E2BF56" w14:textId="77777777" w:rsidR="00040F01" w:rsidRDefault="00492A36">
      <w:pPr>
        <w:keepNext/>
        <w:spacing w:before="80" w:after="60"/>
      </w:pPr>
      <w:r>
        <w:rPr>
          <w:b/>
        </w:rPr>
        <w:t>P45  GitHub PKP documentation</w:t>
      </w:r>
    </w:p>
    <w:p w14:paraId="16D34DF1" w14:textId="77777777" w:rsidR="00040F01" w:rsidRDefault="00492A36">
      <w:pPr>
        <w:keepNext/>
        <w:spacing w:after="60"/>
      </w:pPr>
      <w:r>
        <w:rPr>
          <w:sz w:val="20"/>
        </w:rPr>
        <w:t>Public fork of documentation; no claim of original authorship.</w:t>
      </w:r>
    </w:p>
    <w:p w14:paraId="4361D39E" w14:textId="77777777" w:rsidR="00040F01" w:rsidRDefault="00492A36">
      <w:hyperlink r:id="rId218">
        <w:r>
          <w:rPr>
            <w:color w:val="175A78"/>
          </w:rPr>
          <w:t>Open source</w:t>
        </w:r>
      </w:hyperlink>
    </w:p>
    <w:p w14:paraId="1B002FAA" w14:textId="77777777" w:rsidR="00040F01" w:rsidRDefault="00492A36">
      <w:pPr>
        <w:keepNext/>
        <w:spacing w:before="80" w:after="60"/>
      </w:pPr>
      <w:r>
        <w:rPr>
          <w:b/>
        </w:rPr>
        <w:t>P46  LinkedIn: From Emergency Response to System Reform</w:t>
      </w:r>
    </w:p>
    <w:p w14:paraId="7131495F" w14:textId="77777777" w:rsidR="00040F01" w:rsidRDefault="00492A36">
      <w:pPr>
        <w:keepNext/>
        <w:spacing w:after="60"/>
      </w:pPr>
      <w:r>
        <w:rPr>
          <w:sz w:val="20"/>
        </w:rPr>
        <w:t>Indexed own announcement of J22.</w:t>
      </w:r>
    </w:p>
    <w:p w14:paraId="0AD8BFB2" w14:textId="77777777" w:rsidR="00040F01" w:rsidRDefault="00492A36">
      <w:hyperlink r:id="rId219">
        <w:r>
          <w:rPr>
            <w:color w:val="175A78"/>
          </w:rPr>
          <w:t>Open source</w:t>
        </w:r>
      </w:hyperlink>
    </w:p>
    <w:p w14:paraId="383EBEA5" w14:textId="77777777" w:rsidR="00040F01" w:rsidRDefault="00492A36">
      <w:pPr>
        <w:keepNext/>
        <w:spacing w:before="80" w:after="60"/>
      </w:pPr>
      <w:r>
        <w:rPr>
          <w:b/>
        </w:rPr>
        <w:t>P47  Instagram post, 10 September 2020</w:t>
      </w:r>
    </w:p>
    <w:p w14:paraId="5A249582" w14:textId="77777777" w:rsidR="00040F01" w:rsidRDefault="00492A36">
      <w:pPr>
        <w:keepNext/>
        <w:spacing w:after="60"/>
      </w:pPr>
      <w:r>
        <w:rPr>
          <w:sz w:val="20"/>
        </w:rPr>
        <w:t>Indexed own-account post; complete body not independently retrieved.</w:t>
      </w:r>
    </w:p>
    <w:p w14:paraId="488886B3" w14:textId="77777777" w:rsidR="00040F01" w:rsidRDefault="00492A36">
      <w:hyperlink r:id="rId220">
        <w:r>
          <w:rPr>
            <w:color w:val="175A78"/>
          </w:rPr>
          <w:t>Open source</w:t>
        </w:r>
      </w:hyperlink>
    </w:p>
    <w:p w14:paraId="38A45F23" w14:textId="77777777" w:rsidR="00040F01" w:rsidRDefault="00492A36">
      <w:pPr>
        <w:keepNext/>
        <w:spacing w:before="80" w:after="60"/>
      </w:pPr>
      <w:r>
        <w:rPr>
          <w:b/>
        </w:rPr>
        <w:t>P48  News &amp; Updates — personal website</w:t>
      </w:r>
    </w:p>
    <w:p w14:paraId="14E2A0F4" w14:textId="77777777" w:rsidR="00040F01" w:rsidRDefault="00492A36">
      <w:pPr>
        <w:keepNext/>
        <w:spacing w:after="60"/>
      </w:pPr>
      <w:r>
        <w:rPr>
          <w:sz w:val="20"/>
        </w:rPr>
        <w:t>2026-10-06  |  Self-published professional page or content hub. WordPress date is page metadata, not a verified date for every event described.</w:t>
      </w:r>
    </w:p>
    <w:p w14:paraId="55455EF2" w14:textId="77777777" w:rsidR="00040F01" w:rsidRDefault="00492A36">
      <w:hyperlink r:id="rId221">
        <w:r>
          <w:rPr>
            <w:color w:val="175A78"/>
          </w:rPr>
          <w:t>Open source</w:t>
        </w:r>
      </w:hyperlink>
    </w:p>
    <w:p w14:paraId="61584D7E" w14:textId="77777777" w:rsidR="00040F01" w:rsidRDefault="00492A36">
      <w:pPr>
        <w:keepNext/>
        <w:spacing w:before="80" w:after="60"/>
      </w:pPr>
      <w:r>
        <w:rPr>
          <w:b/>
        </w:rPr>
        <w:t>P49  Literary Reflections — personal website</w:t>
      </w:r>
    </w:p>
    <w:p w14:paraId="13A1C3FA" w14:textId="77777777" w:rsidR="00040F01" w:rsidRDefault="00492A36">
      <w:pPr>
        <w:keepNext/>
        <w:spacing w:after="60"/>
      </w:pPr>
      <w:r>
        <w:rPr>
          <w:sz w:val="20"/>
        </w:rPr>
        <w:t>2026-10-06  |  Self-published professional page or content hub. WordPress date is page metadata, not a verified date for every event described.</w:t>
      </w:r>
    </w:p>
    <w:p w14:paraId="3FE80232" w14:textId="77777777" w:rsidR="00040F01" w:rsidRDefault="00492A36">
      <w:hyperlink r:id="rId222">
        <w:r>
          <w:rPr>
            <w:color w:val="175A78"/>
          </w:rPr>
          <w:t>Open source</w:t>
        </w:r>
      </w:hyperlink>
    </w:p>
    <w:p w14:paraId="42A910BB" w14:textId="77777777" w:rsidR="00040F01" w:rsidRDefault="00492A36">
      <w:pPr>
        <w:keepNext/>
        <w:spacing w:before="80" w:after="60"/>
      </w:pPr>
      <w:r>
        <w:rPr>
          <w:b/>
        </w:rPr>
        <w:t>P50  Media &amp; Speaker Kit — personal website</w:t>
      </w:r>
    </w:p>
    <w:p w14:paraId="6AF3A43B" w14:textId="77777777" w:rsidR="00040F01" w:rsidRDefault="00492A36">
      <w:pPr>
        <w:keepNext/>
        <w:spacing w:after="60"/>
      </w:pPr>
      <w:r>
        <w:rPr>
          <w:sz w:val="20"/>
        </w:rPr>
        <w:t>2026-10-06  |  Self-published professional page or content hub. WordPress date is page metadata, not a verified date for every event described.</w:t>
      </w:r>
    </w:p>
    <w:p w14:paraId="1FF06485" w14:textId="77777777" w:rsidR="00040F01" w:rsidRDefault="00492A36">
      <w:hyperlink r:id="rId223">
        <w:r>
          <w:rPr>
            <w:color w:val="175A78"/>
          </w:rPr>
          <w:t>Open source</w:t>
        </w:r>
      </w:hyperlink>
    </w:p>
    <w:p w14:paraId="644D0A2C" w14:textId="77777777" w:rsidR="00040F01" w:rsidRDefault="00492A36">
      <w:pPr>
        <w:keepNext/>
        <w:spacing w:before="80" w:after="60"/>
      </w:pPr>
      <w:r>
        <w:rPr>
          <w:b/>
        </w:rPr>
        <w:t>P51  Speaking &amp; Teaching — personal website</w:t>
      </w:r>
    </w:p>
    <w:p w14:paraId="7A8C1B3D" w14:textId="77777777" w:rsidR="00040F01" w:rsidRDefault="00492A36">
      <w:pPr>
        <w:keepNext/>
        <w:spacing w:after="60"/>
      </w:pPr>
      <w:r>
        <w:rPr>
          <w:sz w:val="20"/>
        </w:rPr>
        <w:t>2026-10-06  |  Self-published professional page or content hub. WordPress date is page metadata, not a verified date for every event described.</w:t>
      </w:r>
    </w:p>
    <w:p w14:paraId="6BFDEA85" w14:textId="77777777" w:rsidR="00040F01" w:rsidRDefault="00492A36">
      <w:hyperlink r:id="rId224">
        <w:r>
          <w:rPr>
            <w:color w:val="175A78"/>
          </w:rPr>
          <w:t>Open source</w:t>
        </w:r>
      </w:hyperlink>
    </w:p>
    <w:p w14:paraId="071AD7CC" w14:textId="77777777" w:rsidR="00040F01" w:rsidRDefault="00492A36">
      <w:pPr>
        <w:keepNext/>
        <w:spacing w:before="80" w:after="60"/>
      </w:pPr>
      <w:r>
        <w:rPr>
          <w:b/>
        </w:rPr>
        <w:t>P52  Consultancy &amp; Technical Assignments — personal website</w:t>
      </w:r>
    </w:p>
    <w:p w14:paraId="2BD55ABE" w14:textId="77777777" w:rsidR="00040F01" w:rsidRDefault="00492A36">
      <w:pPr>
        <w:keepNext/>
        <w:spacing w:after="60"/>
      </w:pPr>
      <w:r>
        <w:rPr>
          <w:sz w:val="20"/>
        </w:rPr>
        <w:t>2026-10-06  |  Self-published professional page or content hub. WordPress date is page metadata, not a verified date for every event described.</w:t>
      </w:r>
    </w:p>
    <w:p w14:paraId="3306F641" w14:textId="77777777" w:rsidR="00040F01" w:rsidRDefault="00492A36">
      <w:hyperlink r:id="rId225">
        <w:r>
          <w:rPr>
            <w:color w:val="175A78"/>
          </w:rPr>
          <w:t>Open source</w:t>
        </w:r>
      </w:hyperlink>
    </w:p>
    <w:p w14:paraId="2D21DD2D" w14:textId="77777777" w:rsidR="00040F01" w:rsidRDefault="00492A36">
      <w:pPr>
        <w:keepNext/>
        <w:spacing w:before="80" w:after="60"/>
      </w:pPr>
      <w:r>
        <w:rPr>
          <w:b/>
        </w:rPr>
        <w:t>P53  Academic Contributions — personal website</w:t>
      </w:r>
    </w:p>
    <w:p w14:paraId="072EDEB8" w14:textId="77777777" w:rsidR="00040F01" w:rsidRDefault="00492A36">
      <w:pPr>
        <w:keepNext/>
        <w:spacing w:after="60"/>
      </w:pPr>
      <w:r>
        <w:rPr>
          <w:sz w:val="20"/>
        </w:rPr>
        <w:t>2026-10-06  |  Self-published professional page or content hub. WordPress date is page metadata, not a verified date for every event described.</w:t>
      </w:r>
    </w:p>
    <w:p w14:paraId="2C22E461" w14:textId="77777777" w:rsidR="00040F01" w:rsidRDefault="00492A36">
      <w:hyperlink r:id="rId226">
        <w:r>
          <w:rPr>
            <w:color w:val="175A78"/>
          </w:rPr>
          <w:t>Open source</w:t>
        </w:r>
      </w:hyperlink>
    </w:p>
    <w:p w14:paraId="51A0252B" w14:textId="77777777" w:rsidR="00040F01" w:rsidRDefault="00492A36">
      <w:pPr>
        <w:keepNext/>
        <w:spacing w:before="80" w:after="60"/>
      </w:pPr>
      <w:r>
        <w:rPr>
          <w:b/>
        </w:rPr>
        <w:t>P54  Health System Transformation in Somalia — personal website</w:t>
      </w:r>
    </w:p>
    <w:p w14:paraId="07BECADA" w14:textId="77777777" w:rsidR="00040F01" w:rsidRDefault="00492A36">
      <w:pPr>
        <w:keepNext/>
        <w:spacing w:after="60"/>
      </w:pPr>
      <w:r>
        <w:rPr>
          <w:sz w:val="20"/>
        </w:rPr>
        <w:t>2026-10-06  |  Self-published professional page or content hub. WordPress date is page metadata, not a verified date for every event described.</w:t>
      </w:r>
    </w:p>
    <w:p w14:paraId="3D78B3B5" w14:textId="77777777" w:rsidR="00040F01" w:rsidRDefault="00492A36">
      <w:hyperlink r:id="rId227">
        <w:r>
          <w:rPr>
            <w:color w:val="175A78"/>
          </w:rPr>
          <w:t>Open source</w:t>
        </w:r>
      </w:hyperlink>
    </w:p>
    <w:p w14:paraId="5A930E87" w14:textId="77777777" w:rsidR="00040F01" w:rsidRDefault="00492A36">
      <w:pPr>
        <w:keepNext/>
        <w:spacing w:before="80" w:after="60"/>
      </w:pPr>
      <w:r>
        <w:rPr>
          <w:b/>
        </w:rPr>
        <w:t>P55  Community Workforce &amp; Digital Accountability — personal website</w:t>
      </w:r>
    </w:p>
    <w:p w14:paraId="56A140D6" w14:textId="77777777" w:rsidR="00040F01" w:rsidRDefault="00492A36">
      <w:pPr>
        <w:keepNext/>
        <w:spacing w:after="60"/>
      </w:pPr>
      <w:r>
        <w:rPr>
          <w:sz w:val="20"/>
        </w:rPr>
        <w:t>2026-10-06  |  Self-published professional page or content hub. WordPress date is page metadata, not a verified date for every event described.</w:t>
      </w:r>
    </w:p>
    <w:p w14:paraId="03412BE3" w14:textId="77777777" w:rsidR="00040F01" w:rsidRDefault="00492A36">
      <w:hyperlink r:id="rId228">
        <w:r>
          <w:rPr>
            <w:color w:val="175A78"/>
          </w:rPr>
          <w:t>Open source</w:t>
        </w:r>
      </w:hyperlink>
    </w:p>
    <w:p w14:paraId="763D4448" w14:textId="77777777" w:rsidR="00040F01" w:rsidRDefault="00492A36">
      <w:pPr>
        <w:keepNext/>
        <w:spacing w:before="80" w:after="60"/>
      </w:pPr>
      <w:r>
        <w:rPr>
          <w:b/>
        </w:rPr>
        <w:t>P56  Policy &amp; Technical Reports — personal website</w:t>
      </w:r>
    </w:p>
    <w:p w14:paraId="27716D6E" w14:textId="77777777" w:rsidR="00040F01" w:rsidRDefault="00492A36">
      <w:pPr>
        <w:keepNext/>
        <w:spacing w:after="60"/>
      </w:pPr>
      <w:r>
        <w:rPr>
          <w:sz w:val="20"/>
        </w:rPr>
        <w:t>2026-10-06  |  Self-published professional page or content hub. WordPress date is page metadata, not a verified date for every event described.</w:t>
      </w:r>
    </w:p>
    <w:p w14:paraId="457FD553" w14:textId="77777777" w:rsidR="00040F01" w:rsidRDefault="00492A36">
      <w:hyperlink r:id="rId229">
        <w:r>
          <w:rPr>
            <w:color w:val="175A78"/>
          </w:rPr>
          <w:t>Open source</w:t>
        </w:r>
      </w:hyperlink>
    </w:p>
    <w:p w14:paraId="5427AC1D" w14:textId="77777777" w:rsidR="00040F01" w:rsidRDefault="00492A36">
      <w:pPr>
        <w:keepNext/>
        <w:spacing w:before="80" w:after="60"/>
      </w:pPr>
      <w:r>
        <w:rPr>
          <w:b/>
        </w:rPr>
        <w:t>P57  Research &amp; Evidence — personal website</w:t>
      </w:r>
    </w:p>
    <w:p w14:paraId="1102C202" w14:textId="77777777" w:rsidR="00040F01" w:rsidRDefault="00492A36">
      <w:pPr>
        <w:keepNext/>
        <w:spacing w:after="60"/>
      </w:pPr>
      <w:r>
        <w:rPr>
          <w:sz w:val="20"/>
        </w:rPr>
        <w:t>2026-10-06  |  Self-published professional page or content hub. WordPress date is page metadata, not a verified date for every event described.</w:t>
      </w:r>
    </w:p>
    <w:p w14:paraId="31D988AA" w14:textId="77777777" w:rsidR="00040F01" w:rsidRDefault="00492A36">
      <w:hyperlink r:id="rId230">
        <w:r>
          <w:rPr>
            <w:color w:val="175A78"/>
          </w:rPr>
          <w:t>Open source</w:t>
        </w:r>
      </w:hyperlink>
    </w:p>
    <w:p w14:paraId="015CB59B" w14:textId="77777777" w:rsidR="00040F01" w:rsidRDefault="00492A36">
      <w:pPr>
        <w:keepNext/>
        <w:spacing w:before="80" w:after="60"/>
      </w:pPr>
      <w:r>
        <w:rPr>
          <w:b/>
        </w:rPr>
        <w:t>P58  Somalia’s National COVID-19 Response — personal website</w:t>
      </w:r>
    </w:p>
    <w:p w14:paraId="5CAFB899" w14:textId="77777777" w:rsidR="00040F01" w:rsidRDefault="00492A36">
      <w:pPr>
        <w:keepNext/>
        <w:spacing w:after="60"/>
      </w:pPr>
      <w:r>
        <w:rPr>
          <w:sz w:val="20"/>
        </w:rPr>
        <w:t>2026-10-06  |  Self-published professional page or content hub. WordPress date is page metadata, not a verified date for every event described.</w:t>
      </w:r>
    </w:p>
    <w:p w14:paraId="5C49B5C0" w14:textId="77777777" w:rsidR="00040F01" w:rsidRDefault="00492A36">
      <w:hyperlink r:id="rId231">
        <w:r>
          <w:rPr>
            <w:color w:val="175A78"/>
          </w:rPr>
          <w:t>Open source</w:t>
        </w:r>
      </w:hyperlink>
    </w:p>
    <w:p w14:paraId="12CE68D6" w14:textId="77777777" w:rsidR="00040F01" w:rsidRDefault="00492A36">
      <w:pPr>
        <w:keepNext/>
        <w:spacing w:before="80" w:after="60"/>
      </w:pPr>
      <w:r>
        <w:rPr>
          <w:b/>
        </w:rPr>
        <w:t>P59  Leading De Martino National Public Hospital — personal website</w:t>
      </w:r>
    </w:p>
    <w:p w14:paraId="1398844E" w14:textId="77777777" w:rsidR="00040F01" w:rsidRDefault="00492A36">
      <w:pPr>
        <w:keepNext/>
        <w:spacing w:after="60"/>
      </w:pPr>
      <w:r>
        <w:rPr>
          <w:sz w:val="20"/>
        </w:rPr>
        <w:t>2026-10-06  |  Self-published professional page or content hub. WordPress date is page metadata, not a verified date for every event described.</w:t>
      </w:r>
    </w:p>
    <w:p w14:paraId="5D185E67" w14:textId="77777777" w:rsidR="00040F01" w:rsidRDefault="00492A36">
      <w:hyperlink r:id="rId232">
        <w:r>
          <w:rPr>
            <w:color w:val="175A78"/>
          </w:rPr>
          <w:t>Open source</w:t>
        </w:r>
      </w:hyperlink>
    </w:p>
    <w:p w14:paraId="0AEA8CDB" w14:textId="77777777" w:rsidR="00040F01" w:rsidRDefault="00492A36">
      <w:pPr>
        <w:keepNext/>
        <w:spacing w:before="80" w:after="60"/>
      </w:pPr>
      <w:r>
        <w:rPr>
          <w:b/>
        </w:rPr>
        <w:t>P60  Building Social Health Insurance Institutions — personal website</w:t>
      </w:r>
    </w:p>
    <w:p w14:paraId="632A7590" w14:textId="77777777" w:rsidR="00040F01" w:rsidRDefault="00492A36">
      <w:pPr>
        <w:keepNext/>
        <w:spacing w:after="60"/>
      </w:pPr>
      <w:r>
        <w:rPr>
          <w:sz w:val="20"/>
        </w:rPr>
        <w:t>2026-10-06  |  Self-published professional page or content hub. WordPress date is page metadata, not a verified date for every event described.</w:t>
      </w:r>
    </w:p>
    <w:p w14:paraId="6EED0481" w14:textId="77777777" w:rsidR="00040F01" w:rsidRDefault="00492A36">
      <w:hyperlink r:id="rId233">
        <w:r>
          <w:rPr>
            <w:color w:val="175A78"/>
          </w:rPr>
          <w:t>Open source</w:t>
        </w:r>
      </w:hyperlink>
    </w:p>
    <w:p w14:paraId="15D2B7FC" w14:textId="77777777" w:rsidR="00040F01" w:rsidRDefault="00492A36">
      <w:pPr>
        <w:keepNext/>
        <w:spacing w:before="80" w:after="60"/>
      </w:pPr>
      <w:r>
        <w:rPr>
          <w:b/>
        </w:rPr>
        <w:t>P61  Leadership &amp; Impact — personal website</w:t>
      </w:r>
    </w:p>
    <w:p w14:paraId="4FE90068" w14:textId="77777777" w:rsidR="00040F01" w:rsidRDefault="00492A36">
      <w:pPr>
        <w:keepNext/>
        <w:spacing w:after="60"/>
      </w:pPr>
      <w:r>
        <w:rPr>
          <w:sz w:val="20"/>
        </w:rPr>
        <w:t>2026-10-06  |  Self-published professional page or content hub. WordPress date is page metadata, not a verified date for every event described.</w:t>
      </w:r>
    </w:p>
    <w:p w14:paraId="38C18906" w14:textId="77777777" w:rsidR="00040F01" w:rsidRDefault="00492A36">
      <w:hyperlink r:id="rId234">
        <w:r>
          <w:rPr>
            <w:color w:val="175A78"/>
          </w:rPr>
          <w:t>Open source</w:t>
        </w:r>
      </w:hyperlink>
    </w:p>
    <w:p w14:paraId="73B26C97" w14:textId="77777777" w:rsidR="00040F01" w:rsidRDefault="00492A36">
      <w:pPr>
        <w:keepNext/>
        <w:spacing w:before="80" w:after="60"/>
      </w:pPr>
      <w:r>
        <w:rPr>
          <w:b/>
        </w:rPr>
        <w:t>P62  Research, Evaluation &amp; Evidence Synthesis — personal website</w:t>
      </w:r>
    </w:p>
    <w:p w14:paraId="1EFCCCA7" w14:textId="77777777" w:rsidR="00040F01" w:rsidRDefault="00492A36">
      <w:pPr>
        <w:keepNext/>
        <w:spacing w:after="60"/>
      </w:pPr>
      <w:r>
        <w:rPr>
          <w:sz w:val="20"/>
        </w:rPr>
        <w:t>2026-10-06  |  Self-published professional page or content hub. WordPress date is page metadata, not a verified date for every event described.</w:t>
      </w:r>
    </w:p>
    <w:p w14:paraId="6343D671" w14:textId="77777777" w:rsidR="00040F01" w:rsidRDefault="00492A36">
      <w:hyperlink r:id="rId235">
        <w:r>
          <w:rPr>
            <w:color w:val="175A78"/>
          </w:rPr>
          <w:t>Open source</w:t>
        </w:r>
      </w:hyperlink>
    </w:p>
    <w:p w14:paraId="3C869A99" w14:textId="77777777" w:rsidR="00040F01" w:rsidRDefault="00492A36">
      <w:pPr>
        <w:keepNext/>
        <w:spacing w:before="80" w:after="60"/>
      </w:pPr>
      <w:r>
        <w:rPr>
          <w:b/>
        </w:rPr>
        <w:t>P63  Policy, Guidelines &amp; Institutional Standards — personal website</w:t>
      </w:r>
    </w:p>
    <w:p w14:paraId="12E5A87E" w14:textId="77777777" w:rsidR="00040F01" w:rsidRDefault="00492A36">
      <w:pPr>
        <w:keepNext/>
        <w:spacing w:after="60"/>
      </w:pPr>
      <w:r>
        <w:rPr>
          <w:sz w:val="20"/>
        </w:rPr>
        <w:t>2026-10-06  |  Self-published professional page or content hub. WordPress date is page metadata, not a verified date for every event described.</w:t>
      </w:r>
    </w:p>
    <w:p w14:paraId="0F7D9323" w14:textId="77777777" w:rsidR="00040F01" w:rsidRDefault="00492A36">
      <w:hyperlink r:id="rId236">
        <w:r>
          <w:rPr>
            <w:color w:val="175A78"/>
          </w:rPr>
          <w:t>Open source</w:t>
        </w:r>
      </w:hyperlink>
    </w:p>
    <w:p w14:paraId="5F826361" w14:textId="77777777" w:rsidR="00040F01" w:rsidRDefault="00492A36">
      <w:pPr>
        <w:keepNext/>
        <w:spacing w:before="80" w:after="60"/>
      </w:pPr>
      <w:r>
        <w:rPr>
          <w:b/>
        </w:rPr>
        <w:t>P64  Health Workforce &amp; Professional Development — personal website</w:t>
      </w:r>
    </w:p>
    <w:p w14:paraId="282B6CE3" w14:textId="77777777" w:rsidR="00040F01" w:rsidRDefault="00492A36">
      <w:pPr>
        <w:keepNext/>
        <w:spacing w:after="60"/>
      </w:pPr>
      <w:r>
        <w:rPr>
          <w:sz w:val="20"/>
        </w:rPr>
        <w:t>2026-10-06  |  Self-published professional page or content hub. WordPress date is page metadata, not a verified date for every event described.</w:t>
      </w:r>
    </w:p>
    <w:p w14:paraId="24FD027B" w14:textId="77777777" w:rsidR="00040F01" w:rsidRDefault="00492A36">
      <w:hyperlink r:id="rId237">
        <w:r>
          <w:rPr>
            <w:color w:val="175A78"/>
          </w:rPr>
          <w:t>Open source</w:t>
        </w:r>
      </w:hyperlink>
    </w:p>
    <w:p w14:paraId="1954DD23" w14:textId="77777777" w:rsidR="00040F01" w:rsidRDefault="00492A36">
      <w:pPr>
        <w:keepNext/>
        <w:spacing w:before="80" w:after="60"/>
      </w:pPr>
      <w:r>
        <w:rPr>
          <w:b/>
        </w:rPr>
        <w:t>P65  Emergency Leadership &amp; Health Security — personal website</w:t>
      </w:r>
    </w:p>
    <w:p w14:paraId="67B440E2" w14:textId="77777777" w:rsidR="00040F01" w:rsidRDefault="00492A36">
      <w:pPr>
        <w:keepNext/>
        <w:spacing w:after="60"/>
      </w:pPr>
      <w:r>
        <w:rPr>
          <w:sz w:val="20"/>
        </w:rPr>
        <w:t>2026-10-06  |  Self-published professional page or content hub. WordPress date is page metadata, not a verified date for every event described.</w:t>
      </w:r>
    </w:p>
    <w:p w14:paraId="092A0EA6" w14:textId="77777777" w:rsidR="00040F01" w:rsidRDefault="00492A36">
      <w:hyperlink r:id="rId238">
        <w:r>
          <w:rPr>
            <w:color w:val="175A78"/>
          </w:rPr>
          <w:t>Open source</w:t>
        </w:r>
      </w:hyperlink>
    </w:p>
    <w:p w14:paraId="2D80A30A" w14:textId="77777777" w:rsidR="00040F01" w:rsidRDefault="00492A36">
      <w:pPr>
        <w:keepNext/>
        <w:spacing w:before="80" w:after="60"/>
      </w:pPr>
      <w:r>
        <w:rPr>
          <w:b/>
        </w:rPr>
        <w:t>P66  Hospital Governance, Quality &amp; Patient Safety — personal website</w:t>
      </w:r>
    </w:p>
    <w:p w14:paraId="3AFB7AF8" w14:textId="77777777" w:rsidR="00040F01" w:rsidRDefault="00492A36">
      <w:pPr>
        <w:keepNext/>
        <w:spacing w:after="60"/>
      </w:pPr>
      <w:r>
        <w:rPr>
          <w:sz w:val="20"/>
        </w:rPr>
        <w:t>2026-10-06  |  Self-published professional page or content hub. WordPress date is page metadata, not a verified date for every event described.</w:t>
      </w:r>
    </w:p>
    <w:p w14:paraId="5CA948BE" w14:textId="77777777" w:rsidR="00040F01" w:rsidRDefault="00492A36">
      <w:hyperlink r:id="rId239">
        <w:r>
          <w:rPr>
            <w:color w:val="175A78"/>
          </w:rPr>
          <w:t>Open source</w:t>
        </w:r>
      </w:hyperlink>
    </w:p>
    <w:p w14:paraId="65589A41" w14:textId="77777777" w:rsidR="00040F01" w:rsidRDefault="00492A36">
      <w:pPr>
        <w:keepNext/>
        <w:spacing w:before="80" w:after="60"/>
      </w:pPr>
      <w:r>
        <w:rPr>
          <w:b/>
        </w:rPr>
        <w:t>P67  Health Financing &amp; Universal Health Coverage — personal website</w:t>
      </w:r>
    </w:p>
    <w:p w14:paraId="1322ABC6" w14:textId="77777777" w:rsidR="00040F01" w:rsidRDefault="00492A36">
      <w:pPr>
        <w:keepNext/>
        <w:spacing w:after="60"/>
      </w:pPr>
      <w:r>
        <w:rPr>
          <w:sz w:val="20"/>
        </w:rPr>
        <w:t>2026-10-06  |  Self-published professional page or content hub. WordPress date is page metadata, not a verified date for every event described.</w:t>
      </w:r>
    </w:p>
    <w:p w14:paraId="34247D95" w14:textId="77777777" w:rsidR="00040F01" w:rsidRDefault="00492A36">
      <w:hyperlink r:id="rId240">
        <w:r>
          <w:rPr>
            <w:color w:val="175A78"/>
          </w:rPr>
          <w:t>Open source</w:t>
        </w:r>
      </w:hyperlink>
    </w:p>
    <w:p w14:paraId="76F28EDF" w14:textId="77777777" w:rsidR="00040F01" w:rsidRDefault="00492A36">
      <w:pPr>
        <w:keepNext/>
        <w:spacing w:before="80" w:after="60"/>
      </w:pPr>
      <w:r>
        <w:rPr>
          <w:b/>
        </w:rPr>
        <w:t>P68  The Man Who Never Left — personal website</w:t>
      </w:r>
    </w:p>
    <w:p w14:paraId="526007BB" w14:textId="77777777" w:rsidR="00040F01" w:rsidRDefault="00492A36">
      <w:pPr>
        <w:keepNext/>
        <w:spacing w:after="60"/>
      </w:pPr>
      <w:r>
        <w:rPr>
          <w:sz w:val="20"/>
        </w:rPr>
        <w:t>2026-10-06  |  Self-published professional page or content hub. WordPress date is page metadata, not a verified date for every event described.</w:t>
      </w:r>
    </w:p>
    <w:p w14:paraId="49158167" w14:textId="77777777" w:rsidR="00040F01" w:rsidRDefault="00492A36">
      <w:hyperlink r:id="rId241">
        <w:r>
          <w:rPr>
            <w:color w:val="175A78"/>
          </w:rPr>
          <w:t>Open source</w:t>
        </w:r>
      </w:hyperlink>
    </w:p>
    <w:p w14:paraId="5912188B" w14:textId="77777777" w:rsidR="00040F01" w:rsidRDefault="00492A36">
      <w:pPr>
        <w:keepNext/>
        <w:spacing w:before="80" w:after="60"/>
      </w:pPr>
      <w:r>
        <w:rPr>
          <w:b/>
        </w:rPr>
        <w:t>P69  Leadership Philosophy — personal website</w:t>
      </w:r>
    </w:p>
    <w:p w14:paraId="26447B51" w14:textId="77777777" w:rsidR="00040F01" w:rsidRDefault="00492A36">
      <w:pPr>
        <w:keepNext/>
        <w:spacing w:after="60"/>
      </w:pPr>
      <w:r>
        <w:rPr>
          <w:sz w:val="20"/>
        </w:rPr>
        <w:t>2026-10-06  |  Self-published professional page or content hub. WordPress date is page metadata, not a verified date for every event described.</w:t>
      </w:r>
    </w:p>
    <w:p w14:paraId="2C3B9EB4" w14:textId="77777777" w:rsidR="00040F01" w:rsidRDefault="00492A36">
      <w:hyperlink r:id="rId242">
        <w:r>
          <w:rPr>
            <w:color w:val="175A78"/>
          </w:rPr>
          <w:t>Open source</w:t>
        </w:r>
      </w:hyperlink>
    </w:p>
    <w:p w14:paraId="064435C9" w14:textId="77777777" w:rsidR="00040F01" w:rsidRDefault="00492A36">
      <w:pPr>
        <w:keepNext/>
        <w:spacing w:before="80" w:after="60"/>
      </w:pPr>
      <w:r>
        <w:rPr>
          <w:b/>
        </w:rPr>
        <w:t>P70  Photographs &amp; Events — personal website</w:t>
      </w:r>
    </w:p>
    <w:p w14:paraId="01D0240F" w14:textId="77777777" w:rsidR="00040F01" w:rsidRDefault="00492A36">
      <w:pPr>
        <w:keepNext/>
        <w:spacing w:after="60"/>
      </w:pPr>
      <w:r>
        <w:rPr>
          <w:sz w:val="20"/>
        </w:rPr>
        <w:t>2026-10-06  |  Self-published professional page or content hub. WordPress date is page metadata, not a verified date for every event described.</w:t>
      </w:r>
    </w:p>
    <w:p w14:paraId="2904043B" w14:textId="77777777" w:rsidR="00040F01" w:rsidRDefault="00492A36">
      <w:hyperlink r:id="rId243">
        <w:r>
          <w:rPr>
            <w:color w:val="175A78"/>
          </w:rPr>
          <w:t>Open source</w:t>
        </w:r>
      </w:hyperlink>
    </w:p>
    <w:p w14:paraId="1A23086E" w14:textId="77777777" w:rsidR="00040F01" w:rsidRDefault="00492A36">
      <w:pPr>
        <w:keepNext/>
        <w:spacing w:before="80" w:after="60"/>
      </w:pPr>
      <w:r>
        <w:rPr>
          <w:b/>
        </w:rPr>
        <w:t>P71  Research Publication Records — personal website</w:t>
      </w:r>
    </w:p>
    <w:p w14:paraId="4D0728E5" w14:textId="77777777" w:rsidR="00040F01" w:rsidRDefault="00492A36">
      <w:pPr>
        <w:keepNext/>
        <w:spacing w:after="60"/>
      </w:pPr>
      <w:r>
        <w:rPr>
          <w:sz w:val="20"/>
        </w:rPr>
        <w:t>2026-10-06  |  Self-published professional page or content hub. WordPress date is page metadata, not a verified date for every event described.</w:t>
      </w:r>
    </w:p>
    <w:p w14:paraId="26B8B73A" w14:textId="77777777" w:rsidR="00040F01" w:rsidRDefault="00492A36">
      <w:hyperlink r:id="rId244">
        <w:r>
          <w:rPr>
            <w:color w:val="175A78"/>
          </w:rPr>
          <w:t>Open source</w:t>
        </w:r>
      </w:hyperlink>
    </w:p>
    <w:p w14:paraId="175A0457" w14:textId="77777777" w:rsidR="00040F01" w:rsidRDefault="00492A36">
      <w:r>
        <w:br w:type="page"/>
      </w:r>
    </w:p>
    <w:p w14:paraId="73653008" w14:textId="77777777" w:rsidR="00040F01" w:rsidRDefault="00492A36">
      <w:pPr>
        <w:keepNext/>
        <w:spacing w:before="80" w:after="60"/>
      </w:pPr>
      <w:r>
        <w:rPr>
          <w:b/>
        </w:rPr>
        <w:t>P72  Achievements — personal website</w:t>
      </w:r>
    </w:p>
    <w:p w14:paraId="0BF0861D" w14:textId="77777777" w:rsidR="00040F01" w:rsidRDefault="00492A36">
      <w:pPr>
        <w:keepNext/>
        <w:spacing w:after="60"/>
      </w:pPr>
      <w:r>
        <w:rPr>
          <w:sz w:val="20"/>
        </w:rPr>
        <w:t>2026-08-23  |  Self-published professional page or content hub. WordPress date is page metadata, not a verified date for every event described.</w:t>
      </w:r>
    </w:p>
    <w:p w14:paraId="2555CCE5" w14:textId="77777777" w:rsidR="00040F01" w:rsidRDefault="00492A36">
      <w:hyperlink r:id="rId245">
        <w:r>
          <w:rPr>
            <w:color w:val="175A78"/>
          </w:rPr>
          <w:t>Open source</w:t>
        </w:r>
      </w:hyperlink>
    </w:p>
    <w:p w14:paraId="67A2362B" w14:textId="77777777" w:rsidR="00040F01" w:rsidRDefault="00492A36">
      <w:pPr>
        <w:keepNext/>
        <w:spacing w:before="80" w:after="60"/>
      </w:pPr>
      <w:r>
        <w:rPr>
          <w:b/>
        </w:rPr>
        <w:t>P73  Media — personal website</w:t>
      </w:r>
    </w:p>
    <w:p w14:paraId="55050CAD" w14:textId="77777777" w:rsidR="00040F01" w:rsidRDefault="00492A36">
      <w:pPr>
        <w:keepNext/>
        <w:spacing w:after="60"/>
      </w:pPr>
      <w:r>
        <w:rPr>
          <w:sz w:val="20"/>
        </w:rPr>
        <w:t>2026-08-23  |  Self-published professional page or content hub. WordPress date is page metadata, not a verified date for every event described.</w:t>
      </w:r>
    </w:p>
    <w:p w14:paraId="3DC428C2" w14:textId="77777777" w:rsidR="00040F01" w:rsidRDefault="00492A36">
      <w:hyperlink r:id="rId246">
        <w:r>
          <w:rPr>
            <w:color w:val="175A78"/>
          </w:rPr>
          <w:t>Open source</w:t>
        </w:r>
      </w:hyperlink>
    </w:p>
    <w:p w14:paraId="295C6123" w14:textId="77777777" w:rsidR="00040F01" w:rsidRDefault="00492A36">
      <w:pPr>
        <w:keepNext/>
        <w:spacing w:before="80" w:after="60"/>
      </w:pPr>
      <w:r>
        <w:rPr>
          <w:b/>
        </w:rPr>
        <w:t>P74  Articles — personal website</w:t>
      </w:r>
    </w:p>
    <w:p w14:paraId="58073A34" w14:textId="77777777" w:rsidR="00040F01" w:rsidRDefault="00492A36">
      <w:pPr>
        <w:keepNext/>
        <w:spacing w:after="60"/>
      </w:pPr>
      <w:r>
        <w:rPr>
          <w:sz w:val="20"/>
        </w:rPr>
        <w:t>2026-08-23  |  Self-published professional page or content hub. WordPress date is page metadata, not a verified date for every event described.</w:t>
      </w:r>
    </w:p>
    <w:p w14:paraId="2850C977" w14:textId="77777777" w:rsidR="00040F01" w:rsidRDefault="00492A36">
      <w:hyperlink r:id="rId247">
        <w:r>
          <w:rPr>
            <w:color w:val="175A78"/>
          </w:rPr>
          <w:t>Open source</w:t>
        </w:r>
      </w:hyperlink>
    </w:p>
    <w:p w14:paraId="3E4D9546" w14:textId="77777777" w:rsidR="00040F01" w:rsidRDefault="00492A36">
      <w:pPr>
        <w:keepNext/>
        <w:spacing w:before="80" w:after="60"/>
      </w:pPr>
      <w:r>
        <w:rPr>
          <w:b/>
        </w:rPr>
        <w:t>P75  Publications — personal website</w:t>
      </w:r>
    </w:p>
    <w:p w14:paraId="41647D5D" w14:textId="77777777" w:rsidR="00040F01" w:rsidRDefault="00492A36">
      <w:pPr>
        <w:keepNext/>
        <w:spacing w:after="60"/>
      </w:pPr>
      <w:r>
        <w:rPr>
          <w:sz w:val="20"/>
        </w:rPr>
        <w:t>2026-08-23  |  Self-published professional page or content hub. WordPress date is page metadata, not a verified date for every event described.</w:t>
      </w:r>
    </w:p>
    <w:p w14:paraId="472A37F2" w14:textId="77777777" w:rsidR="00040F01" w:rsidRDefault="00492A36">
      <w:hyperlink r:id="rId248">
        <w:r>
          <w:rPr>
            <w:color w:val="175A78"/>
          </w:rPr>
          <w:t>Open source</w:t>
        </w:r>
      </w:hyperlink>
    </w:p>
    <w:p w14:paraId="39B10C9E" w14:textId="77777777" w:rsidR="00040F01" w:rsidRDefault="00492A36">
      <w:pPr>
        <w:keepNext/>
        <w:spacing w:before="80" w:after="60"/>
      </w:pPr>
      <w:r>
        <w:rPr>
          <w:b/>
        </w:rPr>
        <w:t>P76  Expertise — personal website</w:t>
      </w:r>
    </w:p>
    <w:p w14:paraId="583DCABC" w14:textId="77777777" w:rsidR="00040F01" w:rsidRDefault="00492A36">
      <w:pPr>
        <w:keepNext/>
        <w:spacing w:after="60"/>
      </w:pPr>
      <w:r>
        <w:rPr>
          <w:sz w:val="20"/>
        </w:rPr>
        <w:t>2026-08-23  |  Self-published professional page or content hub. WordPress date is page metadata, not a verified date for every event described.</w:t>
      </w:r>
    </w:p>
    <w:p w14:paraId="5597771F" w14:textId="77777777" w:rsidR="00040F01" w:rsidRDefault="00492A36">
      <w:hyperlink r:id="rId249">
        <w:r>
          <w:rPr>
            <w:color w:val="175A78"/>
          </w:rPr>
          <w:t>Open source</w:t>
        </w:r>
      </w:hyperlink>
    </w:p>
    <w:p w14:paraId="2EC1BE86" w14:textId="77777777" w:rsidR="00040F01" w:rsidRDefault="00492A36">
      <w:pPr>
        <w:keepNext/>
        <w:spacing w:before="80" w:after="60"/>
      </w:pPr>
      <w:r>
        <w:rPr>
          <w:b/>
        </w:rPr>
        <w:t>P77  About — personal website</w:t>
      </w:r>
    </w:p>
    <w:p w14:paraId="59B6E17C" w14:textId="77777777" w:rsidR="00040F01" w:rsidRDefault="00492A36">
      <w:pPr>
        <w:keepNext/>
        <w:spacing w:after="60"/>
      </w:pPr>
      <w:r>
        <w:rPr>
          <w:sz w:val="20"/>
        </w:rPr>
        <w:t>2026-08-23  |  Self-published professional page or content hub. WordPress date is page metadata, not a verified date for every event described.</w:t>
      </w:r>
    </w:p>
    <w:p w14:paraId="57F544D6" w14:textId="77777777" w:rsidR="00040F01" w:rsidRDefault="00492A36">
      <w:hyperlink r:id="rId250">
        <w:r>
          <w:rPr>
            <w:color w:val="175A78"/>
          </w:rPr>
          <w:t>Open source</w:t>
        </w:r>
      </w:hyperlink>
    </w:p>
    <w:p w14:paraId="775EAA11" w14:textId="090D8854" w:rsidR="00040F01" w:rsidRDefault="00492A36">
      <w:pPr>
        <w:pStyle w:val="Heading1"/>
        <w:pageBreakBefore/>
      </w:pPr>
      <w:r>
        <w:t>06 Associated institutional resources</w:t>
      </w:r>
    </w:p>
    <w:p w14:paraId="05AF56B3" w14:textId="77777777" w:rsidR="00040F01" w:rsidRDefault="00492A36">
      <w:r>
        <w:t>Institutional materials located on RIYAADA’s public site. Individual authorship has not been established; these are retained as associated resources, not added to the authored-publication count.</w:t>
      </w:r>
    </w:p>
    <w:p w14:paraId="329DC28E" w14:textId="77777777" w:rsidR="00040F01" w:rsidRDefault="00492A36">
      <w:pPr>
        <w:keepNext/>
        <w:spacing w:before="120" w:after="60"/>
      </w:pPr>
      <w:r>
        <w:rPr>
          <w:b/>
        </w:rPr>
        <w:t>I01  RIYAADA FACULTY, TRAINERS &amp; INSTITUTIONAL LEADERSHIP PROFILES</w:t>
      </w:r>
    </w:p>
    <w:p w14:paraId="693D9DE5" w14:textId="77777777" w:rsidR="00040F01" w:rsidRDefault="00492A36">
      <w:pPr>
        <w:keepNext/>
        <w:spacing w:after="60"/>
      </w:pPr>
      <w:r>
        <w:rPr>
          <w:sz w:val="20"/>
        </w:rPr>
        <w:t>2026-09-28  |  Institutional resource on RIYAADA’s associated website. Public presence verified; individual authorship is not established by site ownership or an administrator byline.</w:t>
      </w:r>
    </w:p>
    <w:p w14:paraId="7BDF5200" w14:textId="77777777" w:rsidR="00040F01" w:rsidRDefault="00492A36">
      <w:hyperlink r:id="rId251">
        <w:r>
          <w:rPr>
            <w:color w:val="175A78"/>
          </w:rPr>
          <w:t>Open source</w:t>
        </w:r>
      </w:hyperlink>
    </w:p>
    <w:p w14:paraId="4159B4D9" w14:textId="77777777" w:rsidR="00040F01" w:rsidRDefault="00492A36">
      <w:pPr>
        <w:keepNext/>
        <w:spacing w:before="120" w:after="60"/>
      </w:pPr>
      <w:r>
        <w:rPr>
          <w:b/>
        </w:rPr>
        <w:t>I02  RIYAADA ONLINE &amp; BLENDED LEARNING POLICY: Building Accessible and Resilient Digital Learning</w:t>
      </w:r>
    </w:p>
    <w:p w14:paraId="297BC36C" w14:textId="77777777" w:rsidR="00040F01" w:rsidRDefault="00492A36">
      <w:pPr>
        <w:keepNext/>
        <w:spacing w:after="60"/>
      </w:pPr>
      <w:r>
        <w:rPr>
          <w:sz w:val="20"/>
        </w:rPr>
        <w:t>2026-09-28  |  Institutional resource on RIYAADA’s associated website. Public presence verified; individual authorship is not established by site ownership or an administrator byline.</w:t>
      </w:r>
    </w:p>
    <w:p w14:paraId="0C04D0DE" w14:textId="77777777" w:rsidR="00040F01" w:rsidRDefault="00492A36">
      <w:hyperlink r:id="rId252">
        <w:r>
          <w:rPr>
            <w:color w:val="175A78"/>
          </w:rPr>
          <w:t>Open source</w:t>
        </w:r>
      </w:hyperlink>
    </w:p>
    <w:p w14:paraId="2FCD84D4" w14:textId="77777777" w:rsidR="00040F01" w:rsidRDefault="00492A36">
      <w:pPr>
        <w:keepNext/>
        <w:spacing w:before="120" w:after="60"/>
      </w:pPr>
      <w:r>
        <w:rPr>
          <w:b/>
        </w:rPr>
        <w:t>I03  RIYAADA SAMPLE CERTIFICATES &amp; CERTIFICATE-VERIFICATION ARRANGEMENTS: Strengthening Credential Integrity and Trust</w:t>
      </w:r>
    </w:p>
    <w:p w14:paraId="7A6D8AFC" w14:textId="77777777" w:rsidR="00040F01" w:rsidRDefault="00492A36">
      <w:pPr>
        <w:keepNext/>
        <w:spacing w:after="60"/>
      </w:pPr>
      <w:r>
        <w:rPr>
          <w:sz w:val="20"/>
        </w:rPr>
        <w:t>2026-09-24  |  Institutional resource on RIYAADA’s associated website. Public presence verified; individual authorship is not established by site ownership or an administrator byline.</w:t>
      </w:r>
    </w:p>
    <w:p w14:paraId="5779DACF" w14:textId="77777777" w:rsidR="00040F01" w:rsidRDefault="00492A36">
      <w:hyperlink r:id="rId253">
        <w:r>
          <w:rPr>
            <w:color w:val="175A78"/>
          </w:rPr>
          <w:t>Open source</w:t>
        </w:r>
      </w:hyperlink>
    </w:p>
    <w:p w14:paraId="78CC1B60" w14:textId="77777777" w:rsidR="00040F01" w:rsidRDefault="00492A36">
      <w:pPr>
        <w:keepNext/>
        <w:spacing w:before="120" w:after="60"/>
      </w:pPr>
      <w:r>
        <w:rPr>
          <w:b/>
        </w:rPr>
        <w:t>I04  Riyaada Website &amp; Digital-learning Platform Details: A Blueprint For An Integrated Digital Ecosystem</w:t>
      </w:r>
    </w:p>
    <w:p w14:paraId="49432C75" w14:textId="77777777" w:rsidR="00040F01" w:rsidRDefault="00492A36">
      <w:pPr>
        <w:keepNext/>
        <w:spacing w:after="60"/>
      </w:pPr>
      <w:r>
        <w:rPr>
          <w:sz w:val="20"/>
        </w:rPr>
        <w:t>2026-09-24  |  Institutional resource on RIYAADA’s associated website. Public presence verified; individual authorship is not established by site ownership or an administrator byline.</w:t>
      </w:r>
    </w:p>
    <w:p w14:paraId="310D64A3" w14:textId="77777777" w:rsidR="00040F01" w:rsidRDefault="00492A36">
      <w:hyperlink r:id="rId254">
        <w:r>
          <w:rPr>
            <w:color w:val="175A78"/>
          </w:rPr>
          <w:t>Open source</w:t>
        </w:r>
      </w:hyperlink>
    </w:p>
    <w:p w14:paraId="69DA9CC6" w14:textId="77777777" w:rsidR="00040F01" w:rsidRDefault="00492A36">
      <w:pPr>
        <w:keepNext/>
        <w:spacing w:before="120" w:after="60"/>
      </w:pPr>
      <w:r>
        <w:rPr>
          <w:b/>
        </w:rPr>
        <w:t>I05  Riyaada Research &amp; Publication Portfolio: Building Evidence For Policy And Institutional Transformation</w:t>
      </w:r>
    </w:p>
    <w:p w14:paraId="02BD56CA" w14:textId="77777777" w:rsidR="00040F01" w:rsidRDefault="00492A36">
      <w:pPr>
        <w:keepNext/>
        <w:spacing w:after="60"/>
      </w:pPr>
      <w:r>
        <w:rPr>
          <w:sz w:val="20"/>
        </w:rPr>
        <w:t>2026-09-24  |  Institutional resource on RIYAADA’s associated website. Public presence verified; individual authorship is not established by site ownership or an administrator byline.</w:t>
      </w:r>
    </w:p>
    <w:p w14:paraId="34B7245A" w14:textId="77777777" w:rsidR="00040F01" w:rsidRDefault="00492A36">
      <w:hyperlink r:id="rId255">
        <w:r>
          <w:rPr>
            <w:color w:val="175A78"/>
          </w:rPr>
          <w:t>Open source</w:t>
        </w:r>
      </w:hyperlink>
    </w:p>
    <w:p w14:paraId="70FA6789" w14:textId="77777777" w:rsidR="00040F01" w:rsidRDefault="00492A36">
      <w:pPr>
        <w:keepNext/>
        <w:spacing w:before="120" w:after="60"/>
      </w:pPr>
      <w:r>
        <w:rPr>
          <w:b/>
        </w:rPr>
        <w:t>I06  Riyaada Institutional Policies, Procedures &amp; Operational Manual: A Framework For Integrated Governance And Institutional Control</w:t>
      </w:r>
    </w:p>
    <w:p w14:paraId="5162F79E" w14:textId="77777777" w:rsidR="00040F01" w:rsidRDefault="00492A36">
      <w:pPr>
        <w:keepNext/>
        <w:spacing w:after="60"/>
      </w:pPr>
      <w:r>
        <w:rPr>
          <w:sz w:val="20"/>
        </w:rPr>
        <w:t>2026-09-23  |  Institutional resource on RIYAADA’s associated website. Public presence verified; individual authorship is not established by site ownership or an administrator byline.</w:t>
      </w:r>
    </w:p>
    <w:p w14:paraId="5CC2442F" w14:textId="77777777" w:rsidR="00040F01" w:rsidRDefault="00492A36">
      <w:hyperlink r:id="rId256">
        <w:r>
          <w:rPr>
            <w:color w:val="175A78"/>
          </w:rPr>
          <w:t>Open source</w:t>
        </w:r>
      </w:hyperlink>
    </w:p>
    <w:p w14:paraId="23BEAC79" w14:textId="77777777" w:rsidR="00040F01" w:rsidRDefault="00492A36">
      <w:pPr>
        <w:keepNext/>
        <w:spacing w:before="120" w:after="60"/>
      </w:pPr>
      <w:r>
        <w:rPr>
          <w:b/>
        </w:rPr>
        <w:t>I07  Comprehensive Operations And Management Manual: The Center For Trauma, Emergency, And Critical Care</w:t>
      </w:r>
    </w:p>
    <w:p w14:paraId="64EB58EC" w14:textId="77777777" w:rsidR="00040F01" w:rsidRDefault="00492A36">
      <w:pPr>
        <w:keepNext/>
        <w:spacing w:after="60"/>
      </w:pPr>
      <w:r>
        <w:rPr>
          <w:sz w:val="20"/>
        </w:rPr>
        <w:t>2026-09-23  |  Institutional resource on RIYAADA’s associated website. Public presence verified; individual authorship is not established by site ownership or an administrator byline.</w:t>
      </w:r>
    </w:p>
    <w:p w14:paraId="33BF5411" w14:textId="77777777" w:rsidR="00040F01" w:rsidRDefault="00492A36">
      <w:hyperlink r:id="rId257">
        <w:r>
          <w:rPr>
            <w:color w:val="175A78"/>
          </w:rPr>
          <w:t>Open source</w:t>
        </w:r>
      </w:hyperlink>
    </w:p>
    <w:p w14:paraId="4E08CD18" w14:textId="77777777" w:rsidR="00040F01" w:rsidRDefault="00492A36">
      <w:pPr>
        <w:keepNext/>
        <w:spacing w:before="120" w:after="60"/>
      </w:pPr>
      <w:r>
        <w:rPr>
          <w:b/>
        </w:rPr>
        <w:t>I08  DEMARTINO PUBLIC HOSPITAL: A Beacon of Healthcare Excellence</w:t>
      </w:r>
    </w:p>
    <w:p w14:paraId="42B0DF0B" w14:textId="77777777" w:rsidR="00040F01" w:rsidRDefault="00492A36">
      <w:pPr>
        <w:keepNext/>
        <w:spacing w:after="60"/>
      </w:pPr>
      <w:r>
        <w:rPr>
          <w:sz w:val="20"/>
        </w:rPr>
        <w:t>2026-09-22  |  Institutional resource on RIYAADA’s associated website. Public presence verified; individual authorship is not established by site ownership or an administrator byline.</w:t>
      </w:r>
    </w:p>
    <w:p w14:paraId="16699439" w14:textId="77777777" w:rsidR="00040F01" w:rsidRDefault="00492A36">
      <w:hyperlink r:id="rId258">
        <w:r>
          <w:rPr>
            <w:color w:val="175A78"/>
          </w:rPr>
          <w:t>Open source</w:t>
        </w:r>
      </w:hyperlink>
    </w:p>
    <w:p w14:paraId="6B67FF68" w14:textId="77777777" w:rsidR="00040F01" w:rsidRDefault="00492A36">
      <w:pPr>
        <w:keepNext/>
        <w:spacing w:before="120" w:after="60"/>
      </w:pPr>
      <w:r>
        <w:rPr>
          <w:b/>
        </w:rPr>
        <w:t>I09  Academic and Professional Programme Catalogue</w:t>
      </w:r>
    </w:p>
    <w:p w14:paraId="0FBE3B89" w14:textId="77777777" w:rsidR="00040F01" w:rsidRDefault="00492A36">
      <w:pPr>
        <w:keepNext/>
        <w:spacing w:after="60"/>
      </w:pPr>
      <w:r>
        <w:rPr>
          <w:sz w:val="20"/>
        </w:rPr>
        <w:t>2026-09-15  |  Institutional resource on RIYAADA’s associated website. Public presence verified; individual authorship is not established by site ownership or an administrator byline.</w:t>
      </w:r>
    </w:p>
    <w:p w14:paraId="0FFEA8E6" w14:textId="77777777" w:rsidR="00040F01" w:rsidRDefault="00492A36">
      <w:hyperlink r:id="rId259">
        <w:r>
          <w:rPr>
            <w:color w:val="175A78"/>
          </w:rPr>
          <w:t>Open source</w:t>
        </w:r>
      </w:hyperlink>
    </w:p>
    <w:p w14:paraId="37A246E3" w14:textId="77777777" w:rsidR="00040F01" w:rsidRDefault="00492A36">
      <w:pPr>
        <w:keepNext/>
        <w:spacing w:before="120" w:after="60"/>
      </w:pPr>
      <w:r>
        <w:rPr>
          <w:b/>
        </w:rPr>
        <w:t>I10  Riyaada Institutional Document Suite — Master Index &amp; Adoption Guide</w:t>
      </w:r>
    </w:p>
    <w:p w14:paraId="6786494E" w14:textId="77777777" w:rsidR="00040F01" w:rsidRDefault="00492A36">
      <w:pPr>
        <w:keepNext/>
        <w:spacing w:after="60"/>
      </w:pPr>
      <w:r>
        <w:rPr>
          <w:sz w:val="20"/>
        </w:rPr>
        <w:t>2026-09-15  |  Institutional resource on RIYAADA’s associated website. Public presence verified; individual authorship is not established by site ownership or an administrator byline.</w:t>
      </w:r>
    </w:p>
    <w:p w14:paraId="25B7232F" w14:textId="77777777" w:rsidR="00040F01" w:rsidRDefault="00492A36">
      <w:hyperlink r:id="rId260">
        <w:r>
          <w:rPr>
            <w:color w:val="175A78"/>
          </w:rPr>
          <w:t>Open source</w:t>
        </w:r>
      </w:hyperlink>
    </w:p>
    <w:p w14:paraId="7DCD807C" w14:textId="77777777" w:rsidR="00040F01" w:rsidRDefault="00492A36">
      <w:pPr>
        <w:keepNext/>
        <w:spacing w:before="120" w:after="60"/>
      </w:pPr>
      <w:r>
        <w:rPr>
          <w:b/>
        </w:rPr>
        <w:t>I11  Academic &amp; Professional Programme Catalogue 2026–2027</w:t>
      </w:r>
    </w:p>
    <w:p w14:paraId="4FC72103" w14:textId="77777777" w:rsidR="00040F01" w:rsidRDefault="00492A36">
      <w:pPr>
        <w:keepNext/>
        <w:spacing w:after="60"/>
      </w:pPr>
      <w:r>
        <w:rPr>
          <w:sz w:val="20"/>
        </w:rPr>
        <w:t>2026-09-15  |  Institutional resource on RIYAADA’s associated website. Public presence verified; individual authorship is not established by site ownership or an administrator byline.</w:t>
      </w:r>
    </w:p>
    <w:p w14:paraId="254A559F" w14:textId="77777777" w:rsidR="00040F01" w:rsidRDefault="00492A36">
      <w:hyperlink r:id="rId261">
        <w:r>
          <w:rPr>
            <w:color w:val="175A78"/>
          </w:rPr>
          <w:t>Open source</w:t>
        </w:r>
      </w:hyperlink>
    </w:p>
    <w:p w14:paraId="2FC36CF6" w14:textId="77777777" w:rsidR="00040F01" w:rsidRDefault="00492A36">
      <w:pPr>
        <w:keepNext/>
        <w:spacing w:before="120" w:after="60"/>
      </w:pPr>
      <w:r>
        <w:rPr>
          <w:b/>
        </w:rPr>
        <w:t>I12  Course Curricula, Syllabi &amp; Learning Outcomes Framework</w:t>
      </w:r>
    </w:p>
    <w:p w14:paraId="7737D5AE" w14:textId="77777777" w:rsidR="00040F01" w:rsidRDefault="00492A36">
      <w:pPr>
        <w:keepNext/>
        <w:spacing w:after="60"/>
      </w:pPr>
      <w:r>
        <w:rPr>
          <w:sz w:val="20"/>
        </w:rPr>
        <w:t>2026-09-15  |  Institutional resource on RIYAADA’s associated website. Public presence verified; individual authorship is not established by site ownership or an administrator byline.</w:t>
      </w:r>
    </w:p>
    <w:p w14:paraId="340D7CE2" w14:textId="77777777" w:rsidR="00040F01" w:rsidRDefault="00492A36">
      <w:hyperlink r:id="rId262">
        <w:r>
          <w:rPr>
            <w:color w:val="175A78"/>
          </w:rPr>
          <w:t>Open source</w:t>
        </w:r>
      </w:hyperlink>
    </w:p>
    <w:p w14:paraId="047CA992" w14:textId="77777777" w:rsidR="00040F01" w:rsidRDefault="00492A36">
      <w:pPr>
        <w:keepNext/>
        <w:spacing w:before="120" w:after="60"/>
      </w:pPr>
      <w:r>
        <w:rPr>
          <w:b/>
        </w:rPr>
        <w:t>I13  Assurance Policy Framework</w:t>
      </w:r>
    </w:p>
    <w:p w14:paraId="3D81F3BF" w14:textId="77777777" w:rsidR="00040F01" w:rsidRDefault="00492A36">
      <w:pPr>
        <w:keepNext/>
        <w:spacing w:after="60"/>
      </w:pPr>
      <w:r>
        <w:rPr>
          <w:sz w:val="20"/>
        </w:rPr>
        <w:t>2026-09-15  |  Institutional resource on RIYAADA’s associated website. Public presence verified; individual authorship is not established by site ownership or an administrator byline.</w:t>
      </w:r>
    </w:p>
    <w:p w14:paraId="3D70B895" w14:textId="77777777" w:rsidR="00040F01" w:rsidRDefault="00492A36">
      <w:hyperlink r:id="rId263">
        <w:r>
          <w:rPr>
            <w:color w:val="175A78"/>
          </w:rPr>
          <w:t>Open source</w:t>
        </w:r>
      </w:hyperlink>
    </w:p>
    <w:p w14:paraId="28660FEF" w14:textId="77777777" w:rsidR="00040F01" w:rsidRDefault="00492A36">
      <w:pPr>
        <w:keepNext/>
        <w:spacing w:before="120" w:after="60"/>
      </w:pPr>
      <w:r>
        <w:rPr>
          <w:b/>
        </w:rPr>
        <w:t>I14  Assessment Certification and Verification Procedures</w:t>
      </w:r>
    </w:p>
    <w:p w14:paraId="6E7E1B90" w14:textId="77777777" w:rsidR="00040F01" w:rsidRDefault="00492A36">
      <w:pPr>
        <w:keepNext/>
        <w:spacing w:after="60"/>
      </w:pPr>
      <w:r>
        <w:rPr>
          <w:sz w:val="20"/>
        </w:rPr>
        <w:t>2026-09-15  |  Institutional resource on RIYAADA’s associated website. Public presence verified; individual authorship is not established by site ownership or an administrator byline.</w:t>
      </w:r>
    </w:p>
    <w:p w14:paraId="76F4580C" w14:textId="77777777" w:rsidR="00040F01" w:rsidRDefault="00492A36">
      <w:hyperlink r:id="rId264">
        <w:r>
          <w:rPr>
            <w:color w:val="175A78"/>
          </w:rPr>
          <w:t>Open source</w:t>
        </w:r>
      </w:hyperlink>
    </w:p>
    <w:p w14:paraId="16E2C46A" w14:textId="77777777" w:rsidR="00040F01" w:rsidRDefault="00492A36">
      <w:pPr>
        <w:keepNext/>
        <w:spacing w:before="120" w:after="60"/>
      </w:pPr>
      <w:r>
        <w:rPr>
          <w:b/>
        </w:rPr>
        <w:t>I15  Academic Integrity</w:t>
      </w:r>
    </w:p>
    <w:p w14:paraId="1495DA52" w14:textId="77777777" w:rsidR="00040F01" w:rsidRDefault="00492A36">
      <w:pPr>
        <w:keepNext/>
        <w:spacing w:after="60"/>
      </w:pPr>
      <w:r>
        <w:rPr>
          <w:sz w:val="20"/>
        </w:rPr>
        <w:t>2026-09-15  |  Institutional resource on RIYAADA’s associated website. Public presence verified; individual authorship is not established by site ownership or an administrator byline.</w:t>
      </w:r>
    </w:p>
    <w:p w14:paraId="53E53E06" w14:textId="77777777" w:rsidR="00040F01" w:rsidRDefault="00492A36">
      <w:hyperlink r:id="rId265">
        <w:r>
          <w:rPr>
            <w:color w:val="175A78"/>
          </w:rPr>
          <w:t>Open source</w:t>
        </w:r>
      </w:hyperlink>
    </w:p>
    <w:p w14:paraId="1C895BE6" w14:textId="77777777" w:rsidR="00040F01" w:rsidRDefault="00492A36">
      <w:pPr>
        <w:keepNext/>
        <w:spacing w:before="120" w:after="60"/>
      </w:pPr>
      <w:r>
        <w:rPr>
          <w:b/>
        </w:rPr>
        <w:t>I16  Admissions &amp; Learner Eligibility Policy</w:t>
      </w:r>
    </w:p>
    <w:p w14:paraId="5C9759B9" w14:textId="77777777" w:rsidR="00040F01" w:rsidRDefault="00492A36">
      <w:pPr>
        <w:keepNext/>
        <w:spacing w:after="60"/>
      </w:pPr>
      <w:r>
        <w:rPr>
          <w:sz w:val="20"/>
        </w:rPr>
        <w:t>2026-09-14  |  Institutional resource on RIYAADA’s associated website. Public presence verified; individual authorship is not established by site ownership or an administrator byline.</w:t>
      </w:r>
    </w:p>
    <w:p w14:paraId="3559FFE0" w14:textId="77777777" w:rsidR="00040F01" w:rsidRDefault="00492A36">
      <w:hyperlink r:id="rId266">
        <w:r>
          <w:rPr>
            <w:color w:val="175A78"/>
          </w:rPr>
          <w:t>Open source</w:t>
        </w:r>
      </w:hyperlink>
    </w:p>
    <w:p w14:paraId="58B9FCE8" w14:textId="77777777" w:rsidR="00040F01" w:rsidRDefault="00492A36">
      <w:pPr>
        <w:keepNext/>
        <w:spacing w:before="120" w:after="60"/>
      </w:pPr>
      <w:r>
        <w:rPr>
          <w:b/>
        </w:rPr>
        <w:t>I17  RIYAADA EXECUTIVE PROGRAMME HANDBOOK: Curricula, Learning Materials and Academic Standards</w:t>
      </w:r>
    </w:p>
    <w:p w14:paraId="72282386" w14:textId="77777777" w:rsidR="00040F01" w:rsidRDefault="00492A36">
      <w:pPr>
        <w:keepNext/>
        <w:spacing w:after="60"/>
      </w:pPr>
      <w:r>
        <w:rPr>
          <w:sz w:val="20"/>
        </w:rPr>
        <w:t>2026-09-10  |  Institutional resource on RIYAADA’s associated website. Public presence verified; individual authorship is not established by site ownership or an administrator byline.</w:t>
      </w:r>
    </w:p>
    <w:p w14:paraId="08E7C451" w14:textId="77777777" w:rsidR="00040F01" w:rsidRDefault="00492A36">
      <w:hyperlink r:id="rId267">
        <w:r>
          <w:rPr>
            <w:color w:val="175A78"/>
          </w:rPr>
          <w:t>Open source</w:t>
        </w:r>
      </w:hyperlink>
    </w:p>
    <w:p w14:paraId="3E631BD6" w14:textId="77777777" w:rsidR="00040F01" w:rsidRDefault="00492A36">
      <w:pPr>
        <w:pStyle w:val="Heading1"/>
        <w:pageBreakBefore/>
      </w:pPr>
      <w:r>
        <w:t>07 / Newsletter links to verify</w:t>
      </w:r>
    </w:p>
    <w:p w14:paraId="7B2FB45C" w14:textId="77777777" w:rsidR="00040F01" w:rsidRDefault="00492A36">
      <w:r>
        <w:t>Seven public-facing URLs recovered from publication notifications. Direct public-page retrieval was unavailable. Titles and dates below reflect the notification evidence; these records do not establish current public accessibility.</w:t>
      </w:r>
    </w:p>
    <w:p w14:paraId="70272288" w14:textId="77777777" w:rsidR="00040F01" w:rsidRDefault="00492A36">
      <w:pPr>
        <w:keepNext/>
        <w:spacing w:before="120" w:after="60"/>
      </w:pPr>
      <w:r>
        <w:rPr>
          <w:rFonts w:cs="Arial"/>
          <w:b/>
        </w:rPr>
        <w:t>S01  حين صفقت لنفسي</w:t>
      </w:r>
    </w:p>
    <w:p w14:paraId="2864B804" w14:textId="77777777" w:rsidR="00040F01" w:rsidRDefault="00492A36">
      <w:pPr>
        <w:keepNext/>
        <w:spacing w:after="60"/>
      </w:pPr>
      <w:r>
        <w:rPr>
          <w:sz w:val="20"/>
        </w:rPr>
        <w:t xml:space="preserve">2 October 2026  |  Publication notification and public-facing URL recovered from connected email. Date is notification date; public page access/indexing not independently confirmed. </w:t>
      </w:r>
    </w:p>
    <w:p w14:paraId="3AF427A0" w14:textId="77777777" w:rsidR="00040F01" w:rsidRDefault="00492A36">
      <w:hyperlink r:id="rId268">
        <w:r>
          <w:rPr>
            <w:color w:val="175A78"/>
          </w:rPr>
          <w:t>Open source</w:t>
        </w:r>
      </w:hyperlink>
    </w:p>
    <w:p w14:paraId="43A10B7A" w14:textId="77777777" w:rsidR="00040F01" w:rsidRDefault="00492A36">
      <w:pPr>
        <w:keepNext/>
        <w:spacing w:before="120" w:after="60"/>
      </w:pPr>
      <w:r>
        <w:rPr>
          <w:rFonts w:cs="Arial"/>
          <w:b/>
        </w:rPr>
        <w:t>S02  وفي نهاية المطاف أعود إليّ</w:t>
      </w:r>
    </w:p>
    <w:p w14:paraId="144225CF" w14:textId="77777777" w:rsidR="00040F01" w:rsidRDefault="00492A36">
      <w:pPr>
        <w:keepNext/>
        <w:spacing w:after="60"/>
      </w:pPr>
      <w:r>
        <w:rPr>
          <w:sz w:val="20"/>
        </w:rPr>
        <w:t xml:space="preserve">20 September 2026  |  Publication notification and public-facing URL recovered from connected email. Date is notification date; public page access/indexing not independently confirmed. </w:t>
      </w:r>
    </w:p>
    <w:p w14:paraId="48B12B8C" w14:textId="77777777" w:rsidR="00040F01" w:rsidRDefault="00492A36">
      <w:hyperlink r:id="rId269">
        <w:r>
          <w:rPr>
            <w:color w:val="175A78"/>
          </w:rPr>
          <w:t>Open source</w:t>
        </w:r>
      </w:hyperlink>
    </w:p>
    <w:p w14:paraId="4FE08049" w14:textId="77777777" w:rsidR="00040F01" w:rsidRDefault="00492A36">
      <w:pPr>
        <w:keepNext/>
        <w:spacing w:before="120" w:after="60"/>
      </w:pPr>
      <w:r>
        <w:rPr>
          <w:rFonts w:cs="Arial"/>
          <w:b/>
        </w:rPr>
        <w:t>S03  عندما يُنسى المعروف، ويُدان العجز، ويصبح العدل ام…</w:t>
      </w:r>
    </w:p>
    <w:p w14:paraId="72A655F8" w14:textId="77777777" w:rsidR="00040F01" w:rsidRDefault="00492A36">
      <w:pPr>
        <w:keepNext/>
        <w:spacing w:after="60"/>
      </w:pPr>
      <w:r>
        <w:rPr>
          <w:sz w:val="20"/>
        </w:rPr>
        <w:t>18 September 2026  |  Publication notification and public-facing URL recovered from connected email. Date is notification date; public page access/indexing not independently confirmed. Title truncated in notification.</w:t>
      </w:r>
    </w:p>
    <w:p w14:paraId="723D090C" w14:textId="77777777" w:rsidR="00040F01" w:rsidRDefault="00492A36">
      <w:hyperlink r:id="rId270">
        <w:r>
          <w:rPr>
            <w:color w:val="175A78"/>
          </w:rPr>
          <w:t>Open source</w:t>
        </w:r>
      </w:hyperlink>
    </w:p>
    <w:p w14:paraId="2A90F83D" w14:textId="77777777" w:rsidR="00040F01" w:rsidRDefault="00492A36">
      <w:pPr>
        <w:keepNext/>
        <w:spacing w:before="120" w:after="60"/>
      </w:pPr>
      <w:r>
        <w:rPr>
          <w:rFonts w:cs="Arial"/>
          <w:b/>
        </w:rPr>
        <w:t>S04  حين يسبق المنصبُ التكوينَ</w:t>
      </w:r>
    </w:p>
    <w:p w14:paraId="168FFEC6" w14:textId="77777777" w:rsidR="00040F01" w:rsidRDefault="00492A36">
      <w:pPr>
        <w:keepNext/>
        <w:spacing w:after="60"/>
      </w:pPr>
      <w:r>
        <w:rPr>
          <w:sz w:val="20"/>
        </w:rPr>
        <w:t xml:space="preserve">15 September 2026  |  Publication notification and public-facing URL recovered from connected email. Date is notification date; public page access/indexing not independently confirmed. </w:t>
      </w:r>
    </w:p>
    <w:p w14:paraId="2D2DB7C4" w14:textId="77777777" w:rsidR="00040F01" w:rsidRDefault="00492A36">
      <w:hyperlink r:id="rId271">
        <w:r>
          <w:rPr>
            <w:color w:val="175A78"/>
          </w:rPr>
          <w:t>Open source</w:t>
        </w:r>
      </w:hyperlink>
    </w:p>
    <w:p w14:paraId="4DEF98C5" w14:textId="77777777" w:rsidR="00040F01" w:rsidRDefault="00492A36">
      <w:pPr>
        <w:keepNext/>
        <w:spacing w:before="120" w:after="60"/>
      </w:pPr>
      <w:r>
        <w:rPr>
          <w:b/>
        </w:rPr>
        <w:t>S05  The Man Who Never Left</w:t>
      </w:r>
    </w:p>
    <w:p w14:paraId="7BC48ABD" w14:textId="77777777" w:rsidR="00040F01" w:rsidRDefault="00492A36">
      <w:pPr>
        <w:keepNext/>
        <w:spacing w:after="60"/>
      </w:pPr>
      <w:r>
        <w:rPr>
          <w:sz w:val="20"/>
        </w:rPr>
        <w:t xml:space="preserve">25 August 2026  |  Publication notification and public-facing URL recovered from connected email. Date is notification date; public page access/indexing not independently confirmed. </w:t>
      </w:r>
    </w:p>
    <w:p w14:paraId="3E0B784F" w14:textId="77777777" w:rsidR="00040F01" w:rsidRDefault="00492A36">
      <w:hyperlink r:id="rId272">
        <w:r>
          <w:rPr>
            <w:color w:val="175A78"/>
          </w:rPr>
          <w:t>Open source</w:t>
        </w:r>
      </w:hyperlink>
    </w:p>
    <w:p w14:paraId="59134E15" w14:textId="77777777" w:rsidR="00040F01" w:rsidRDefault="00492A36">
      <w:pPr>
        <w:keepNext/>
        <w:spacing w:before="120" w:after="60"/>
      </w:pPr>
      <w:r>
        <w:rPr>
          <w:b/>
        </w:rPr>
        <w:t>S06  The Inevitable Shift</w:t>
      </w:r>
    </w:p>
    <w:p w14:paraId="54A75E3C" w14:textId="77777777" w:rsidR="00040F01" w:rsidRDefault="00492A36">
      <w:pPr>
        <w:keepNext/>
        <w:spacing w:after="60"/>
      </w:pPr>
      <w:r>
        <w:rPr>
          <w:sz w:val="20"/>
        </w:rPr>
        <w:t xml:space="preserve">25 August 2026  |  Publication notification and public-facing URL recovered from connected email. Date is notification date; public page access/indexing not independently confirmed. </w:t>
      </w:r>
    </w:p>
    <w:p w14:paraId="33D6FF23" w14:textId="77777777" w:rsidR="00040F01" w:rsidRDefault="00492A36">
      <w:hyperlink r:id="rId273">
        <w:r>
          <w:rPr>
            <w:color w:val="175A78"/>
          </w:rPr>
          <w:t>Open source</w:t>
        </w:r>
      </w:hyperlink>
    </w:p>
    <w:p w14:paraId="5A06A54D" w14:textId="77777777" w:rsidR="00040F01" w:rsidRDefault="00492A36">
      <w:pPr>
        <w:keepNext/>
        <w:spacing w:before="120" w:after="60"/>
      </w:pPr>
      <w:r>
        <w:rPr>
          <w:b/>
        </w:rPr>
        <w:t>S07  Social Health Insurance and the Social Health Insurance Authority of Somalia</w:t>
      </w:r>
    </w:p>
    <w:p w14:paraId="4C004EAB" w14:textId="77777777" w:rsidR="00040F01" w:rsidRDefault="00492A36">
      <w:pPr>
        <w:keepNext/>
        <w:spacing w:after="60"/>
      </w:pPr>
      <w:r>
        <w:rPr>
          <w:sz w:val="20"/>
        </w:rPr>
        <w:t xml:space="preserve">17 August 2026  |  Publication notification and public-facing URL recovered from connected email. Date is notification date; public page access/indexing not independently confirmed. </w:t>
      </w:r>
    </w:p>
    <w:p w14:paraId="42D6CBD7" w14:textId="77777777" w:rsidR="00040F01" w:rsidRDefault="00492A36">
      <w:hyperlink r:id="rId274">
        <w:r>
          <w:rPr>
            <w:color w:val="175A78"/>
          </w:rPr>
          <w:t>Open source</w:t>
        </w:r>
      </w:hyperlink>
    </w:p>
    <w:p w14:paraId="3E245AB6" w14:textId="77777777" w:rsidR="00040F01" w:rsidRDefault="00492A36">
      <w:pPr>
        <w:pStyle w:val="Heading1"/>
        <w:pageBreakBefore/>
      </w:pPr>
      <w:r>
        <w:t>10 / Editorial roles &amp; related service</w:t>
      </w:r>
    </w:p>
    <w:p w14:paraId="13B8BF87" w14:textId="77777777" w:rsidR="00040F01" w:rsidRDefault="00492A36">
      <w:r>
        <w:t>Role, appointment status, evidence source and relevant date are stated separately. Unaccepted invitations and generic platform labels are not editorial-board appointments.</w:t>
      </w:r>
    </w:p>
    <w:p w14:paraId="3198557E" w14:textId="77777777" w:rsidR="00040F01" w:rsidRDefault="00492A36">
      <w:pPr>
        <w:keepNext/>
        <w:spacing w:before="120" w:after="60"/>
      </w:pPr>
      <w:r>
        <w:rPr>
          <w:b/>
        </w:rPr>
        <w:t>E01  Journal of Healthcare Leadership — Editorial Board member</w:t>
      </w:r>
    </w:p>
    <w:p w14:paraId="3C148622" w14:textId="77777777" w:rsidR="00040F01" w:rsidRDefault="00492A36">
      <w:pPr>
        <w:keepNext/>
        <w:spacing w:after="60"/>
      </w:pPr>
      <w:r>
        <w:rPr>
          <w:sz w:val="20"/>
        </w:rPr>
        <w:t>17 August 2026 appointment acknowledgement  |  Confirmed by the publisher’s public board listing and welcome correspondence; profile update acknowledged 18 August. The role is Editorial Board member. The journal’s Editor-in-Chief is a separate person.</w:t>
      </w:r>
    </w:p>
    <w:p w14:paraId="7A6AAB80" w14:textId="77777777" w:rsidR="00040F01" w:rsidRDefault="00492A36">
      <w:hyperlink r:id="rId275">
        <w:r>
          <w:rPr>
            <w:color w:val="175A78"/>
          </w:rPr>
          <w:t>Publisher board</w:t>
        </w:r>
      </w:hyperlink>
      <w:r>
        <w:t xml:space="preserve">   •   </w:t>
      </w:r>
      <w:hyperlink r:id="rId276">
        <w:r>
          <w:rPr>
            <w:color w:val="175A78"/>
          </w:rPr>
          <w:t>Dove board</w:t>
        </w:r>
      </w:hyperlink>
    </w:p>
    <w:p w14:paraId="694255F1" w14:textId="77777777" w:rsidR="00040F01" w:rsidRDefault="00492A36">
      <w:pPr>
        <w:keepNext/>
        <w:spacing w:before="120" w:after="60"/>
      </w:pPr>
      <w:r>
        <w:rPr>
          <w:b/>
        </w:rPr>
        <w:t>E02  Journal of Global Health Economics and Policy — Editorial Board member</w:t>
      </w:r>
    </w:p>
    <w:p w14:paraId="30E7F5EA" w14:textId="77777777" w:rsidR="00040F01" w:rsidRDefault="00492A36">
      <w:pPr>
        <w:keepNext/>
        <w:spacing w:after="60"/>
      </w:pPr>
      <w:r>
        <w:rPr>
          <w:sz w:val="20"/>
        </w:rPr>
        <w:t>Listed at 8 October 2026  |  Confirmed by the public editorial board, which gives the target’s full name and NHIA/RIYAADA affiliations. Invitation/acceptance correspondence located in May 2026.</w:t>
      </w:r>
    </w:p>
    <w:p w14:paraId="4DD1D30C" w14:textId="77777777" w:rsidR="00040F01" w:rsidRDefault="00492A36">
      <w:hyperlink r:id="rId277">
        <w:r>
          <w:rPr>
            <w:color w:val="175A78"/>
          </w:rPr>
          <w:t>Public board</w:t>
        </w:r>
      </w:hyperlink>
    </w:p>
    <w:p w14:paraId="059A4051" w14:textId="77777777" w:rsidR="00040F01" w:rsidRDefault="00492A36">
      <w:pPr>
        <w:keepNext/>
        <w:spacing w:before="120" w:after="60"/>
      </w:pPr>
      <w:r>
        <w:rPr>
          <w:b/>
        </w:rPr>
        <w:t>E03  RIYAADA Journals &amp; Publications — Editor-in-Chief and Founding Director</w:t>
      </w:r>
    </w:p>
    <w:p w14:paraId="09A20572" w14:textId="77777777" w:rsidR="00040F01" w:rsidRDefault="00492A36">
      <w:pPr>
        <w:keepNext/>
        <w:spacing w:after="60"/>
      </w:pPr>
      <w:r>
        <w:rPr>
          <w:sz w:val="20"/>
        </w:rPr>
        <w:t>Listed at 8 October 2026  |  Confirmed as a public role claim on the associated publishing platform. Described responsibilities include editorial standards, academic direction and chairing the board. This is an associated-site statement, not an independent appointment assessment.</w:t>
      </w:r>
    </w:p>
    <w:p w14:paraId="27B7ABB9" w14:textId="77777777" w:rsidR="00040F01" w:rsidRDefault="00492A36">
      <w:hyperlink r:id="rId278">
        <w:r>
          <w:rPr>
            <w:color w:val="175A78"/>
          </w:rPr>
          <w:t>Platform board</w:t>
        </w:r>
      </w:hyperlink>
    </w:p>
    <w:p w14:paraId="4C43B2B8" w14:textId="77777777" w:rsidR="00040F01" w:rsidRDefault="00492A36">
      <w:pPr>
        <w:keepNext/>
        <w:spacing w:before="120" w:after="60"/>
      </w:pPr>
      <w:r>
        <w:rPr>
          <w:b/>
        </w:rPr>
        <w:t>E04  Japan Elite Research Review Journal — Editorial Board member</w:t>
      </w:r>
    </w:p>
    <w:p w14:paraId="5C2C26DE" w14:textId="77777777" w:rsidR="00040F01" w:rsidRDefault="00492A36">
      <w:pPr>
        <w:keepNext/>
        <w:spacing w:after="60"/>
      </w:pPr>
      <w:r>
        <w:rPr>
          <w:sz w:val="20"/>
        </w:rPr>
        <w:t>23 September 2026  |  Publisher correspondence confirms acceptance and states that the profile was uploaded to the board page. Appointment supported by publisher acknowledgement; the public page returned a JavaScript shell, so the live listing was not independently read.</w:t>
      </w:r>
    </w:p>
    <w:p w14:paraId="24DBED50" w14:textId="77777777" w:rsidR="00040F01" w:rsidRDefault="00492A36">
      <w:hyperlink r:id="rId279">
        <w:r>
          <w:rPr>
            <w:color w:val="175A78"/>
          </w:rPr>
          <w:t>Board page</w:t>
        </w:r>
      </w:hyperlink>
    </w:p>
    <w:p w14:paraId="242BE7A9" w14:textId="77777777" w:rsidR="00040F01" w:rsidRDefault="00492A36">
      <w:r>
        <w:br w:type="page"/>
      </w:r>
    </w:p>
    <w:p w14:paraId="436310D1" w14:textId="77777777" w:rsidR="00040F01" w:rsidRDefault="00492A36">
      <w:pPr>
        <w:keepNext/>
        <w:spacing w:before="120" w:after="60"/>
      </w:pPr>
      <w:r>
        <w:rPr>
          <w:b/>
        </w:rPr>
        <w:t>E05  International Journal of Nursing and Patient Care — accepted board invitation</w:t>
      </w:r>
    </w:p>
    <w:p w14:paraId="4A88F446" w14:textId="77777777" w:rsidR="00040F01" w:rsidRDefault="00492A36">
      <w:pPr>
        <w:keepNext/>
        <w:spacing w:after="60"/>
      </w:pPr>
      <w:r>
        <w:rPr>
          <w:sz w:val="20"/>
        </w:rPr>
        <w:t>27–28 July 2026  |  Velnora Publishers invitation and the subject’s acceptance located. Final appointment/listing not independently established; classify as accepted invitation, not a confirmed active board seat.</w:t>
      </w:r>
    </w:p>
    <w:p w14:paraId="030FECD0" w14:textId="77777777" w:rsidR="00040F01" w:rsidRDefault="00492A36">
      <w:hyperlink r:id="rId280">
        <w:r>
          <w:rPr>
            <w:color w:val="175A78"/>
          </w:rPr>
          <w:t>Publisher</w:t>
        </w:r>
      </w:hyperlink>
    </w:p>
    <w:p w14:paraId="14FC90B3" w14:textId="77777777" w:rsidR="00040F01" w:rsidRDefault="00492A36">
      <w:pPr>
        <w:keepNext/>
        <w:spacing w:before="120" w:after="60"/>
      </w:pPr>
      <w:r>
        <w:rPr>
          <w:b/>
        </w:rPr>
        <w:t>E06  Baishideng / F6 Publishing — registered reviewer and editorial-writing invitations</w:t>
      </w:r>
    </w:p>
    <w:p w14:paraId="3847F228" w14:textId="77777777" w:rsidR="00040F01" w:rsidRDefault="00492A36">
      <w:pPr>
        <w:keepNext/>
        <w:spacing w:after="60"/>
      </w:pPr>
      <w:r>
        <w:rPr>
          <w:sz w:val="20"/>
        </w:rPr>
        <w:t>2025–2026  |  Completed reviews are documented in section V. Circulars use the combined label “Editorial Board Member/Peer Reviewer” and invite editorials or letters. That wording does not establish an editorial-board appointment to every journal, nor prove that an editorial was submitted or published.</w:t>
      </w:r>
    </w:p>
    <w:p w14:paraId="3B21ABD1" w14:textId="77777777" w:rsidR="00040F01" w:rsidRDefault="00492A36">
      <w:hyperlink r:id="rId281">
        <w:r>
          <w:rPr>
            <w:color w:val="175A78"/>
          </w:rPr>
          <w:t>F6 portal</w:t>
        </w:r>
      </w:hyperlink>
    </w:p>
    <w:p w14:paraId="15C94F1D" w14:textId="77777777" w:rsidR="00040F01" w:rsidRDefault="00492A36">
      <w:pPr>
        <w:keepNext/>
        <w:spacing w:before="120" w:after="60"/>
      </w:pPr>
      <w:r>
        <w:rPr>
          <w:b/>
        </w:rPr>
        <w:t>E07  Additional board invitations — JHQS and WebLog Journal of Emergency Medicine</w:t>
      </w:r>
    </w:p>
    <w:p w14:paraId="66ECCB5F" w14:textId="77777777" w:rsidR="00040F01" w:rsidRDefault="00492A36">
      <w:pPr>
        <w:spacing w:after="60"/>
      </w:pPr>
      <w:r>
        <w:rPr>
          <w:sz w:val="20"/>
        </w:rPr>
        <w:t>2026  |  Invitations located for Journal of Healthcare Quality and Safety (24 September) and WebLog Journal of Emergency Medicine (19 March/28 April). Acceptance or appointment is not established. Invitations are not counted as confirmed board roles.</w:t>
      </w:r>
    </w:p>
    <w:p w14:paraId="2542F26D" w14:textId="77777777" w:rsidR="00040F01" w:rsidRDefault="00492A36">
      <w:pPr>
        <w:keepNext/>
        <w:spacing w:before="120" w:after="60"/>
      </w:pPr>
      <w:r>
        <w:rPr>
          <w:b/>
        </w:rPr>
        <w:t>E08  Other platforms and editorial-task leads</w:t>
      </w:r>
    </w:p>
    <w:p w14:paraId="145AFD31" w14:textId="77777777" w:rsidR="00040F01" w:rsidRDefault="00492A36">
      <w:pPr>
        <w:keepNext/>
        <w:spacing w:after="60"/>
      </w:pPr>
      <w:r>
        <w:rPr>
          <w:sz w:val="20"/>
        </w:rPr>
        <w:t>Checked 8 October 2026  |  Frontiers Loop has an Editorial Contributions navigation tab, but this alone proves no role. Research Square is a submission/preprint platform, not evidence of a completed review. No specific guest-editor appointment or named collection editorship is certified from these generic platform links.</w:t>
      </w:r>
    </w:p>
    <w:p w14:paraId="01B0001F" w14:textId="77777777" w:rsidR="00040F01" w:rsidRDefault="00492A36">
      <w:hyperlink r:id="rId282">
        <w:r>
          <w:rPr>
            <w:color w:val="175A78"/>
          </w:rPr>
          <w:t>Loop</w:t>
        </w:r>
      </w:hyperlink>
      <w:r>
        <w:t xml:space="preserve">   •   </w:t>
      </w:r>
      <w:hyperlink r:id="rId283">
        <w:r>
          <w:rPr>
            <w:color w:val="175A78"/>
          </w:rPr>
          <w:t>Research Square</w:t>
        </w:r>
      </w:hyperlink>
    </w:p>
    <w:p w14:paraId="61A411F7" w14:textId="5D0C0FFA" w:rsidR="00040F01" w:rsidRDefault="00492A36">
      <w:pPr>
        <w:pStyle w:val="Heading1"/>
        <w:pageBreakBefore/>
      </w:pPr>
      <w:r>
        <w:t>register</w:t>
      </w:r>
    </w:p>
    <w:p w14:paraId="6E521E20" w14:textId="77777777" w:rsidR="00040F01" w:rsidRDefault="00492A36">
      <w:r>
        <w:t>70 public peer-review assertions retrieved from the supplied ORCID: 36 from Dove Medical Press, 27 from Web of Science Researcher Profiles and 7 from Oxford University Press – Editorial Manager. Cross-provider assertions can duplicate the same service. Grouped by ISSN; links expose each assertion’s source, completion-date precision and identifiers. No unsupported deduplication is imposed.</w:t>
      </w:r>
    </w:p>
    <w:p w14:paraId="5F5A92F5" w14:textId="77777777" w:rsidR="00040F01" w:rsidRDefault="00492A36">
      <w:pPr>
        <w:keepNext/>
        <w:spacing w:before="120" w:after="60"/>
      </w:pPr>
      <w:r>
        <w:rPr>
          <w:b/>
        </w:rPr>
        <w:t>O01  Pragmatic and Observational Research</w:t>
      </w:r>
    </w:p>
    <w:p w14:paraId="30C4990C" w14:textId="77777777" w:rsidR="00040F01" w:rsidRDefault="00492A36">
      <w:pPr>
        <w:keepNext/>
        <w:spacing w:after="60"/>
      </w:pPr>
      <w:r>
        <w:rPr>
          <w:sz w:val="20"/>
        </w:rPr>
        <w:t>1 public assertion(s)  |  ISSN 1179-7266. Dove Medical Press: 1 assertion(s). These are registry assertions, not necessarily distinct manuscripts or review rounds. Each link below opens one public ORCID API record. Dates are retained as supplied, often year-only.</w:t>
      </w:r>
    </w:p>
    <w:p w14:paraId="01302540" w14:textId="77777777" w:rsidR="00040F01" w:rsidRDefault="00492A36">
      <w:hyperlink r:id="rId284">
        <w:r>
          <w:rPr>
            <w:color w:val="175A78"/>
          </w:rPr>
          <w:t>ORCID profile</w:t>
        </w:r>
      </w:hyperlink>
      <w:r>
        <w:t xml:space="preserve">   •   </w:t>
      </w:r>
      <w:hyperlink r:id="rId285">
        <w:r>
          <w:rPr>
            <w:color w:val="175A78"/>
          </w:rPr>
          <w:t>Record 29224168</w:t>
        </w:r>
      </w:hyperlink>
    </w:p>
    <w:p w14:paraId="2F11AB18" w14:textId="77777777" w:rsidR="00040F01" w:rsidRDefault="00492A36">
      <w:pPr>
        <w:keepNext/>
        <w:spacing w:before="120" w:after="60"/>
      </w:pPr>
      <w:r>
        <w:rPr>
          <w:b/>
        </w:rPr>
        <w:t>O02  Cancer Management and Research</w:t>
      </w:r>
    </w:p>
    <w:p w14:paraId="53DD7CF4" w14:textId="77777777" w:rsidR="00040F01" w:rsidRDefault="00492A36">
      <w:pPr>
        <w:keepNext/>
        <w:spacing w:after="60"/>
      </w:pPr>
      <w:r>
        <w:rPr>
          <w:sz w:val="20"/>
        </w:rPr>
        <w:t>3 public assertion(s)  |  ISSN 1179-1322. Dove Medical Press: 2 assertion(s); Web of Science Researcher Profiles: 1 assertion(s). These are registry assertions, not necessarily distinct manuscripts or review rounds. Each link below opens one public ORCID API record. Dates are retained as supplied, often year-only.</w:t>
      </w:r>
    </w:p>
    <w:p w14:paraId="730F7BAF" w14:textId="77777777" w:rsidR="00040F01" w:rsidRDefault="00492A36">
      <w:hyperlink r:id="rId286">
        <w:r>
          <w:rPr>
            <w:color w:val="175A78"/>
          </w:rPr>
          <w:t>ORCID profile</w:t>
        </w:r>
      </w:hyperlink>
      <w:r>
        <w:t xml:space="preserve">   •   </w:t>
      </w:r>
      <w:hyperlink r:id="rId287">
        <w:r>
          <w:rPr>
            <w:color w:val="175A78"/>
          </w:rPr>
          <w:t>Record 29143133</w:t>
        </w:r>
      </w:hyperlink>
      <w:r>
        <w:t xml:space="preserve">   •   </w:t>
      </w:r>
      <w:hyperlink r:id="rId288">
        <w:r>
          <w:rPr>
            <w:color w:val="175A78"/>
          </w:rPr>
          <w:t>Record 22772814</w:t>
        </w:r>
      </w:hyperlink>
      <w:r>
        <w:t xml:space="preserve">   •   </w:t>
      </w:r>
      <w:hyperlink r:id="rId289">
        <w:r>
          <w:rPr>
            <w:color w:val="175A78"/>
          </w:rPr>
          <w:t>Record 28793960</w:t>
        </w:r>
      </w:hyperlink>
    </w:p>
    <w:p w14:paraId="3408E568" w14:textId="77777777" w:rsidR="00040F01" w:rsidRDefault="00492A36">
      <w:pPr>
        <w:keepNext/>
        <w:spacing w:before="120" w:after="60"/>
      </w:pPr>
      <w:r>
        <w:rPr>
          <w:b/>
        </w:rPr>
        <w:t>O03  Risk Management and Healthcare Policy</w:t>
      </w:r>
    </w:p>
    <w:p w14:paraId="545591C9" w14:textId="77777777" w:rsidR="00040F01" w:rsidRDefault="00492A36">
      <w:pPr>
        <w:keepNext/>
        <w:spacing w:after="60"/>
      </w:pPr>
      <w:r>
        <w:rPr>
          <w:sz w:val="20"/>
        </w:rPr>
        <w:t>10 public assertion(s)  |  ISSN 1179-1594. Web of Science Researcher Profiles: 4 assertion(s); Dove Medical Press: 6 assertion(s). These are registry assertions, not necessarily distinct manuscripts or review rounds. Each link below opens one public ORCID API record. Dates are retained as supplied, often year-only.</w:t>
      </w:r>
    </w:p>
    <w:p w14:paraId="71C69F0A" w14:textId="77777777" w:rsidR="00040F01" w:rsidRDefault="00492A36">
      <w:hyperlink r:id="rId290">
        <w:r>
          <w:rPr>
            <w:color w:val="175A78"/>
          </w:rPr>
          <w:t>ORCID profile</w:t>
        </w:r>
      </w:hyperlink>
      <w:r>
        <w:t xml:space="preserve">   •   </w:t>
      </w:r>
      <w:hyperlink r:id="rId291">
        <w:r>
          <w:rPr>
            <w:color w:val="175A78"/>
          </w:rPr>
          <w:t>Record 28793983</w:t>
        </w:r>
      </w:hyperlink>
      <w:r>
        <w:t xml:space="preserve">   •   </w:t>
      </w:r>
      <w:hyperlink r:id="rId292">
        <w:r>
          <w:rPr>
            <w:color w:val="175A78"/>
          </w:rPr>
          <w:t>Record 29011109</w:t>
        </w:r>
      </w:hyperlink>
      <w:r>
        <w:t xml:space="preserve">   •   </w:t>
      </w:r>
      <w:hyperlink r:id="rId293">
        <w:r>
          <w:rPr>
            <w:color w:val="175A78"/>
          </w:rPr>
          <w:t>Record 28793978</w:t>
        </w:r>
      </w:hyperlink>
      <w:r>
        <w:t xml:space="preserve">   •   </w:t>
      </w:r>
      <w:hyperlink r:id="rId294">
        <w:r>
          <w:rPr>
            <w:color w:val="175A78"/>
          </w:rPr>
          <w:t>Record 28793975</w:t>
        </w:r>
      </w:hyperlink>
      <w:r>
        <w:t xml:space="preserve">   •   </w:t>
      </w:r>
      <w:hyperlink r:id="rId295">
        <w:r>
          <w:rPr>
            <w:color w:val="175A78"/>
          </w:rPr>
          <w:t>Record 26546883</w:t>
        </w:r>
      </w:hyperlink>
      <w:r>
        <w:t xml:space="preserve">   •   </w:t>
      </w:r>
      <w:hyperlink r:id="rId296">
        <w:r>
          <w:rPr>
            <w:color w:val="175A78"/>
          </w:rPr>
          <w:t>Record 28172127</w:t>
        </w:r>
      </w:hyperlink>
      <w:r>
        <w:t xml:space="preserve">   •   </w:t>
      </w:r>
      <w:hyperlink r:id="rId297">
        <w:r>
          <w:rPr>
            <w:color w:val="175A78"/>
          </w:rPr>
          <w:t>Record 26618542</w:t>
        </w:r>
      </w:hyperlink>
      <w:r>
        <w:t xml:space="preserve">   •   </w:t>
      </w:r>
      <w:hyperlink r:id="rId298">
        <w:r>
          <w:rPr>
            <w:color w:val="175A78"/>
          </w:rPr>
          <w:t>Record 28846405</w:t>
        </w:r>
      </w:hyperlink>
      <w:r>
        <w:t xml:space="preserve">   •   </w:t>
      </w:r>
      <w:hyperlink r:id="rId299">
        <w:r>
          <w:rPr>
            <w:color w:val="175A78"/>
          </w:rPr>
          <w:t>Record 27512976</w:t>
        </w:r>
      </w:hyperlink>
      <w:r>
        <w:t xml:space="preserve">   •   </w:t>
      </w:r>
      <w:hyperlink r:id="rId300">
        <w:r>
          <w:rPr>
            <w:color w:val="175A78"/>
          </w:rPr>
          <w:t>Record 28793979</w:t>
        </w:r>
      </w:hyperlink>
    </w:p>
    <w:p w14:paraId="6BD0265C" w14:textId="77777777" w:rsidR="00040F01" w:rsidRDefault="00492A36">
      <w:pPr>
        <w:keepNext/>
        <w:spacing w:before="120" w:after="60"/>
      </w:pPr>
      <w:r>
        <w:rPr>
          <w:b/>
        </w:rPr>
        <w:t>O04  Advances in Medical Education and Practice</w:t>
      </w:r>
    </w:p>
    <w:p w14:paraId="2B5C8EA2" w14:textId="77777777" w:rsidR="00040F01" w:rsidRDefault="00492A36">
      <w:pPr>
        <w:keepNext/>
        <w:spacing w:after="60"/>
      </w:pPr>
      <w:r>
        <w:rPr>
          <w:sz w:val="20"/>
        </w:rPr>
        <w:t>7 public assertion(s)  |  ISSN 1179-7258. Dove Medical Press: 4 assertion(s); Web of Science Researcher Profiles: 3 assertion(s). These are registry assertions, not necessarily distinct manuscripts or review rounds. Each link below opens one public ORCID API record. Dates are retained as supplied, often year-only.</w:t>
      </w:r>
    </w:p>
    <w:p w14:paraId="18D8B665" w14:textId="77777777" w:rsidR="00040F01" w:rsidRDefault="00492A36">
      <w:hyperlink r:id="rId301">
        <w:r>
          <w:rPr>
            <w:color w:val="175A78"/>
          </w:rPr>
          <w:t>ORCID profile</w:t>
        </w:r>
      </w:hyperlink>
      <w:r>
        <w:t xml:space="preserve">   •   </w:t>
      </w:r>
      <w:hyperlink r:id="rId302">
        <w:r>
          <w:rPr>
            <w:color w:val="175A78"/>
          </w:rPr>
          <w:t>Record 27870954</w:t>
        </w:r>
      </w:hyperlink>
      <w:r>
        <w:t xml:space="preserve">   •   </w:t>
      </w:r>
      <w:hyperlink r:id="rId303">
        <w:r>
          <w:rPr>
            <w:color w:val="175A78"/>
          </w:rPr>
          <w:t>Record 28157617</w:t>
        </w:r>
      </w:hyperlink>
      <w:r>
        <w:t xml:space="preserve">   •   </w:t>
      </w:r>
      <w:hyperlink r:id="rId304">
        <w:r>
          <w:rPr>
            <w:color w:val="175A78"/>
          </w:rPr>
          <w:t>Record 28831370</w:t>
        </w:r>
      </w:hyperlink>
      <w:r>
        <w:t xml:space="preserve">   •   </w:t>
      </w:r>
      <w:hyperlink r:id="rId305">
        <w:r>
          <w:rPr>
            <w:color w:val="175A78"/>
          </w:rPr>
          <w:t>Record 28793986</w:t>
        </w:r>
      </w:hyperlink>
      <w:r>
        <w:t xml:space="preserve">   •   </w:t>
      </w:r>
      <w:hyperlink r:id="rId306">
        <w:r>
          <w:rPr>
            <w:color w:val="175A78"/>
          </w:rPr>
          <w:t>Record 28793985</w:t>
        </w:r>
      </w:hyperlink>
      <w:r>
        <w:t xml:space="preserve">   •   </w:t>
      </w:r>
      <w:hyperlink r:id="rId307">
        <w:r>
          <w:rPr>
            <w:color w:val="175A78"/>
          </w:rPr>
          <w:t>Record 28102790</w:t>
        </w:r>
      </w:hyperlink>
      <w:r>
        <w:t xml:space="preserve">   •   </w:t>
      </w:r>
      <w:hyperlink r:id="rId308">
        <w:r>
          <w:rPr>
            <w:color w:val="175A78"/>
          </w:rPr>
          <w:t>Record 28793981</w:t>
        </w:r>
      </w:hyperlink>
    </w:p>
    <w:p w14:paraId="4CD9F67D" w14:textId="77777777" w:rsidR="00040F01" w:rsidRDefault="00492A36">
      <w:pPr>
        <w:keepNext/>
        <w:spacing w:before="120" w:after="60"/>
      </w:pPr>
      <w:r>
        <w:rPr>
          <w:b/>
        </w:rPr>
        <w:t>O05  Journal of Multidisciplinary Healthcare</w:t>
      </w:r>
    </w:p>
    <w:p w14:paraId="60D20348" w14:textId="77777777" w:rsidR="00040F01" w:rsidRDefault="00492A36">
      <w:pPr>
        <w:keepNext/>
        <w:spacing w:after="60"/>
      </w:pPr>
      <w:r>
        <w:rPr>
          <w:sz w:val="20"/>
        </w:rPr>
        <w:t>10 public assertion(s)  |  ISSN 1178-2390. Dove Medical Press: 6 assertion(s); Web of Science Researcher Profiles: 4 assertion(s). These are registry assertions, not necessarily distinct manuscripts or review rounds. Each link below opens one public ORCID API record. Dates are retained as supplied, often year-only.</w:t>
      </w:r>
    </w:p>
    <w:p w14:paraId="73D4D43E" w14:textId="77777777" w:rsidR="00040F01" w:rsidRDefault="00492A36">
      <w:hyperlink r:id="rId309">
        <w:r>
          <w:rPr>
            <w:color w:val="175A78"/>
          </w:rPr>
          <w:t>ORCID profile</w:t>
        </w:r>
      </w:hyperlink>
      <w:r>
        <w:t xml:space="preserve">   •   </w:t>
      </w:r>
      <w:hyperlink r:id="rId310">
        <w:r>
          <w:rPr>
            <w:color w:val="175A78"/>
          </w:rPr>
          <w:t>Record 27335350</w:t>
        </w:r>
      </w:hyperlink>
      <w:r>
        <w:t xml:space="preserve">   •   </w:t>
      </w:r>
      <w:hyperlink r:id="rId311">
        <w:r>
          <w:rPr>
            <w:color w:val="175A78"/>
          </w:rPr>
          <w:t>Record 28428036</w:t>
        </w:r>
      </w:hyperlink>
      <w:r>
        <w:t xml:space="preserve">   •   </w:t>
      </w:r>
      <w:hyperlink r:id="rId312">
        <w:r>
          <w:rPr>
            <w:color w:val="175A78"/>
          </w:rPr>
          <w:t>Record 28427880</w:t>
        </w:r>
      </w:hyperlink>
      <w:r>
        <w:t xml:space="preserve">   •   </w:t>
      </w:r>
      <w:hyperlink r:id="rId313">
        <w:r>
          <w:rPr>
            <w:color w:val="175A78"/>
          </w:rPr>
          <w:t>Record 28912905</w:t>
        </w:r>
      </w:hyperlink>
      <w:r>
        <w:t xml:space="preserve">   •   </w:t>
      </w:r>
      <w:hyperlink r:id="rId314">
        <w:r>
          <w:rPr>
            <w:color w:val="175A78"/>
          </w:rPr>
          <w:t>Record 29347428</w:t>
        </w:r>
      </w:hyperlink>
      <w:r>
        <w:t xml:space="preserve">   •   </w:t>
      </w:r>
      <w:hyperlink r:id="rId315">
        <w:r>
          <w:rPr>
            <w:color w:val="175A78"/>
          </w:rPr>
          <w:t>Record 28793956</w:t>
        </w:r>
      </w:hyperlink>
      <w:r>
        <w:t xml:space="preserve">   •   </w:t>
      </w:r>
      <w:hyperlink r:id="rId316">
        <w:r>
          <w:rPr>
            <w:color w:val="175A78"/>
          </w:rPr>
          <w:t>Record 28793989</w:t>
        </w:r>
      </w:hyperlink>
      <w:r>
        <w:t xml:space="preserve">   •   </w:t>
      </w:r>
      <w:hyperlink r:id="rId317">
        <w:r>
          <w:rPr>
            <w:color w:val="175A78"/>
          </w:rPr>
          <w:t>Record 26951021</w:t>
        </w:r>
      </w:hyperlink>
      <w:r>
        <w:t xml:space="preserve">   •   </w:t>
      </w:r>
      <w:hyperlink r:id="rId318">
        <w:r>
          <w:rPr>
            <w:color w:val="175A78"/>
          </w:rPr>
          <w:t>Record 28793957</w:t>
        </w:r>
      </w:hyperlink>
      <w:r>
        <w:t xml:space="preserve">   •   </w:t>
      </w:r>
      <w:hyperlink r:id="rId319">
        <w:r>
          <w:rPr>
            <w:color w:val="175A78"/>
          </w:rPr>
          <w:t>Record 28793987</w:t>
        </w:r>
      </w:hyperlink>
    </w:p>
    <w:p w14:paraId="46DF4EBA" w14:textId="77777777" w:rsidR="00040F01" w:rsidRDefault="00492A36">
      <w:pPr>
        <w:keepNext/>
        <w:spacing w:before="120" w:after="60"/>
      </w:pPr>
      <w:r>
        <w:rPr>
          <w:b/>
        </w:rPr>
        <w:t>O06  Clinical Interventions in Aging</w:t>
      </w:r>
    </w:p>
    <w:p w14:paraId="7FDC0750" w14:textId="77777777" w:rsidR="00040F01" w:rsidRDefault="00492A36">
      <w:pPr>
        <w:keepNext/>
        <w:spacing w:after="60"/>
      </w:pPr>
      <w:r>
        <w:rPr>
          <w:sz w:val="20"/>
        </w:rPr>
        <w:t>2 public assertion(s)  |  ISSN 1178-1998. Web of Science Researcher Profiles: 1 assertion(s); Dove Medical Press: 1 assertion(s). These are registry assertions, not necessarily distinct manuscripts or review rounds. Each link below opens one public ORCID API record. Dates are retained as supplied, often year-only.</w:t>
      </w:r>
    </w:p>
    <w:p w14:paraId="37118EC9" w14:textId="77777777" w:rsidR="00040F01" w:rsidRDefault="00492A36">
      <w:hyperlink r:id="rId320">
        <w:r>
          <w:rPr>
            <w:color w:val="175A78"/>
          </w:rPr>
          <w:t>ORCID profile</w:t>
        </w:r>
      </w:hyperlink>
      <w:r>
        <w:t xml:space="preserve">   •   </w:t>
      </w:r>
      <w:hyperlink r:id="rId321">
        <w:r>
          <w:rPr>
            <w:color w:val="175A78"/>
          </w:rPr>
          <w:t>Record 28793990</w:t>
        </w:r>
      </w:hyperlink>
      <w:r>
        <w:t xml:space="preserve">   •   </w:t>
      </w:r>
      <w:hyperlink r:id="rId322">
        <w:r>
          <w:rPr>
            <w:color w:val="175A78"/>
          </w:rPr>
          <w:t>Record 28735548</w:t>
        </w:r>
      </w:hyperlink>
    </w:p>
    <w:p w14:paraId="379F7F20" w14:textId="77777777" w:rsidR="00040F01" w:rsidRDefault="00492A36">
      <w:pPr>
        <w:keepNext/>
        <w:spacing w:before="120" w:after="60"/>
      </w:pPr>
      <w:r>
        <w:rPr>
          <w:b/>
        </w:rPr>
        <w:t>O07  International Journal of Women’s Health</w:t>
      </w:r>
    </w:p>
    <w:p w14:paraId="7CDCBAC0" w14:textId="77777777" w:rsidR="00040F01" w:rsidRDefault="00492A36">
      <w:pPr>
        <w:keepNext/>
        <w:spacing w:after="60"/>
      </w:pPr>
      <w:r>
        <w:rPr>
          <w:sz w:val="20"/>
        </w:rPr>
        <w:t>6 public assertion(s)  |  ISSN 1179-1411. Dove Medical Press: 3 assertion(s); Web of Science Researcher Profiles: 3 assertion(s). These are registry assertions, not necessarily distinct manuscripts or review rounds. Each link below opens one public ORCID API record. Dates are retained as supplied, often year-only.</w:t>
      </w:r>
    </w:p>
    <w:p w14:paraId="3AF54692" w14:textId="77777777" w:rsidR="00040F01" w:rsidRDefault="00492A36">
      <w:hyperlink r:id="rId323">
        <w:r>
          <w:rPr>
            <w:color w:val="175A78"/>
          </w:rPr>
          <w:t>ORCID profile</w:t>
        </w:r>
      </w:hyperlink>
      <w:r>
        <w:t xml:space="preserve">   •   </w:t>
      </w:r>
      <w:hyperlink r:id="rId324">
        <w:r>
          <w:rPr>
            <w:color w:val="175A78"/>
          </w:rPr>
          <w:t>Record 28578679</w:t>
        </w:r>
      </w:hyperlink>
      <w:r>
        <w:t xml:space="preserve">   •   </w:t>
      </w:r>
      <w:hyperlink r:id="rId325">
        <w:r>
          <w:rPr>
            <w:color w:val="175A78"/>
          </w:rPr>
          <w:t>Record 26121773</w:t>
        </w:r>
      </w:hyperlink>
      <w:r>
        <w:t xml:space="preserve">   •   </w:t>
      </w:r>
      <w:hyperlink r:id="rId326">
        <w:r>
          <w:rPr>
            <w:color w:val="175A78"/>
          </w:rPr>
          <w:t>Record 28793968</w:t>
        </w:r>
      </w:hyperlink>
      <w:r>
        <w:t xml:space="preserve">   •   </w:t>
      </w:r>
      <w:hyperlink r:id="rId327">
        <w:r>
          <w:rPr>
            <w:color w:val="175A78"/>
          </w:rPr>
          <w:t>Record 28793991</w:t>
        </w:r>
      </w:hyperlink>
      <w:r>
        <w:t xml:space="preserve">   •   </w:t>
      </w:r>
      <w:hyperlink r:id="rId328">
        <w:r>
          <w:rPr>
            <w:color w:val="175A78"/>
          </w:rPr>
          <w:t>Record 28793973</w:t>
        </w:r>
      </w:hyperlink>
      <w:r>
        <w:t xml:space="preserve">   •   </w:t>
      </w:r>
      <w:hyperlink r:id="rId329">
        <w:r>
          <w:rPr>
            <w:color w:val="175A78"/>
          </w:rPr>
          <w:t>Record 27432076</w:t>
        </w:r>
      </w:hyperlink>
    </w:p>
    <w:p w14:paraId="6EA11B63" w14:textId="77777777" w:rsidR="00040F01" w:rsidRDefault="00492A36">
      <w:pPr>
        <w:keepNext/>
        <w:spacing w:before="120" w:after="60"/>
      </w:pPr>
      <w:r>
        <w:rPr>
          <w:b/>
        </w:rPr>
        <w:t>O08  ClinicoEconomics and Outcomes Research</w:t>
      </w:r>
    </w:p>
    <w:p w14:paraId="35A4A8B1" w14:textId="77777777" w:rsidR="00040F01" w:rsidRDefault="00492A36">
      <w:pPr>
        <w:keepNext/>
        <w:spacing w:after="60"/>
      </w:pPr>
      <w:r>
        <w:rPr>
          <w:sz w:val="20"/>
        </w:rPr>
        <w:t>8 public assertion(s)  |  ISSN 1178-6981. Web of Science Researcher Profiles: 3 assertion(s); Dove Medical Press: 5 assertion(s). These are registry assertions, not necessarily distinct manuscripts or review rounds. Each link below opens one public ORCID API record. Dates are retained as supplied, often year-only.</w:t>
      </w:r>
    </w:p>
    <w:p w14:paraId="08E84E38" w14:textId="77777777" w:rsidR="00040F01" w:rsidRDefault="00492A36">
      <w:hyperlink r:id="rId330">
        <w:r>
          <w:rPr>
            <w:color w:val="175A78"/>
          </w:rPr>
          <w:t>ORCID profile</w:t>
        </w:r>
      </w:hyperlink>
      <w:r>
        <w:t xml:space="preserve">   •   </w:t>
      </w:r>
      <w:hyperlink r:id="rId331">
        <w:r>
          <w:rPr>
            <w:color w:val="175A78"/>
          </w:rPr>
          <w:t>Record 28793964</w:t>
        </w:r>
      </w:hyperlink>
      <w:r>
        <w:t xml:space="preserve">   •   </w:t>
      </w:r>
      <w:hyperlink r:id="rId332">
        <w:r>
          <w:rPr>
            <w:color w:val="175A78"/>
          </w:rPr>
          <w:t>Record 24696005</w:t>
        </w:r>
      </w:hyperlink>
      <w:r>
        <w:t xml:space="preserve">   •   </w:t>
      </w:r>
      <w:hyperlink r:id="rId333">
        <w:r>
          <w:rPr>
            <w:color w:val="175A78"/>
          </w:rPr>
          <w:t>Record 29148613</w:t>
        </w:r>
      </w:hyperlink>
      <w:r>
        <w:t xml:space="preserve">   •   </w:t>
      </w:r>
      <w:hyperlink r:id="rId334">
        <w:r>
          <w:rPr>
            <w:color w:val="175A78"/>
          </w:rPr>
          <w:t>Record 28810577</w:t>
        </w:r>
      </w:hyperlink>
      <w:r>
        <w:t xml:space="preserve">   •   </w:t>
      </w:r>
      <w:hyperlink r:id="rId335">
        <w:r>
          <w:rPr>
            <w:color w:val="175A78"/>
          </w:rPr>
          <w:t>Record 28793982</w:t>
        </w:r>
      </w:hyperlink>
      <w:r>
        <w:t xml:space="preserve">   •   </w:t>
      </w:r>
      <w:hyperlink r:id="rId336">
        <w:r>
          <w:rPr>
            <w:color w:val="175A78"/>
          </w:rPr>
          <w:t>Record 27658797</w:t>
        </w:r>
      </w:hyperlink>
      <w:r>
        <w:t xml:space="preserve">   •   </w:t>
      </w:r>
      <w:hyperlink r:id="rId337">
        <w:r>
          <w:rPr>
            <w:color w:val="175A78"/>
          </w:rPr>
          <w:t>Record 28793959</w:t>
        </w:r>
      </w:hyperlink>
      <w:r>
        <w:t xml:space="preserve">   •   </w:t>
      </w:r>
      <w:hyperlink r:id="rId338">
        <w:r>
          <w:rPr>
            <w:color w:val="175A78"/>
          </w:rPr>
          <w:t>Record 23217025</w:t>
        </w:r>
      </w:hyperlink>
    </w:p>
    <w:p w14:paraId="530D6B7F" w14:textId="77777777" w:rsidR="00040F01" w:rsidRDefault="00492A36">
      <w:pPr>
        <w:keepNext/>
        <w:spacing w:before="120" w:after="60"/>
      </w:pPr>
      <w:r>
        <w:rPr>
          <w:b/>
        </w:rPr>
        <w:t>O09  Patient Preference and Adherence</w:t>
      </w:r>
    </w:p>
    <w:p w14:paraId="44E1C6F8" w14:textId="77777777" w:rsidR="00040F01" w:rsidRDefault="00492A36">
      <w:pPr>
        <w:keepNext/>
        <w:spacing w:after="60"/>
      </w:pPr>
      <w:r>
        <w:rPr>
          <w:sz w:val="20"/>
        </w:rPr>
        <w:t>1 public assertion(s)  |  ISSN 1177-889X. Dove Medical Press: 1 assertion(s). These are registry assertions, not necessarily distinct manuscripts or review rounds. Each link below opens one public ORCID API record. Dates are retained as supplied, often year-only.</w:t>
      </w:r>
    </w:p>
    <w:p w14:paraId="249AFE26" w14:textId="77777777" w:rsidR="00040F01" w:rsidRDefault="00492A36">
      <w:hyperlink r:id="rId339">
        <w:r>
          <w:rPr>
            <w:color w:val="175A78"/>
          </w:rPr>
          <w:t>ORCID profile</w:t>
        </w:r>
      </w:hyperlink>
      <w:r>
        <w:t xml:space="preserve">   •   </w:t>
      </w:r>
      <w:hyperlink r:id="rId340">
        <w:r>
          <w:rPr>
            <w:color w:val="175A78"/>
          </w:rPr>
          <w:t>Record 28958405</w:t>
        </w:r>
      </w:hyperlink>
    </w:p>
    <w:p w14:paraId="6914BA6A" w14:textId="77777777" w:rsidR="00040F01" w:rsidRDefault="00492A36">
      <w:pPr>
        <w:keepNext/>
        <w:spacing w:before="120" w:after="60"/>
      </w:pPr>
      <w:r>
        <w:rPr>
          <w:b/>
        </w:rPr>
        <w:t>O10  Therapeutics and Clinical Risk Management</w:t>
      </w:r>
    </w:p>
    <w:p w14:paraId="5B4060B4" w14:textId="77777777" w:rsidR="00040F01" w:rsidRDefault="00492A36">
      <w:pPr>
        <w:keepNext/>
        <w:spacing w:after="60"/>
      </w:pPr>
      <w:r>
        <w:rPr>
          <w:sz w:val="20"/>
        </w:rPr>
        <w:t>2 public assertion(s)  |  ISSN 1178-203X. Dove Medical Press: 1 assertion(s); Web of Science Researcher Profiles: 1 assertion(s). These are registry assertions, not necessarily distinct manuscripts or review rounds. Each link below opens one public ORCID API record. Dates are retained as supplied, often year-only.</w:t>
      </w:r>
    </w:p>
    <w:p w14:paraId="4FCABE52" w14:textId="77777777" w:rsidR="00040F01" w:rsidRDefault="00492A36">
      <w:hyperlink r:id="rId341">
        <w:r>
          <w:rPr>
            <w:color w:val="175A78"/>
          </w:rPr>
          <w:t>ORCID profile</w:t>
        </w:r>
      </w:hyperlink>
      <w:r>
        <w:t xml:space="preserve">   •   </w:t>
      </w:r>
      <w:hyperlink r:id="rId342">
        <w:r>
          <w:rPr>
            <w:color w:val="175A78"/>
          </w:rPr>
          <w:t>Record 24173770</w:t>
        </w:r>
      </w:hyperlink>
      <w:r>
        <w:t xml:space="preserve">   •   </w:t>
      </w:r>
      <w:hyperlink r:id="rId343">
        <w:r>
          <w:rPr>
            <w:color w:val="175A78"/>
          </w:rPr>
          <w:t>Record 28793965</w:t>
        </w:r>
      </w:hyperlink>
    </w:p>
    <w:p w14:paraId="2FF41CF7" w14:textId="77777777" w:rsidR="00040F01" w:rsidRDefault="00492A36">
      <w:pPr>
        <w:keepNext/>
        <w:spacing w:before="120" w:after="60"/>
      </w:pPr>
      <w:r>
        <w:rPr>
          <w:b/>
        </w:rPr>
        <w:t>O11  Journal of Healthcare Leadership</w:t>
      </w:r>
    </w:p>
    <w:p w14:paraId="43080D04" w14:textId="77777777" w:rsidR="00040F01" w:rsidRDefault="00492A36">
      <w:pPr>
        <w:keepNext/>
        <w:spacing w:after="60"/>
      </w:pPr>
      <w:r>
        <w:rPr>
          <w:sz w:val="20"/>
        </w:rPr>
        <w:t>6 public assertion(s)  |  ISSN 1179-3201. Dove Medical Press: 3 assertion(s); Web of Science Researcher Profiles: 3 assertion(s). These are registry assertions, not necessarily distinct manuscripts or review rounds. Each link below opens one public ORCID API record. Dates are retained as supplied, often year-only.</w:t>
      </w:r>
    </w:p>
    <w:p w14:paraId="26E831C4" w14:textId="77777777" w:rsidR="00040F01" w:rsidRDefault="00492A36">
      <w:hyperlink r:id="rId344">
        <w:r>
          <w:rPr>
            <w:color w:val="175A78"/>
          </w:rPr>
          <w:t>ORCID profile</w:t>
        </w:r>
      </w:hyperlink>
      <w:r>
        <w:t xml:space="preserve">   •   </w:t>
      </w:r>
      <w:hyperlink r:id="rId345">
        <w:r>
          <w:rPr>
            <w:color w:val="175A78"/>
          </w:rPr>
          <w:t>Record 27061734</w:t>
        </w:r>
      </w:hyperlink>
      <w:r>
        <w:t xml:space="preserve">   •   </w:t>
      </w:r>
      <w:hyperlink r:id="rId346">
        <w:r>
          <w:rPr>
            <w:color w:val="175A78"/>
          </w:rPr>
          <w:t>Record 28793972</w:t>
        </w:r>
      </w:hyperlink>
      <w:r>
        <w:t xml:space="preserve">   •   </w:t>
      </w:r>
      <w:hyperlink r:id="rId347">
        <w:r>
          <w:rPr>
            <w:color w:val="175A78"/>
          </w:rPr>
          <w:t>Record 28793962</w:t>
        </w:r>
      </w:hyperlink>
      <w:r>
        <w:t xml:space="preserve">   •   </w:t>
      </w:r>
      <w:hyperlink r:id="rId348">
        <w:r>
          <w:rPr>
            <w:color w:val="175A78"/>
          </w:rPr>
          <w:t>Record 26251956</w:t>
        </w:r>
      </w:hyperlink>
      <w:r>
        <w:t xml:space="preserve">   •   </w:t>
      </w:r>
      <w:hyperlink r:id="rId349">
        <w:r>
          <w:rPr>
            <w:color w:val="175A78"/>
          </w:rPr>
          <w:t>Record 25980212</w:t>
        </w:r>
      </w:hyperlink>
      <w:r>
        <w:t xml:space="preserve">   •   </w:t>
      </w:r>
      <w:hyperlink r:id="rId350">
        <w:r>
          <w:rPr>
            <w:color w:val="175A78"/>
          </w:rPr>
          <w:t>Record 28793966</w:t>
        </w:r>
      </w:hyperlink>
    </w:p>
    <w:p w14:paraId="34C9E17A" w14:textId="77777777" w:rsidR="00040F01" w:rsidRDefault="00492A36">
      <w:r>
        <w:br w:type="page"/>
      </w:r>
    </w:p>
    <w:p w14:paraId="3FDBE4C7" w14:textId="77777777" w:rsidR="00040F01" w:rsidRDefault="00492A36">
      <w:pPr>
        <w:keepNext/>
        <w:spacing w:before="120" w:after="60"/>
      </w:pPr>
      <w:r>
        <w:rPr>
          <w:b/>
        </w:rPr>
        <w:t>O12  Open Access Emergency Medicine</w:t>
      </w:r>
    </w:p>
    <w:p w14:paraId="71E48FDD" w14:textId="77777777" w:rsidR="00040F01" w:rsidRDefault="00492A36">
      <w:pPr>
        <w:keepNext/>
        <w:spacing w:after="60"/>
      </w:pPr>
      <w:r>
        <w:rPr>
          <w:sz w:val="20"/>
        </w:rPr>
        <w:t>2 public assertion(s)  |  ISSN 1179-1500. Web of Science Researcher Profiles: 1 assertion(s); Dove Medical Press: 1 assertion(s). These are registry assertions, not necessarily distinct manuscripts or review rounds. Each link below opens one public ORCID API record. Dates are retained as supplied, often year-only.</w:t>
      </w:r>
    </w:p>
    <w:p w14:paraId="68700EDD" w14:textId="77777777" w:rsidR="00040F01" w:rsidRDefault="00492A36">
      <w:hyperlink r:id="rId351">
        <w:r>
          <w:rPr>
            <w:color w:val="175A78"/>
          </w:rPr>
          <w:t>ORCID profile</w:t>
        </w:r>
      </w:hyperlink>
      <w:r>
        <w:t xml:space="preserve">   •   </w:t>
      </w:r>
      <w:hyperlink r:id="rId352">
        <w:r>
          <w:rPr>
            <w:color w:val="175A78"/>
          </w:rPr>
          <w:t>Record 28793977</w:t>
        </w:r>
      </w:hyperlink>
      <w:r>
        <w:t xml:space="preserve">   •   </w:t>
      </w:r>
      <w:hyperlink r:id="rId353">
        <w:r>
          <w:rPr>
            <w:color w:val="175A78"/>
          </w:rPr>
          <w:t>Record 26541389</w:t>
        </w:r>
      </w:hyperlink>
    </w:p>
    <w:p w14:paraId="2DF71E9C" w14:textId="77777777" w:rsidR="00040F01" w:rsidRDefault="00492A36">
      <w:pPr>
        <w:keepNext/>
        <w:spacing w:before="120" w:after="60"/>
      </w:pPr>
      <w:r>
        <w:rPr>
          <w:b/>
        </w:rPr>
        <w:t>O13  Breast Cancer: Targets and Therapy</w:t>
      </w:r>
    </w:p>
    <w:p w14:paraId="7C5E16D7" w14:textId="77777777" w:rsidR="00040F01" w:rsidRDefault="00492A36">
      <w:pPr>
        <w:keepNext/>
        <w:spacing w:after="60"/>
      </w:pPr>
      <w:r>
        <w:rPr>
          <w:sz w:val="20"/>
        </w:rPr>
        <w:t>2 public assertion(s)  |  ISSN 1179-1314. Web of Science Researcher Profiles: 1 assertion(s); Dove Medical Press: 1 assertion(s). These are registry assertions, not necessarily distinct manuscripts or review rounds. Each link below opens one public ORCID API record. Dates are retained as supplied, often year-only.</w:t>
      </w:r>
    </w:p>
    <w:p w14:paraId="409F43F2" w14:textId="77777777" w:rsidR="00040F01" w:rsidRDefault="00492A36">
      <w:hyperlink r:id="rId354">
        <w:r>
          <w:rPr>
            <w:color w:val="175A78"/>
          </w:rPr>
          <w:t>ORCID profile</w:t>
        </w:r>
      </w:hyperlink>
      <w:r>
        <w:t xml:space="preserve">   •   </w:t>
      </w:r>
      <w:hyperlink r:id="rId355">
        <w:r>
          <w:rPr>
            <w:color w:val="175A78"/>
          </w:rPr>
          <w:t>Record 28793955</w:t>
        </w:r>
      </w:hyperlink>
      <w:r>
        <w:t xml:space="preserve">   •   </w:t>
      </w:r>
      <w:hyperlink r:id="rId356">
        <w:r>
          <w:rPr>
            <w:color w:val="175A78"/>
          </w:rPr>
          <w:t>Record 26744744</w:t>
        </w:r>
      </w:hyperlink>
    </w:p>
    <w:p w14:paraId="38FE6EE9" w14:textId="77777777" w:rsidR="00040F01" w:rsidRDefault="00492A36">
      <w:pPr>
        <w:keepNext/>
        <w:spacing w:before="120" w:after="60"/>
      </w:pPr>
      <w:r>
        <w:rPr>
          <w:b/>
        </w:rPr>
        <w:t>O14  Research and Reports in Urology</w:t>
      </w:r>
    </w:p>
    <w:p w14:paraId="13F1ABE0" w14:textId="77777777" w:rsidR="00040F01" w:rsidRDefault="00492A36">
      <w:pPr>
        <w:keepNext/>
        <w:spacing w:after="60"/>
      </w:pPr>
      <w:r>
        <w:rPr>
          <w:sz w:val="20"/>
        </w:rPr>
        <w:t>2 public assertion(s)  |  ISSN 2253-2447. Web of Science Researcher Profiles: 1 assertion(s); Dove Medical Press: 1 assertion(s). These are registry assertions, not necessarily distinct manuscripts or review rounds. Each link below opens one public ORCID API record. Dates are retained as supplied, often year-only.</w:t>
      </w:r>
    </w:p>
    <w:p w14:paraId="395B71F0" w14:textId="77777777" w:rsidR="00040F01" w:rsidRDefault="00492A36">
      <w:hyperlink r:id="rId357">
        <w:r>
          <w:rPr>
            <w:color w:val="175A78"/>
          </w:rPr>
          <w:t>ORCID profile</w:t>
        </w:r>
      </w:hyperlink>
      <w:r>
        <w:t xml:space="preserve">   •   </w:t>
      </w:r>
      <w:hyperlink r:id="rId358">
        <w:r>
          <w:rPr>
            <w:color w:val="175A78"/>
          </w:rPr>
          <w:t>Record 28793970</w:t>
        </w:r>
      </w:hyperlink>
      <w:r>
        <w:t xml:space="preserve">   •   </w:t>
      </w:r>
      <w:hyperlink r:id="rId359">
        <w:r>
          <w:rPr>
            <w:color w:val="175A78"/>
          </w:rPr>
          <w:t>Record 27137020</w:t>
        </w:r>
      </w:hyperlink>
    </w:p>
    <w:p w14:paraId="042EDB8F" w14:textId="77777777" w:rsidR="00040F01" w:rsidRDefault="00492A36">
      <w:pPr>
        <w:keepNext/>
        <w:spacing w:before="120" w:after="60"/>
      </w:pPr>
      <w:r>
        <w:rPr>
          <w:b/>
        </w:rPr>
        <w:t>O15  Value in Health Regional Issues</w:t>
      </w:r>
    </w:p>
    <w:p w14:paraId="14A9A87C" w14:textId="77777777" w:rsidR="00040F01" w:rsidRDefault="00492A36">
      <w:pPr>
        <w:keepNext/>
        <w:spacing w:after="60"/>
      </w:pPr>
      <w:r>
        <w:rPr>
          <w:sz w:val="20"/>
        </w:rPr>
        <w:t>1 public assertion(s)  |  ISSN 1878-3503. Web of Science Researcher Profiles: 1 assertion(s). These are registry assertions, not necessarily distinct manuscripts or review rounds. Each link below opens one public ORCID API record. Dates are retained as supplied, often year-only.</w:t>
      </w:r>
    </w:p>
    <w:p w14:paraId="4BB164FA" w14:textId="77777777" w:rsidR="00040F01" w:rsidRDefault="00492A36">
      <w:hyperlink r:id="rId360">
        <w:r>
          <w:rPr>
            <w:color w:val="175A78"/>
          </w:rPr>
          <w:t>ORCID profile</w:t>
        </w:r>
      </w:hyperlink>
      <w:r>
        <w:t xml:space="preserve">   •   </w:t>
      </w:r>
      <w:hyperlink r:id="rId361">
        <w:r>
          <w:rPr>
            <w:color w:val="175A78"/>
          </w:rPr>
          <w:t>Record 28793969</w:t>
        </w:r>
      </w:hyperlink>
    </w:p>
    <w:p w14:paraId="6F7BB30B" w14:textId="77777777" w:rsidR="00040F01" w:rsidRDefault="00492A36">
      <w:pPr>
        <w:keepNext/>
        <w:spacing w:before="120" w:after="60"/>
      </w:pPr>
      <w:r>
        <w:rPr>
          <w:b/>
        </w:rPr>
        <w:t>O16  Transactions of the Royal Society of Tropical Medicine and Hygiene</w:t>
      </w:r>
    </w:p>
    <w:p w14:paraId="7790A03C" w14:textId="77777777" w:rsidR="00040F01" w:rsidRDefault="00492A36">
      <w:pPr>
        <w:keepNext/>
        <w:spacing w:after="60"/>
      </w:pPr>
      <w:r>
        <w:rPr>
          <w:sz w:val="20"/>
        </w:rPr>
        <w:t>7 public assertion(s)  |  ISSN 0035-9203. Oxford University Press - Editorial Manager: 7 assertion(s). These are registry assertions, not necessarily distinct manuscripts or review rounds. Each link below opens one public ORCID API record. Dates are retained as supplied, often year-only.</w:t>
      </w:r>
    </w:p>
    <w:p w14:paraId="02600594" w14:textId="77777777" w:rsidR="00040F01" w:rsidRDefault="00492A36">
      <w:hyperlink r:id="rId362">
        <w:r>
          <w:rPr>
            <w:color w:val="175A78"/>
          </w:rPr>
          <w:t>ORCID profile</w:t>
        </w:r>
      </w:hyperlink>
      <w:r>
        <w:t xml:space="preserve">   •   </w:t>
      </w:r>
      <w:hyperlink r:id="rId363">
        <w:r>
          <w:rPr>
            <w:color w:val="175A78"/>
          </w:rPr>
          <w:t>Record 28903871</w:t>
        </w:r>
      </w:hyperlink>
      <w:r>
        <w:t xml:space="preserve">   •   </w:t>
      </w:r>
      <w:hyperlink r:id="rId364">
        <w:r>
          <w:rPr>
            <w:color w:val="175A78"/>
          </w:rPr>
          <w:t>Record 28420184</w:t>
        </w:r>
      </w:hyperlink>
      <w:r>
        <w:t xml:space="preserve">   •   </w:t>
      </w:r>
      <w:hyperlink r:id="rId365">
        <w:r>
          <w:rPr>
            <w:color w:val="175A78"/>
          </w:rPr>
          <w:t>Record 27661387</w:t>
        </w:r>
      </w:hyperlink>
      <w:r>
        <w:t xml:space="preserve">   •   </w:t>
      </w:r>
      <w:hyperlink r:id="rId366">
        <w:r>
          <w:rPr>
            <w:color w:val="175A78"/>
          </w:rPr>
          <w:t>Record 27570829</w:t>
        </w:r>
      </w:hyperlink>
      <w:r>
        <w:t xml:space="preserve">   •   </w:t>
      </w:r>
      <w:hyperlink r:id="rId367">
        <w:r>
          <w:rPr>
            <w:color w:val="175A78"/>
          </w:rPr>
          <w:t>Record 26067508</w:t>
        </w:r>
      </w:hyperlink>
      <w:r>
        <w:t xml:space="preserve">   •   </w:t>
      </w:r>
      <w:hyperlink r:id="rId368">
        <w:r>
          <w:rPr>
            <w:color w:val="175A78"/>
          </w:rPr>
          <w:t>Record 21437962</w:t>
        </w:r>
      </w:hyperlink>
      <w:r>
        <w:t xml:space="preserve">   •   </w:t>
      </w:r>
      <w:hyperlink r:id="rId369">
        <w:r>
          <w:rPr>
            <w:color w:val="175A78"/>
          </w:rPr>
          <w:t>Record 19496454</w:t>
        </w:r>
      </w:hyperlink>
    </w:p>
    <w:p w14:paraId="51D5C066" w14:textId="7605B8D1" w:rsidR="00040F01" w:rsidRDefault="00492A36" w:rsidP="00BF0416">
      <w:r>
        <w:br w:type="page"/>
      </w:r>
    </w:p>
    <w:sectPr w:rsidR="00040F01" w:rsidSect="00034616">
      <w:headerReference w:type="default" r:id="rId370"/>
      <w:footerReference w:type="default" r:id="rId371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6F9F19" w14:textId="77777777" w:rsidR="00492A36" w:rsidRDefault="00492A36">
      <w:pPr>
        <w:spacing w:after="0" w:line="240" w:lineRule="auto"/>
      </w:pPr>
      <w:r>
        <w:separator/>
      </w:r>
    </w:p>
  </w:endnote>
  <w:endnote w:type="continuationSeparator" w:id="0">
    <w:p w14:paraId="2C38F0A5" w14:textId="77777777" w:rsidR="00492A36" w:rsidRDefault="00492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7ED4E2" w14:textId="77777777" w:rsidR="00040F01" w:rsidRDefault="00492A36">
    <w:pPr>
      <w:pStyle w:val="Footer"/>
    </w:pPr>
    <w:r>
      <w:rPr>
        <w:sz w:val="16"/>
      </w:rPr>
      <w:t>RESEARCH CATALOGUE  •  8 OCTOBER 2026</w:t>
    </w:r>
    <w:r>
      <w:t xml:space="preserve">        PAGE </w:t>
    </w: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04D19D" w14:textId="77777777" w:rsidR="00492A36" w:rsidRDefault="00492A36">
      <w:pPr>
        <w:spacing w:after="0" w:line="240" w:lineRule="auto"/>
      </w:pPr>
      <w:r>
        <w:separator/>
      </w:r>
    </w:p>
  </w:footnote>
  <w:footnote w:type="continuationSeparator" w:id="0">
    <w:p w14:paraId="7929F478" w14:textId="77777777" w:rsidR="00492A36" w:rsidRDefault="00492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911A7D" w14:textId="77777777" w:rsidR="00040F01" w:rsidRDefault="00492A36">
    <w:pPr>
      <w:pStyle w:val="Header"/>
    </w:pPr>
    <w:r>
      <w:rPr>
        <w:sz w:val="16"/>
      </w:rPr>
      <w:t>DR ABDULRAZAQ YUSUF AHMED  /  PUBLIC WORK &amp; COVERAGE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4342134">
    <w:abstractNumId w:val="8"/>
  </w:num>
  <w:num w:numId="2" w16cid:durableId="2016612837">
    <w:abstractNumId w:val="6"/>
  </w:num>
  <w:num w:numId="3" w16cid:durableId="131873409">
    <w:abstractNumId w:val="5"/>
  </w:num>
  <w:num w:numId="4" w16cid:durableId="1016924801">
    <w:abstractNumId w:val="4"/>
  </w:num>
  <w:num w:numId="5" w16cid:durableId="1244878756">
    <w:abstractNumId w:val="7"/>
  </w:num>
  <w:num w:numId="6" w16cid:durableId="278491056">
    <w:abstractNumId w:val="3"/>
  </w:num>
  <w:num w:numId="7" w16cid:durableId="1128083349">
    <w:abstractNumId w:val="2"/>
  </w:num>
  <w:num w:numId="8" w16cid:durableId="14623249">
    <w:abstractNumId w:val="1"/>
  </w:num>
  <w:num w:numId="9" w16cid:durableId="19246848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32"/>
  <w:proofState w:spelling="clean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0F01"/>
    <w:rsid w:val="0006063C"/>
    <w:rsid w:val="0013286A"/>
    <w:rsid w:val="0015074B"/>
    <w:rsid w:val="00152078"/>
    <w:rsid w:val="00155E88"/>
    <w:rsid w:val="0029639D"/>
    <w:rsid w:val="002A40BB"/>
    <w:rsid w:val="0032089E"/>
    <w:rsid w:val="00326F90"/>
    <w:rsid w:val="00356A60"/>
    <w:rsid w:val="00456FCA"/>
    <w:rsid w:val="00492A36"/>
    <w:rsid w:val="004A73DF"/>
    <w:rsid w:val="007742E9"/>
    <w:rsid w:val="00823323"/>
    <w:rsid w:val="009E22E5"/>
    <w:rsid w:val="00AA1D8D"/>
    <w:rsid w:val="00AF113B"/>
    <w:rsid w:val="00B47730"/>
    <w:rsid w:val="00BF0416"/>
    <w:rsid w:val="00C05662"/>
    <w:rsid w:val="00C971D1"/>
    <w:rsid w:val="00CB0664"/>
    <w:rsid w:val="00CD6E3F"/>
    <w:rsid w:val="00E16231"/>
    <w:rsid w:val="00E3075F"/>
    <w:rsid w:val="00E96DB7"/>
    <w:rsid w:val="00FC65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83DBBE"/>
  <w14:defaultImageDpi w14:val="300"/>
  <w15:docId w15:val="{B683AAB2-D885-7B40-BF25-00F87D80B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80"/>
      <w:outlineLvl w:val="0"/>
    </w:pPr>
    <w:rPr>
      <w:rFonts w:asciiTheme="majorHAnsi" w:eastAsiaTheme="majorEastAsia" w:hAnsiTheme="majorHAnsi" w:cstheme="majorBidi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rlaadimedia.com/2026/09/29/somalia-secures-five-year-role-in-international-healthcare-quality-leadership/" TargetMode="External"/><Relationship Id="rId299" Type="http://schemas.openxmlformats.org/officeDocument/2006/relationships/hyperlink" Target="https://pub.orcid.org/v3.0/0000-0002-6985-1087/peer-review/27512976" TargetMode="External"/><Relationship Id="rId21" Type="http://schemas.openxmlformats.org/officeDocument/2006/relationships/hyperlink" Target="https://hspublishing.org/ASSM/article/view/1056" TargetMode="External"/><Relationship Id="rId63" Type="http://schemas.openxmlformats.org/officeDocument/2006/relationships/hyperlink" Target="https://pub.orcid.org/v3.0/0000-0002-6985-1087/works" TargetMode="External"/><Relationship Id="rId159" Type="http://schemas.openxmlformats.org/officeDocument/2006/relationships/hyperlink" Target="https://pubmed.ncbi.nlm.nih.gov/38098603/" TargetMode="External"/><Relationship Id="rId324" Type="http://schemas.openxmlformats.org/officeDocument/2006/relationships/hyperlink" Target="https://pub.orcid.org/v3.0/0000-0002-6985-1087/peer-review/28578679" TargetMode="External"/><Relationship Id="rId366" Type="http://schemas.openxmlformats.org/officeDocument/2006/relationships/hyperlink" Target="https://pub.orcid.org/v3.0/0000-0002-6985-1087/peer-review/27570829" TargetMode="External"/><Relationship Id="rId170" Type="http://schemas.openxmlformats.org/officeDocument/2006/relationships/hyperlink" Target="https://nontonwae.pages.dev/somali/articles/cvgd7del34jo" TargetMode="External"/><Relationship Id="rId226" Type="http://schemas.openxmlformats.org/officeDocument/2006/relationships/hyperlink" Target="https://drjalaaludiin.com/academic-contributions/" TargetMode="External"/><Relationship Id="rId268" Type="http://schemas.openxmlformats.org/officeDocument/2006/relationships/hyperlink" Target="https://drjalaal.substack.com/p/903" TargetMode="External"/><Relationship Id="rId32" Type="http://schemas.openxmlformats.org/officeDocument/2006/relationships/hyperlink" Target="https://ajdm.altamash.edu.pk/index.php/ojs3/article/download/17/13/270" TargetMode="External"/><Relationship Id="rId74" Type="http://schemas.openxmlformats.org/officeDocument/2006/relationships/hyperlink" Target="https://medium.com/drjalaal-thoughts/from-the-frontlines-to-the-foundations-a-deeper-look-at-resilient-leadership-d19d8a19f31b" TargetMode="External"/><Relationship Id="rId128" Type="http://schemas.openxmlformats.org/officeDocument/2006/relationships/hyperlink" Target="https://24.ae/article/392126/" TargetMode="External"/><Relationship Id="rId335" Type="http://schemas.openxmlformats.org/officeDocument/2006/relationships/hyperlink" Target="https://pub.orcid.org/v3.0/0000-0002-6985-1087/peer-review/28793982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www.rstmh.org/dr-abdirizak-yusuf-ahmed" TargetMode="External"/><Relationship Id="rId237" Type="http://schemas.openxmlformats.org/officeDocument/2006/relationships/hyperlink" Target="https://drjalaaludiin.com/expertise/health-workforce/" TargetMode="External"/><Relationship Id="rId279" Type="http://schemas.openxmlformats.org/officeDocument/2006/relationships/hyperlink" Target="https://www.jerrj.com/editorial-board" TargetMode="External"/><Relationship Id="rId43" Type="http://schemas.openxmlformats.org/officeDocument/2006/relationships/hyperlink" Target="https://www.researchgate.net/publication/400259183_Mental_Health_is_Universal_Health_Coverage_Somalia%27s_Hardest_Test_and_Its_Biggest_Opportunity" TargetMode="External"/><Relationship Id="rId139" Type="http://schemas.openxmlformats.org/officeDocument/2006/relationships/hyperlink" Target="https://so.linkedin.com/company/v4hsomalia" TargetMode="External"/><Relationship Id="rId290" Type="http://schemas.openxmlformats.org/officeDocument/2006/relationships/hyperlink" Target="https://orcid.org/0000-0002-6985-1087" TargetMode="External"/><Relationship Id="rId304" Type="http://schemas.openxmlformats.org/officeDocument/2006/relationships/hyperlink" Target="https://pub.orcid.org/v3.0/0000-0002-6985-1087/peer-review/28831370" TargetMode="External"/><Relationship Id="rId346" Type="http://schemas.openxmlformats.org/officeDocument/2006/relationships/hyperlink" Target="https://pub.orcid.org/v3.0/0000-0002-6985-1087/peer-review/28793972" TargetMode="External"/><Relationship Id="rId85" Type="http://schemas.openxmlformats.org/officeDocument/2006/relationships/hyperlink" Target="https://riyaadaacademy.com/peacebuilding-beyond-agreements-building-democratic-institutions-from-the-community/" TargetMode="External"/><Relationship Id="rId150" Type="http://schemas.openxmlformats.org/officeDocument/2006/relationships/hyperlink" Target="https://www.youtube.com/watch?v=DV5qUYumJo4" TargetMode="External"/><Relationship Id="rId192" Type="http://schemas.openxmlformats.org/officeDocument/2006/relationships/hyperlink" Target="https://loop.frontiersin.org/people/3055193/overview" TargetMode="External"/><Relationship Id="rId206" Type="http://schemas.openxmlformats.org/officeDocument/2006/relationships/hyperlink" Target="https://www.instagram.com/drjalaal/" TargetMode="External"/><Relationship Id="rId248" Type="http://schemas.openxmlformats.org/officeDocument/2006/relationships/hyperlink" Target="https://drjalaaludiin.com/publications/" TargetMode="External"/><Relationship Id="rId12" Type="http://schemas.openxmlformats.org/officeDocument/2006/relationships/hyperlink" Target="https://www.scirp.net/journal/paperinformation?paperid=113093" TargetMode="External"/><Relationship Id="rId108" Type="http://schemas.openxmlformats.org/officeDocument/2006/relationships/hyperlink" Target="https://www.emro.who.int/fr/somalia/news/Page-38-4.html?layout=who_emro%3Anews" TargetMode="External"/><Relationship Id="rId315" Type="http://schemas.openxmlformats.org/officeDocument/2006/relationships/hyperlink" Target="https://pub.orcid.org/v3.0/0000-0002-6985-1087/peer-review/28793956" TargetMode="External"/><Relationship Id="rId357" Type="http://schemas.openxmlformats.org/officeDocument/2006/relationships/hyperlink" Target="https://orcid.org/0000-0002-6985-1087" TargetMode="External"/><Relationship Id="rId54" Type="http://schemas.openxmlformats.org/officeDocument/2006/relationships/hyperlink" Target="https://bu.edu.so/TMID%20experts%20are%20crucial%20in%20improving%20Somalia%E2%80%99s%20readiness%20for%20infectious%20diseases%5E.pdf" TargetMode="External"/><Relationship Id="rId96" Type="http://schemas.openxmlformats.org/officeDocument/2006/relationships/hyperlink" Target="https://drjalaal.blogspot.com/2026/05/blog-post.html" TargetMode="External"/><Relationship Id="rId161" Type="http://schemas.openxmlformats.org/officeDocument/2006/relationships/hyperlink" Target="https://www.bbc.com/somali/articles/c880v0m78n5o" TargetMode="External"/><Relationship Id="rId217" Type="http://schemas.openxmlformats.org/officeDocument/2006/relationships/hyperlink" Target="https://github.com/drjalaal/ror-updates" TargetMode="External"/><Relationship Id="rId259" Type="http://schemas.openxmlformats.org/officeDocument/2006/relationships/hyperlink" Target="https://riyaadaacademy.com/academic-and-professional-programme-catalogue/" TargetMode="External"/><Relationship Id="rId23" Type="http://schemas.openxmlformats.org/officeDocument/2006/relationships/hyperlink" Target="https://doi.org/10.17352/apt.000066" TargetMode="External"/><Relationship Id="rId119" Type="http://schemas.openxmlformats.org/officeDocument/2006/relationships/hyperlink" Target="https://shia.gov.so/news/public-information-website-launched" TargetMode="External"/><Relationship Id="rId270" Type="http://schemas.openxmlformats.org/officeDocument/2006/relationships/hyperlink" Target="https://drjalaal.substack.com/p/813" TargetMode="External"/><Relationship Id="rId326" Type="http://schemas.openxmlformats.org/officeDocument/2006/relationships/hyperlink" Target="https://pub.orcid.org/v3.0/0000-0002-6985-1087/peer-review/28793968" TargetMode="External"/><Relationship Id="rId65" Type="http://schemas.openxmlformats.org/officeDocument/2006/relationships/hyperlink" Target="https://www.slideshare.net/slideshow/presentation-strengthening-health-information-systems-pptx-pptx/282182598" TargetMode="External"/><Relationship Id="rId130" Type="http://schemas.openxmlformats.org/officeDocument/2006/relationships/hyperlink" Target="https://www.facebook.com/Sohaawards/posts/flashbacks-winner-of-best-public-health-research-policy-impact-award-2025-dr-abd/1391865443077875/" TargetMode="External"/><Relationship Id="rId368" Type="http://schemas.openxmlformats.org/officeDocument/2006/relationships/hyperlink" Target="https://pub.orcid.org/v3.0/0000-0002-6985-1087/peer-review/21437962" TargetMode="External"/><Relationship Id="rId172" Type="http://schemas.openxmlformats.org/officeDocument/2006/relationships/hyperlink" Target="https://nontonwae.pages.dev/somali/articles/cdxyxjr4n1qo" TargetMode="External"/><Relationship Id="rId228" Type="http://schemas.openxmlformats.org/officeDocument/2006/relationships/hyperlink" Target="https://drjalaaludiin.com/research/publications/community-workforce-digital-accountability/" TargetMode="External"/><Relationship Id="rId281" Type="http://schemas.openxmlformats.org/officeDocument/2006/relationships/hyperlink" Target="https://www.f6publishing.com/Forms/Main/Default.aspx" TargetMode="External"/><Relationship Id="rId337" Type="http://schemas.openxmlformats.org/officeDocument/2006/relationships/hyperlink" Target="https://pub.orcid.org/v3.0/0000-0002-6985-1087/peer-review/28793959" TargetMode="External"/><Relationship Id="rId34" Type="http://schemas.openxmlformats.org/officeDocument/2006/relationships/hyperlink" Target="https://scirp.org/journal/paperinformation?paperid=129471" TargetMode="External"/><Relationship Id="rId76" Type="http://schemas.openxmlformats.org/officeDocument/2006/relationships/hyperlink" Target="https://medium.com/drjalaal-thoughts/leap-of-faith-between-despair-and-destiny-174bbcb77914" TargetMode="External"/><Relationship Id="rId141" Type="http://schemas.openxmlformats.org/officeDocument/2006/relationships/hyperlink" Target="https://onlinelibrary.wiley.com/doi/full/10.1002/puh2.70299" TargetMode="External"/><Relationship Id="rId7" Type="http://schemas.openxmlformats.org/officeDocument/2006/relationships/endnotes" Target="endnotes.xml"/><Relationship Id="rId183" Type="http://schemas.openxmlformats.org/officeDocument/2006/relationships/hyperlink" Target="https://paiu.fr/dr-abdulrazaq-yusuf-ahmed/" TargetMode="External"/><Relationship Id="rId239" Type="http://schemas.openxmlformats.org/officeDocument/2006/relationships/hyperlink" Target="https://drjalaaludiin.com/expertise/hospital-governance-quality/" TargetMode="External"/><Relationship Id="rId250" Type="http://schemas.openxmlformats.org/officeDocument/2006/relationships/hyperlink" Target="https://drjalaaludiin.com/about/" TargetMode="External"/><Relationship Id="rId292" Type="http://schemas.openxmlformats.org/officeDocument/2006/relationships/hyperlink" Target="https://pub.orcid.org/v3.0/0000-0002-6985-1087/peer-review/29011109" TargetMode="External"/><Relationship Id="rId306" Type="http://schemas.openxmlformats.org/officeDocument/2006/relationships/hyperlink" Target="https://pub.orcid.org/v3.0/0000-0002-6985-1087/peer-review/28793985" TargetMode="External"/><Relationship Id="rId45" Type="http://schemas.openxmlformats.org/officeDocument/2006/relationships/hyperlink" Target="https://www.researchgate.net/publication/396421380_From_the_Frontlines_to_the_Foundations_A_Deeper_Look_at_Resilient_Leadership" TargetMode="External"/><Relationship Id="rId87" Type="http://schemas.openxmlformats.org/officeDocument/2006/relationships/hyperlink" Target="https://riyaadaacademy.com/who-suffers-most/" TargetMode="External"/><Relationship Id="rId110" Type="http://schemas.openxmlformats.org/officeDocument/2006/relationships/hyperlink" Target="https://wardoon.net/so/dr-jalaaludiin-oo-loomagacaabay-agaasime-cusub-oo-isbital-martiini/" TargetMode="External"/><Relationship Id="rId348" Type="http://schemas.openxmlformats.org/officeDocument/2006/relationships/hyperlink" Target="https://pub.orcid.org/v3.0/0000-0002-6985-1087/peer-review/26251956" TargetMode="External"/><Relationship Id="rId152" Type="http://schemas.openxmlformats.org/officeDocument/2006/relationships/hyperlink" Target="https://www.facebook.com/MoHSomalia/videos/agaasimaha-isbitaalka-demartiino-dr-cabdirisaaq-yuusuf-axmed-jalaaludiin/1047092756314174/" TargetMode="External"/><Relationship Id="rId194" Type="http://schemas.openxmlformats.org/officeDocument/2006/relationships/hyperlink" Target="https://scispace.com/authors/abdirizak-yusuf-ahmed-3sdkx4y3ry" TargetMode="External"/><Relationship Id="rId208" Type="http://schemas.openxmlformats.org/officeDocument/2006/relationships/hyperlink" Target="https://drjalaal.substack.com/" TargetMode="External"/><Relationship Id="rId261" Type="http://schemas.openxmlformats.org/officeDocument/2006/relationships/hyperlink" Target="https://riyaadaacademy.com/academic-professional-programme-catalogue-2026-2027/" TargetMode="External"/><Relationship Id="rId14" Type="http://schemas.openxmlformats.org/officeDocument/2006/relationships/hyperlink" Target="https://pmc.ncbi.nlm.nih.gov/articles/PMC8929409/" TargetMode="External"/><Relationship Id="rId56" Type="http://schemas.openxmlformats.org/officeDocument/2006/relationships/hyperlink" Target="https://sonna.so/en/wp-content/uploads/2024/07/Performance-and-Challenges-of-De-Martino-Public-Hospital-in-the-Last-Six-Months.pdf" TargetMode="External"/><Relationship Id="rId317" Type="http://schemas.openxmlformats.org/officeDocument/2006/relationships/hyperlink" Target="https://pub.orcid.org/v3.0/0000-0002-6985-1087/peer-review/26951021" TargetMode="External"/><Relationship Id="rId359" Type="http://schemas.openxmlformats.org/officeDocument/2006/relationships/hyperlink" Target="https://pub.orcid.org/v3.0/0000-0002-6985-1087/peer-review/27137020" TargetMode="External"/><Relationship Id="rId98" Type="http://schemas.openxmlformats.org/officeDocument/2006/relationships/hyperlink" Target="https://riyaadaacademy.com/validity-digital-responsibility-and-the-community-health-workforce-in-fragile-contexts-governance-innovations-and-health-service-performance-in-somalia/" TargetMode="External"/><Relationship Id="rId121" Type="http://schemas.openxmlformats.org/officeDocument/2006/relationships/hyperlink" Target="https://www.aljazeera.net/amp/politics/2020/5/5/%D9%81%D9%8A%D8%B1%D9%88%D8%B3-%D9%83%D9%88%D8%B1%D9%88%D9%86%D8%A7-%D8%A7%D9%84%D8%B5%D9%88%D9%85%D8%A7%D9%84" TargetMode="External"/><Relationship Id="rId163" Type="http://schemas.openxmlformats.org/officeDocument/2006/relationships/hyperlink" Target="https://link.springer.com/article/10.1186/s12913-026-15003-1" TargetMode="External"/><Relationship Id="rId219" Type="http://schemas.openxmlformats.org/officeDocument/2006/relationships/hyperlink" Target="https://www.linkedin.com/posts/drjalaal_from-emergency-response-to-system-reform-activity-7497975913934929920-82yK" TargetMode="External"/><Relationship Id="rId370" Type="http://schemas.openxmlformats.org/officeDocument/2006/relationships/header" Target="header1.xml"/><Relationship Id="rId230" Type="http://schemas.openxmlformats.org/officeDocument/2006/relationships/hyperlink" Target="https://drjalaaludiin.com/research/" TargetMode="External"/><Relationship Id="rId25" Type="http://schemas.openxmlformats.org/officeDocument/2006/relationships/hyperlink" Target="https://academic.oup.com/ijcoms/article/6/1/lyag007/8537930" TargetMode="External"/><Relationship Id="rId67" Type="http://schemas.openxmlformats.org/officeDocument/2006/relationships/hyperlink" Target="https://riyaadaacademy.com/wp-content/uploads/2026/10/The-Future-of-Healthcare-in-Somalia-2.pdf" TargetMode="External"/><Relationship Id="rId272" Type="http://schemas.openxmlformats.org/officeDocument/2006/relationships/hyperlink" Target="https://drjalaal.substack.com/p/the-man-who-never-left" TargetMode="External"/><Relationship Id="rId328" Type="http://schemas.openxmlformats.org/officeDocument/2006/relationships/hyperlink" Target="https://pub.orcid.org/v3.0/0000-0002-6985-1087/peer-review/28793973" TargetMode="External"/><Relationship Id="rId132" Type="http://schemas.openxmlformats.org/officeDocument/2006/relationships/hyperlink" Target="https://www.facebook.com/MoHSomalia/videos/dr-abdirizak-yusuf-ahmed-oo-ah-la-taliyah-nidaamka-tayada-caafimaadka-ayaa-warbi/2859103980834283/" TargetMode="External"/><Relationship Id="rId174" Type="http://schemas.openxmlformats.org/officeDocument/2006/relationships/hyperlink" Target="https://orcid.org/0000-0002-6985-1087" TargetMode="External"/><Relationship Id="rId241" Type="http://schemas.openxmlformats.org/officeDocument/2006/relationships/hyperlink" Target="https://drjalaaludiin.com/about/biography/" TargetMode="External"/><Relationship Id="rId36" Type="http://schemas.openxmlformats.org/officeDocument/2006/relationships/hyperlink" Target="https://sciety.org/articles/activity/10.21203/rs.3.rs-7018674/v1" TargetMode="External"/><Relationship Id="rId283" Type="http://schemas.openxmlformats.org/officeDocument/2006/relationships/hyperlink" Target="https://www.researchsquare.com/home" TargetMode="External"/><Relationship Id="rId339" Type="http://schemas.openxmlformats.org/officeDocument/2006/relationships/hyperlink" Target="https://orcid.org/0000-0002-6985-1087" TargetMode="External"/><Relationship Id="rId78" Type="http://schemas.openxmlformats.org/officeDocument/2006/relationships/hyperlink" Target="https://medium.com/drjalaal-thoughts/the-essence-of-true-maturity-6cc555370297" TargetMode="External"/><Relationship Id="rId99" Type="http://schemas.openxmlformats.org/officeDocument/2006/relationships/hyperlink" Target="https://riyaadaacademy.com/health-system-transformation-in-somalia-an-analysis-of-justice-sustainability-and-resilience-in-a-fragile-state/" TargetMode="External"/><Relationship Id="rId101" Type="http://schemas.openxmlformats.org/officeDocument/2006/relationships/hyperlink" Target="https://riyaadaacademy.com/wp-content/uploads/2026/09/pdf-1.pdf" TargetMode="External"/><Relationship Id="rId122" Type="http://schemas.openxmlformats.org/officeDocument/2006/relationships/hyperlink" Target="https://www.ksrelief.org/ar/Pages/NewsDetails/5327fd60-e3bf-4e02-9dff-9b50b60cb7e6" TargetMode="External"/><Relationship Id="rId143" Type="http://schemas.openxmlformats.org/officeDocument/2006/relationships/hyperlink" Target="https://zenodo.org/records/18362013" TargetMode="External"/><Relationship Id="rId164" Type="http://schemas.openxmlformats.org/officeDocument/2006/relationships/hyperlink" Target="https://link.springer.com/article/10.1186/s12913-026-15003-1/peer-review" TargetMode="External"/><Relationship Id="rId185" Type="http://schemas.openxmlformats.org/officeDocument/2006/relationships/hyperlink" Target="https://riyaadaacademy.com/executive-health-systems-public-health-leader-dr-abdulrazaq-yusuf-ahmed/" TargetMode="External"/><Relationship Id="rId350" Type="http://schemas.openxmlformats.org/officeDocument/2006/relationships/hyperlink" Target="https://pub.orcid.org/v3.0/0000-0002-6985-1087/peer-review/28793966" TargetMode="External"/><Relationship Id="rId371" Type="http://schemas.openxmlformats.org/officeDocument/2006/relationships/footer" Target="footer1.xml"/><Relationship Id="rId9" Type="http://schemas.openxmlformats.org/officeDocument/2006/relationships/hyperlink" Target="https://pubmed.ncbi.nlm.nih.gov/33578016/" TargetMode="External"/><Relationship Id="rId210" Type="http://schemas.openxmlformats.org/officeDocument/2006/relationships/hyperlink" Target="https://www.youtube.com/channel/UCjRW6Nj9BooyZteWpqEU76g" TargetMode="External"/><Relationship Id="rId26" Type="http://schemas.openxmlformats.org/officeDocument/2006/relationships/hyperlink" Target="https://www.tandfonline.com/doi/abs/10.1080/14659891.2026.2653531" TargetMode="External"/><Relationship Id="rId231" Type="http://schemas.openxmlformats.org/officeDocument/2006/relationships/hyperlink" Target="https://drjalaaludiin.com/leadership-impact/covid-response/" TargetMode="External"/><Relationship Id="rId252" Type="http://schemas.openxmlformats.org/officeDocument/2006/relationships/hyperlink" Target="https://riyaadaacademy.com/riyaada-online-blended-learning-policy-building-accessible-and-resilient-digital-learning/" TargetMode="External"/><Relationship Id="rId273" Type="http://schemas.openxmlformats.org/officeDocument/2006/relationships/hyperlink" Target="https://drjalaal.substack.com/p/the-inevitable-shift" TargetMode="External"/><Relationship Id="rId294" Type="http://schemas.openxmlformats.org/officeDocument/2006/relationships/hyperlink" Target="https://pub.orcid.org/v3.0/0000-0002-6985-1087/peer-review/28793975" TargetMode="External"/><Relationship Id="rId308" Type="http://schemas.openxmlformats.org/officeDocument/2006/relationships/hyperlink" Target="https://pub.orcid.org/v3.0/0000-0002-6985-1087/peer-review/28793981" TargetMode="External"/><Relationship Id="rId329" Type="http://schemas.openxmlformats.org/officeDocument/2006/relationships/hyperlink" Target="https://pub.orcid.org/v3.0/0000-0002-6985-1087/peer-review/27432076" TargetMode="External"/><Relationship Id="rId47" Type="http://schemas.openxmlformats.org/officeDocument/2006/relationships/hyperlink" Target="https://www.researchgate.net/publication/403090231_A_Multi_Country_Evidence_Synthesis_on_Somali_Cross_Border_Healthcare" TargetMode="External"/><Relationship Id="rId68" Type="http://schemas.openxmlformats.org/officeDocument/2006/relationships/hyperlink" Target="https://riyaadaacademy.com/the-inevitable-shift/" TargetMode="External"/><Relationship Id="rId89" Type="http://schemas.openxmlformats.org/officeDocument/2006/relationships/hyperlink" Target="https://drjalaaludiin.com/blog/digital-feedback-must-lead-to-action/" TargetMode="External"/><Relationship Id="rId112" Type="http://schemas.openxmlformats.org/officeDocument/2006/relationships/hyperlink" Target="https://radiomuqdisho.so/ergeyga-abaaraha-oo-kormeeray-xaladda-carruur-ku-jirto-isbitaalka-martiini/" TargetMode="External"/><Relationship Id="rId133" Type="http://schemas.openxmlformats.org/officeDocument/2006/relationships/hyperlink" Target="https://www.facebook.com/asaltv.so/videos/martino-public-hospital/873482284262293/" TargetMode="External"/><Relationship Id="rId154" Type="http://schemas.openxmlformats.org/officeDocument/2006/relationships/hyperlink" Target="https://www.facebook.com/RadioMogadishu/videos/agaasimaha-isbitaalka-martiini-cabdirisaaq-yuusuf-jalaaludiin-isbitaalka-martiin/398481759620371/" TargetMode="External"/><Relationship Id="rId175" Type="http://schemas.openxmlformats.org/officeDocument/2006/relationships/hyperlink" Target="https://scholar.google.com/citations?hl=en&amp;user=1Wgd3LYAAAAJ" TargetMode="External"/><Relationship Id="rId340" Type="http://schemas.openxmlformats.org/officeDocument/2006/relationships/hyperlink" Target="https://pub.orcid.org/v3.0/0000-0002-6985-1087/peer-review/28958405" TargetMode="External"/><Relationship Id="rId361" Type="http://schemas.openxmlformats.org/officeDocument/2006/relationships/hyperlink" Target="https://pub.orcid.org/v3.0/0000-0002-6985-1087/peer-review/28793969" TargetMode="External"/><Relationship Id="rId196" Type="http://schemas.openxmlformats.org/officeDocument/2006/relationships/hyperlink" Target="https://drjalaaludiin.medium.com/" TargetMode="External"/><Relationship Id="rId200" Type="http://schemas.openxmlformats.org/officeDocument/2006/relationships/hyperlink" Target="https://drjalaaludiin.link/" TargetMode="External"/><Relationship Id="rId16" Type="http://schemas.openxmlformats.org/officeDocument/2006/relationships/hyperlink" Target="https://www.scivisionpub.com/journals/international-journal-of-psychiatry-research/articles/perceived-stress-anxiety-and-depression-and-its-associated-factors-during-covid-19-pandemic-among-healthcare-workers-in-covid-19-health-facilities-in-mogadishu-somalia" TargetMode="External"/><Relationship Id="rId221" Type="http://schemas.openxmlformats.org/officeDocument/2006/relationships/hyperlink" Target="https://drjalaaludiin.com/news/" TargetMode="External"/><Relationship Id="rId242" Type="http://schemas.openxmlformats.org/officeDocument/2006/relationships/hyperlink" Target="https://drjalaaludiin.com/about/philosophy/" TargetMode="External"/><Relationship Id="rId263" Type="http://schemas.openxmlformats.org/officeDocument/2006/relationships/hyperlink" Target="https://riyaadaacademy.com/assurance-policy-framework/" TargetMode="External"/><Relationship Id="rId284" Type="http://schemas.openxmlformats.org/officeDocument/2006/relationships/hyperlink" Target="https://orcid.org/0000-0002-6985-1087" TargetMode="External"/><Relationship Id="rId319" Type="http://schemas.openxmlformats.org/officeDocument/2006/relationships/hyperlink" Target="https://pub.orcid.org/v3.0/0000-0002-6985-1087/peer-review/28793987" TargetMode="External"/><Relationship Id="rId37" Type="http://schemas.openxmlformats.org/officeDocument/2006/relationships/hyperlink" Target="https://assets-eu.researchsquare.com/files/rs-6994600/v1/e78a2ab0-8725-4b89-84bf-543d78fb8c60.pdf?c=1755887406" TargetMode="External"/><Relationship Id="rId58" Type="http://schemas.openxmlformats.org/officeDocument/2006/relationships/hyperlink" Target="https://martino.gov.so/wp-content/uploads/2025/02/DEMARTINO-PROFILE.pdf" TargetMode="External"/><Relationship Id="rId79" Type="http://schemas.openxmlformats.org/officeDocument/2006/relationships/hyperlink" Target="https://medium.com/drjalaal-thoughts/reflections-on-my-transformative-experience-in-china-a-journey-of-learning-and-inspiration-bbe4c3d2e4fe" TargetMode="External"/><Relationship Id="rId102" Type="http://schemas.openxmlformats.org/officeDocument/2006/relationships/hyperlink" Target="https://riyaadaacademy.com/peacebuilding-beyond-agreements-building-democratic-institutions-from-the-community-up/" TargetMode="External"/><Relationship Id="rId123" Type="http://schemas.openxmlformats.org/officeDocument/2006/relationships/hyperlink" Target="https://ajel.sa/local/mxzfgw" TargetMode="External"/><Relationship Id="rId144" Type="http://schemas.openxmlformats.org/officeDocument/2006/relationships/hyperlink" Target="https://rmur.edu.pk/infectous-diseases-hfh/" TargetMode="External"/><Relationship Id="rId330" Type="http://schemas.openxmlformats.org/officeDocument/2006/relationships/hyperlink" Target="https://orcid.org/0000-0002-6985-1087" TargetMode="External"/><Relationship Id="rId90" Type="http://schemas.openxmlformats.org/officeDocument/2006/relationships/hyperlink" Target="https://drjalaaludiin.com/blog/hospital-governance-is-a-patient-safety-priority/" TargetMode="External"/><Relationship Id="rId165" Type="http://schemas.openxmlformats.org/officeDocument/2006/relationships/hyperlink" Target="https://so.linkedin.com/in/abdirizak-yusuf-ahmed-967110320" TargetMode="External"/><Relationship Id="rId186" Type="http://schemas.openxmlformats.org/officeDocument/2006/relationships/hyperlink" Target="https://riyaadaacademy.com/executive-academic-dr-abdulrazaq-yusuf-ahmed-dr-jalaaludiin/" TargetMode="External"/><Relationship Id="rId351" Type="http://schemas.openxmlformats.org/officeDocument/2006/relationships/hyperlink" Target="https://orcid.org/0000-0002-6985-1087" TargetMode="External"/><Relationship Id="rId372" Type="http://schemas.openxmlformats.org/officeDocument/2006/relationships/fontTable" Target="fontTable.xml"/><Relationship Id="rId211" Type="http://schemas.openxmlformats.org/officeDocument/2006/relationships/hyperlink" Target="https://www.tiktok.com/@drjalaal" TargetMode="External"/><Relationship Id="rId232" Type="http://schemas.openxmlformats.org/officeDocument/2006/relationships/hyperlink" Target="https://drjalaaludiin.com/leadership-impact/de-martino/" TargetMode="External"/><Relationship Id="rId253" Type="http://schemas.openxmlformats.org/officeDocument/2006/relationships/hyperlink" Target="https://riyaadaacademy.com/riyaada-sample-certificates-certificate-verification-arrangements-strengthening-credential-integrity-and-trust/" TargetMode="External"/><Relationship Id="rId274" Type="http://schemas.openxmlformats.org/officeDocument/2006/relationships/hyperlink" Target="https://drjalaal.substack.com/p/social-health-insurance-and-the-social" TargetMode="External"/><Relationship Id="rId295" Type="http://schemas.openxmlformats.org/officeDocument/2006/relationships/hyperlink" Target="https://pub.orcid.org/v3.0/0000-0002-6985-1087/peer-review/26546883" TargetMode="External"/><Relationship Id="rId309" Type="http://schemas.openxmlformats.org/officeDocument/2006/relationships/hyperlink" Target="https://orcid.org/0000-0002-6985-1087" TargetMode="External"/><Relationship Id="rId27" Type="http://schemas.openxmlformats.org/officeDocument/2006/relationships/hyperlink" Target="https://www.wjgnet.com/2220-3176/abstract/v15/i1/116095.htm" TargetMode="External"/><Relationship Id="rId48" Type="http://schemas.openxmlformats.org/officeDocument/2006/relationships/hyperlink" Target="https://www.researchgate.net/publication/404975759_World_Malaria_Day_Dedicated_to_Eliminating_Malaria_in_Somalia_Now_We_Can_Now_We_Must_Driven_to_End_Malaria_Now_We_Can_Now_We_Must" TargetMode="External"/><Relationship Id="rId69" Type="http://schemas.openxmlformats.org/officeDocument/2006/relationships/hyperlink" Target="https://riyaadaacademy.com/wp-content/uploads/2026/09/The-Inevitable-Shift.pdf" TargetMode="External"/><Relationship Id="rId113" Type="http://schemas.openxmlformats.org/officeDocument/2006/relationships/hyperlink" Target="https://www.sonna.so/so/article/Soomaaliya-oo-Guul-Taariikhi-ah-ka-Gaartay-Shirweynaha-Caalamiga-ah-ee-Tayada-Daryeelka-Caafimaadka-ee-ISQua" TargetMode="External"/><Relationship Id="rId134" Type="http://schemas.openxmlformats.org/officeDocument/2006/relationships/hyperlink" Target="https://www.facebook.com/asaltv.so/videos/hadal-jeedinta-dr-abdirizak-yusuf-ahmed-jalaaludiin-agaasimaha-shaqada-iyo-shaqa/1993686227871463/" TargetMode="External"/><Relationship Id="rId320" Type="http://schemas.openxmlformats.org/officeDocument/2006/relationships/hyperlink" Target="https://orcid.org/0000-0002-6985-1087" TargetMode="External"/><Relationship Id="rId80" Type="http://schemas.openxmlformats.org/officeDocument/2006/relationships/hyperlink" Target="https://medium.com/drjalaal-thoughts/%D9%88%D9%81%D9%8A-%D9%86%D9%87%D8%A7%D9%8A%D8%A9-%D8%A7%D9%84%D9%85%D8%B7%D8%A7%D9%81-9370f53cf98d" TargetMode="External"/><Relationship Id="rId155" Type="http://schemas.openxmlformats.org/officeDocument/2006/relationships/hyperlink" Target="https://www.facebook.com/BenadirUniv/posts/maamulka-jaamacadda-benadir-ayaa-maanta-kulan-la-qaatay-dr-abdulrazaq-yusuf-ahme/1465306182294138/" TargetMode="External"/><Relationship Id="rId176" Type="http://schemas.openxmlformats.org/officeDocument/2006/relationships/hyperlink" Target="https://www.researchgate.net/profile/Abdirizak-Ahmed-8" TargetMode="External"/><Relationship Id="rId197" Type="http://schemas.openxmlformats.org/officeDocument/2006/relationships/hyperlink" Target="https://github.com/drjalaal" TargetMode="External"/><Relationship Id="rId341" Type="http://schemas.openxmlformats.org/officeDocument/2006/relationships/hyperlink" Target="https://orcid.org/0000-0002-6985-1087" TargetMode="External"/><Relationship Id="rId362" Type="http://schemas.openxmlformats.org/officeDocument/2006/relationships/hyperlink" Target="https://orcid.org/0000-0002-6985-1087" TargetMode="External"/><Relationship Id="rId201" Type="http://schemas.openxmlformats.org/officeDocument/2006/relationships/hyperlink" Target="https://drjalaal.com/" TargetMode="External"/><Relationship Id="rId222" Type="http://schemas.openxmlformats.org/officeDocument/2006/relationships/hyperlink" Target="https://drjalaaludiin.com/articles/reflections/" TargetMode="External"/><Relationship Id="rId243" Type="http://schemas.openxmlformats.org/officeDocument/2006/relationships/hyperlink" Target="https://drjalaaludiin.com/gallery/" TargetMode="External"/><Relationship Id="rId264" Type="http://schemas.openxmlformats.org/officeDocument/2006/relationships/hyperlink" Target="https://riyaadaacademy.com/assessment-certification-and-verification-procedures/" TargetMode="External"/><Relationship Id="rId285" Type="http://schemas.openxmlformats.org/officeDocument/2006/relationships/hyperlink" Target="https://pub.orcid.org/v3.0/0000-0002-6985-1087/peer-review/29224168" TargetMode="External"/><Relationship Id="rId17" Type="http://schemas.openxmlformats.org/officeDocument/2006/relationships/hyperlink" Target="https://article.scirea.org/pdf/330306.pdf" TargetMode="External"/><Relationship Id="rId38" Type="http://schemas.openxmlformats.org/officeDocument/2006/relationships/hyperlink" Target="https://assets-eu.researchsquare.com/files/rs-7717540/v1/667391f3-05ba-4cc5-ad6c-8de4b0608a5b.pdf?c=1759225235" TargetMode="External"/><Relationship Id="rId59" Type="http://schemas.openxmlformats.org/officeDocument/2006/relationships/hyperlink" Target="https://cdn.who.int/media/docs/default-source/antimicrobial-resistance/amr-spc-npm/nap-library/somalia-nap-amr.pdf?sfvrsn=2b101444_3" TargetMode="External"/><Relationship Id="rId103" Type="http://schemas.openxmlformats.org/officeDocument/2006/relationships/hyperlink" Target="https://wardheernews.com/somali-doctor-veteran-of-many-battles-girds-for-war-with-coronavirus/" TargetMode="External"/><Relationship Id="rId124" Type="http://schemas.openxmlformats.org/officeDocument/2006/relationships/hyperlink" Target="https://www.aleqt.com/2020/10/31/article_1958586.html" TargetMode="External"/><Relationship Id="rId310" Type="http://schemas.openxmlformats.org/officeDocument/2006/relationships/hyperlink" Target="https://pub.orcid.org/v3.0/0000-0002-6985-1087/peer-review/27335350" TargetMode="External"/><Relationship Id="rId70" Type="http://schemas.openxmlformats.org/officeDocument/2006/relationships/hyperlink" Target="https://medium.com/drjalaal-thoughts/covid-19-in-somalia-the-heroic-efforts-of-de-martino-hospital-34a5680faef4" TargetMode="External"/><Relationship Id="rId91" Type="http://schemas.openxmlformats.org/officeDocument/2006/relationships/hyperlink" Target="https://drjalaaludiin.com/blog/financial-protection-begins-with-trust/" TargetMode="External"/><Relationship Id="rId145" Type="http://schemas.openxmlformats.org/officeDocument/2006/relationships/hyperlink" Target="https://riyaadaacademy.com/somali-doctor-veteran-of-many-battles-girds-for-war-with-coronavirus/" TargetMode="External"/><Relationship Id="rId166" Type="http://schemas.openxmlformats.org/officeDocument/2006/relationships/hyperlink" Target="https://pub.orcid.org/v3.0/0000-0002-6985-1087/works" TargetMode="External"/><Relationship Id="rId187" Type="http://schemas.openxmlformats.org/officeDocument/2006/relationships/hyperlink" Target="https://riyaadaacademy.com/wp-content/uploads/2026/09/Executive-CV-Dr-Abdulrazaq-Yusuf-Ahmed-1.pdf" TargetMode="External"/><Relationship Id="rId331" Type="http://schemas.openxmlformats.org/officeDocument/2006/relationships/hyperlink" Target="https://pub.orcid.org/v3.0/0000-0002-6985-1087/peer-review/28793964" TargetMode="External"/><Relationship Id="rId352" Type="http://schemas.openxmlformats.org/officeDocument/2006/relationships/hyperlink" Target="https://pub.orcid.org/v3.0/0000-0002-6985-1087/peer-review/28793977" TargetMode="External"/><Relationship Id="rId373" Type="http://schemas.openxmlformats.org/officeDocument/2006/relationships/theme" Target="theme/theme1.xml"/><Relationship Id="rId1" Type="http://schemas.openxmlformats.org/officeDocument/2006/relationships/customXml" Target="../customXml/item1.xml"/><Relationship Id="rId212" Type="http://schemas.openxmlformats.org/officeDocument/2006/relationships/hyperlink" Target="https://www.quora.com/profile/Dr-Abdulrazaq-Yusuf-Ahmed" TargetMode="External"/><Relationship Id="rId233" Type="http://schemas.openxmlformats.org/officeDocument/2006/relationships/hyperlink" Target="https://drjalaaludiin.com/leadership-impact/shia/" TargetMode="External"/><Relationship Id="rId254" Type="http://schemas.openxmlformats.org/officeDocument/2006/relationships/hyperlink" Target="https://riyaadaacademy.com/riyaada-website-digital-learning-platform-details-a-blueprint-for-an-integrated-digital-ecosystem/" TargetMode="External"/><Relationship Id="rId28" Type="http://schemas.openxmlformats.org/officeDocument/2006/relationships/hyperlink" Target="https://link.springer.com/article/10.1186/s12913-026-15592-x" TargetMode="External"/><Relationship Id="rId49" Type="http://schemas.openxmlformats.org/officeDocument/2006/relationships/hyperlink" Target="https://drjalaaludiin.com/ending-tb-in-somalia-from-disease-control-to-universal-health-coverage-equity-and-health-system-resilience/" TargetMode="External"/><Relationship Id="rId114" Type="http://schemas.openxmlformats.org/officeDocument/2006/relationships/hyperlink" Target="https://dalkajournal.so/soomaaliya-oo-guul-taariikhi-ah-ka-gaartay-shirweynaha-caalamiga-ah-ee-tayada-daryeelka-caafimaadka-ee-isqua/" TargetMode="External"/><Relationship Id="rId275" Type="http://schemas.openxmlformats.org/officeDocument/2006/relationships/hyperlink" Target="https://www.tandfonline.com/journals/djhl20/about-this-journal" TargetMode="External"/><Relationship Id="rId296" Type="http://schemas.openxmlformats.org/officeDocument/2006/relationships/hyperlink" Target="https://pub.orcid.org/v3.0/0000-0002-6985-1087/peer-review/28172127" TargetMode="External"/><Relationship Id="rId300" Type="http://schemas.openxmlformats.org/officeDocument/2006/relationships/hyperlink" Target="https://pub.orcid.org/v3.0/0000-0002-6985-1087/peer-review/28793979" TargetMode="External"/><Relationship Id="rId60" Type="http://schemas.openxmlformats.org/officeDocument/2006/relationships/hyperlink" Target="https://applications.emro.who.int/docs/EMRC6713-eng.pdf" TargetMode="External"/><Relationship Id="rId81" Type="http://schemas.openxmlformats.org/officeDocument/2006/relationships/hyperlink" Target="https://drjalaaludiin.medium.com/&#1576;&#1610;&#1606;&#1614;-&#1607;&#1614;&#1588;&#1575;&#1588;&#1614;&#1577;&#1616;-&#1575;&#1604;&#1602;&#1614;&#1585;&#1575;&#1585;&#1616;-&#1608;&#1593;&#1614;&#1592;&#1618;&#1605;&#1614;&#1577;&#1616;-&#1575;&#1604;&#1578;&#1614;&#1617;&#1603;&#1618;&#1608;&#1610;&#1606;&#1616;-&#1581;&#1610;&#1606;&#1614;-&#1610;&#1614;&#1594;&#1610;&#1576;&#1615;-&#1605;&#1589;&#1610;&#1585;-&#1575;&#1604;&#1578;&#1614;&#1617;&#1603;&#1618;&#1608;&#1610;&#1606;&#1615;-&#1593;&#1614;&#1606;-&#1605;&#1614;&#1606;&#1589;&#1614;&#1617;&#1575;&#1578;&#1616;-&#1575;&#1604;&#1602;&#1610;&#1575;&#1583;&#1577;&#1616;-48f42ca3dea3" TargetMode="External"/><Relationship Id="rId135" Type="http://schemas.openxmlformats.org/officeDocument/2006/relationships/hyperlink" Target="https://www.facebook.com/BenadirUniv/videos/dr-abdulrazaq-yusuf-ahmed-jalaaludiin-agaasimaha-guud-ee-isbitaalka-dadwaynaha-e/828090609478559/" TargetMode="External"/><Relationship Id="rId156" Type="http://schemas.openxmlformats.org/officeDocument/2006/relationships/hyperlink" Target="https://www.reuters.com/article/business/healthcare-pharmaceuticals/somali-doctor-veteran-of-many-battles-girds-for-war-with-coronavirus-idUSKBN21J5GS/" TargetMode="External"/><Relationship Id="rId177" Type="http://schemas.openxmlformats.org/officeDocument/2006/relationships/hyperlink" Target="https://www.researchgate.net/scientific-contributions/Abdulrazaq-Yusuf-Ahmed-2345208167" TargetMode="External"/><Relationship Id="rId198" Type="http://schemas.openxmlformats.org/officeDocument/2006/relationships/hyperlink" Target="https://so.linkedin.com/in/drjalaal" TargetMode="External"/><Relationship Id="rId321" Type="http://schemas.openxmlformats.org/officeDocument/2006/relationships/hyperlink" Target="https://pub.orcid.org/v3.0/0000-0002-6985-1087/peer-review/28793990" TargetMode="External"/><Relationship Id="rId342" Type="http://schemas.openxmlformats.org/officeDocument/2006/relationships/hyperlink" Target="https://pub.orcid.org/v3.0/0000-0002-6985-1087/peer-review/24173770" TargetMode="External"/><Relationship Id="rId363" Type="http://schemas.openxmlformats.org/officeDocument/2006/relationships/hyperlink" Target="https://pub.orcid.org/v3.0/0000-0002-6985-1087/peer-review/28903871" TargetMode="External"/><Relationship Id="rId202" Type="http://schemas.openxmlformats.org/officeDocument/2006/relationships/hyperlink" Target="https://www.findglocal.com/SO/Mogadishu/500617526739305/Abdirizak-Yusuf-Ahmed%2C-DrJalaaludiin" TargetMode="External"/><Relationship Id="rId223" Type="http://schemas.openxmlformats.org/officeDocument/2006/relationships/hyperlink" Target="https://drjalaaludiin.com/contact/media-kit/" TargetMode="External"/><Relationship Id="rId244" Type="http://schemas.openxmlformats.org/officeDocument/2006/relationships/hyperlink" Target="https://drjalaaludiin.com/research/publications/" TargetMode="External"/><Relationship Id="rId18" Type="http://schemas.openxmlformats.org/officeDocument/2006/relationships/hyperlink" Target="https://www.aimspress.com/article/doi/10.3934/publichealth.2024023" TargetMode="External"/><Relationship Id="rId39" Type="http://schemas.openxmlformats.org/officeDocument/2006/relationships/hyperlink" Target="https://assets-eu.researchsquare.com/files/rs-6858465/v1/e15caf074f0b0005c994a827.pdf" TargetMode="External"/><Relationship Id="rId265" Type="http://schemas.openxmlformats.org/officeDocument/2006/relationships/hyperlink" Target="https://riyaadaacademy.com/academic-integrity/" TargetMode="External"/><Relationship Id="rId286" Type="http://schemas.openxmlformats.org/officeDocument/2006/relationships/hyperlink" Target="https://orcid.org/0000-0002-6985-1087" TargetMode="External"/><Relationship Id="rId50" Type="http://schemas.openxmlformats.org/officeDocument/2006/relationships/hyperlink" Target="https://drjalaaludiin.com/wp-content/uploads/2025/11/mending-more-than-bones-reimagining-somalias-health-workforce-from-crisis-to-catalyst.pdf" TargetMode="External"/><Relationship Id="rId104" Type="http://schemas.openxmlformats.org/officeDocument/2006/relationships/hyperlink" Target="https://www.thestar.com.my/news/world/2020/04/01/somali-doctor-veteran-of-many-battles-girds-for-war-with-coronavirus" TargetMode="External"/><Relationship Id="rId125" Type="http://schemas.openxmlformats.org/officeDocument/2006/relationships/hyperlink" Target="https://sabq.org/article/Ma-Mr_Y" TargetMode="External"/><Relationship Id="rId146" Type="http://schemas.openxmlformats.org/officeDocument/2006/relationships/hyperlink" Target="https://riyaadaacademy.com/the-man-who-never-left-a-personal-testimony-of-21-years-walking-beside-dr-abdulrazaq-yusuf-ahmed-dr-jalaaludiin/" TargetMode="External"/><Relationship Id="rId167" Type="http://schemas.openxmlformats.org/officeDocument/2006/relationships/hyperlink" Target="https://pubmed.ncbi.nlm.nih.gov/41995428/" TargetMode="External"/><Relationship Id="rId188" Type="http://schemas.openxmlformats.org/officeDocument/2006/relationships/hyperlink" Target="https://www.riyaadainstitute.com/about/leadership-team" TargetMode="External"/><Relationship Id="rId311" Type="http://schemas.openxmlformats.org/officeDocument/2006/relationships/hyperlink" Target="https://pub.orcid.org/v3.0/0000-0002-6985-1087/peer-review/28428036" TargetMode="External"/><Relationship Id="rId332" Type="http://schemas.openxmlformats.org/officeDocument/2006/relationships/hyperlink" Target="https://pub.orcid.org/v3.0/0000-0002-6985-1087/peer-review/24696005" TargetMode="External"/><Relationship Id="rId353" Type="http://schemas.openxmlformats.org/officeDocument/2006/relationships/hyperlink" Target="https://pub.orcid.org/v3.0/0000-0002-6985-1087/peer-review/26541389" TargetMode="External"/><Relationship Id="rId71" Type="http://schemas.openxmlformats.org/officeDocument/2006/relationships/hyperlink" Target="https://medium.com/drjalaal-thoughts/answering-the-raised-question-597f7e8d4bd7" TargetMode="External"/><Relationship Id="rId92" Type="http://schemas.openxmlformats.org/officeDocument/2006/relationships/hyperlink" Target="https://drjalaaludiin.com/blog/research-evidence-and-health-policy/" TargetMode="External"/><Relationship Id="rId213" Type="http://schemas.openxmlformats.org/officeDocument/2006/relationships/hyperlink" Target="https://www.bohrium.com/scholar/0659y656/Dr.Abdirizak_Yusuf_Ahmed" TargetMode="External"/><Relationship Id="rId234" Type="http://schemas.openxmlformats.org/officeDocument/2006/relationships/hyperlink" Target="https://drjalaaludiin.com/leadership-impact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journals.ub.umu.se/index.php/shaj/article/view/1439" TargetMode="External"/><Relationship Id="rId255" Type="http://schemas.openxmlformats.org/officeDocument/2006/relationships/hyperlink" Target="https://riyaadaacademy.com/riyaada-research-publication-portfolio-building-evidence-for-policy-and-institutional-transformation/" TargetMode="External"/><Relationship Id="rId276" Type="http://schemas.openxmlformats.org/officeDocument/2006/relationships/hyperlink" Target="https://www.dovepress.com/journal-editor-journal-of-healthcare-leadership-eic91" TargetMode="External"/><Relationship Id="rId297" Type="http://schemas.openxmlformats.org/officeDocument/2006/relationships/hyperlink" Target="https://pub.orcid.org/v3.0/0000-0002-6985-1087/peer-review/26618542" TargetMode="External"/><Relationship Id="rId40" Type="http://schemas.openxmlformats.org/officeDocument/2006/relationships/hyperlink" Target="https://www.researchgate.net/publication/392506937_Reviving_De_Martino_Public_Hospital_A_Roadmap_to_Sustainable_High-Quality_Care_in_Times_of_Crisis_Sustaining_Essential_Healthcare_in_the_Face_of_Compounding_Crises" TargetMode="External"/><Relationship Id="rId115" Type="http://schemas.openxmlformats.org/officeDocument/2006/relationships/hyperlink" Target="https://goobjoog.com/2026/09/29/soomaaliya-oo-xubin-sare-ku-yeelatay-golaha-sare-ee-ururka-caalamiga-ah-ee-tayada-daryeelka-caafimaadka/" TargetMode="External"/><Relationship Id="rId136" Type="http://schemas.openxmlformats.org/officeDocument/2006/relationships/hyperlink" Target="https://m.facebook.com/simaduni1999/photos/a.721505881236899/2767838196603647/?locale=zh_CN&amp;type=3" TargetMode="External"/><Relationship Id="rId157" Type="http://schemas.openxmlformats.org/officeDocument/2006/relationships/hyperlink" Target="https://cdn.sida.se/publications/files/sida61950en-mid-term-review-of-the-somali-joint-health-and-nutrition-programme-jhnp---final-report.pdf" TargetMode="External"/><Relationship Id="rId178" Type="http://schemas.openxmlformats.org/officeDocument/2006/relationships/hyperlink" Target="https://www.researchgate.net/lab/Abdulrazaq-Yusuf-Ahmed-Lab-2" TargetMode="External"/><Relationship Id="rId301" Type="http://schemas.openxmlformats.org/officeDocument/2006/relationships/hyperlink" Target="https://orcid.org/0000-0002-6985-1087" TargetMode="External"/><Relationship Id="rId322" Type="http://schemas.openxmlformats.org/officeDocument/2006/relationships/hyperlink" Target="https://pub.orcid.org/v3.0/0000-0002-6985-1087/peer-review/28735548" TargetMode="External"/><Relationship Id="rId343" Type="http://schemas.openxmlformats.org/officeDocument/2006/relationships/hyperlink" Target="https://pub.orcid.org/v3.0/0000-0002-6985-1087/peer-review/28793965" TargetMode="External"/><Relationship Id="rId364" Type="http://schemas.openxmlformats.org/officeDocument/2006/relationships/hyperlink" Target="https://pub.orcid.org/v3.0/0000-0002-6985-1087/peer-review/28420184" TargetMode="External"/><Relationship Id="rId61" Type="http://schemas.openxmlformats.org/officeDocument/2006/relationships/hyperlink" Target="https://aa.unfpa.org/sites/default/files/UNFPA_Somalia_Programme_Evaluation_Report_Final_Report.06.2016.pdf" TargetMode="External"/><Relationship Id="rId82" Type="http://schemas.openxmlformats.org/officeDocument/2006/relationships/hyperlink" Target="https://drjalaaludiin.com/%D8%AA%D8%A8%D8%B1%D9%8A%D8%B1-%D8%A7%D9%84%D9%81%D8%B3%D8%A7%D8%AF-%D9%88%D8%AE%D8%B7%D8%B1%D9%87-%D8%B9%D9%84%D9%8A-%D8%A7%D9%84%D9%85%D8%AC%D8%AA%D9%85%D8%B9/" TargetMode="External"/><Relationship Id="rId199" Type="http://schemas.openxmlformats.org/officeDocument/2006/relationships/hyperlink" Target="https://x.com/drjalaal?lang=en" TargetMode="External"/><Relationship Id="rId203" Type="http://schemas.openxmlformats.org/officeDocument/2006/relationships/hyperlink" Target="https://instalker.org/drjalaal" TargetMode="External"/><Relationship Id="rId19" Type="http://schemas.openxmlformats.org/officeDocument/2006/relationships/hyperlink" Target="https://www.sciencepublishinggroup.com/article/10.11648/j.ejpm.20251302.12" TargetMode="External"/><Relationship Id="rId224" Type="http://schemas.openxmlformats.org/officeDocument/2006/relationships/hyperlink" Target="https://drjalaaludiin.com/contact/speaking/" TargetMode="External"/><Relationship Id="rId245" Type="http://schemas.openxmlformats.org/officeDocument/2006/relationships/hyperlink" Target="https://drjalaaludiin.com/achievements/" TargetMode="External"/><Relationship Id="rId266" Type="http://schemas.openxmlformats.org/officeDocument/2006/relationships/hyperlink" Target="https://riyaadaacademy.com/admissions-learner-eligibility-policy/" TargetMode="External"/><Relationship Id="rId287" Type="http://schemas.openxmlformats.org/officeDocument/2006/relationships/hyperlink" Target="https://pub.orcid.org/v3.0/0000-0002-6985-1087/peer-review/29143133" TargetMode="External"/><Relationship Id="rId30" Type="http://schemas.openxmlformats.org/officeDocument/2006/relationships/hyperlink" Target="https://www.ajdm.altamash.edu.pk/index.php/ojs3/article/view/4" TargetMode="External"/><Relationship Id="rId105" Type="http://schemas.openxmlformats.org/officeDocument/2006/relationships/hyperlink" Target="https://iol.co.za/news/africa/2020-04-01-doctor-who-escaped-execution-to-lead-somalias-war-against-coronavirus/" TargetMode="External"/><Relationship Id="rId126" Type="http://schemas.openxmlformats.org/officeDocument/2006/relationships/hyperlink" Target="https://sooha.org/ar/2020/10/31/%D8%B3%D9%84%D9%85%D8%A7%D9%86-%D9%84%D9%84%D8%A5%D8%BA%D8%A7%D8%AB%D8%A9-%D9%8A%D8%B3%D9%84%D9%85-%D9%85%D8%A8%D9%86%D9%89-%D9%85%D8%B1%D9%83%D8%B2-%D8%BA%D8%B3%D9%8A%D9%84-%D8%A7%D9%84%D9%83/" TargetMode="External"/><Relationship Id="rId147" Type="http://schemas.openxmlformats.org/officeDocument/2006/relationships/hyperlink" Target="https://riyaadaacademy.com/wp-content/uploads/2026/09/the-Man-Who-Never-Left-A.pdf" TargetMode="External"/><Relationship Id="rId168" Type="http://schemas.openxmlformats.org/officeDocument/2006/relationships/hyperlink" Target="https://drjalaaludiin.blogspot.com/2026/03/blog-post_07.html" TargetMode="External"/><Relationship Id="rId312" Type="http://schemas.openxmlformats.org/officeDocument/2006/relationships/hyperlink" Target="https://pub.orcid.org/v3.0/0000-0002-6985-1087/peer-review/28427880" TargetMode="External"/><Relationship Id="rId333" Type="http://schemas.openxmlformats.org/officeDocument/2006/relationships/hyperlink" Target="https://pub.orcid.org/v3.0/0000-0002-6985-1087/peer-review/29148613" TargetMode="External"/><Relationship Id="rId354" Type="http://schemas.openxmlformats.org/officeDocument/2006/relationships/hyperlink" Target="https://orcid.org/0000-0002-6985-1087" TargetMode="External"/><Relationship Id="rId51" Type="http://schemas.openxmlformats.org/officeDocument/2006/relationships/hyperlink" Target="https://www.researchgate.net/publication/404266133_POLICY_ANALYSIS_ARTICLE_Universal_Health_Coverage_Beyond_Slogans_Indicators_Inequities_and_Reform_Pathways_for_Fragile_Health_Systems_Method_Evidence-informed_comparative_policy_analysis_using_selecte" TargetMode="External"/><Relationship Id="rId72" Type="http://schemas.openxmlformats.org/officeDocument/2006/relationships/hyperlink" Target="https://medium.com/drjalaal-thoughts/health-law-advertising-and-patient-privacy-in-somalia-ethical-and-professional-implications-5b3eab765694" TargetMode="External"/><Relationship Id="rId93" Type="http://schemas.openxmlformats.org/officeDocument/2006/relationships/hyperlink" Target="https://drjalaaludiin.com/blog/governance-policy-and-public-sector-reform/" TargetMode="External"/><Relationship Id="rId189" Type="http://schemas.openxmlformats.org/officeDocument/2006/relationships/hyperlink" Target="https://riyaadajournals.com/editorial-board" TargetMode="External"/><Relationship Id="rId3" Type="http://schemas.openxmlformats.org/officeDocument/2006/relationships/styles" Target="styles.xml"/><Relationship Id="rId214" Type="http://schemas.openxmlformats.org/officeDocument/2006/relationships/hyperlink" Target="https://openalex.org/A5061810713" TargetMode="External"/><Relationship Id="rId235" Type="http://schemas.openxmlformats.org/officeDocument/2006/relationships/hyperlink" Target="https://drjalaaludiin.com/expertise/research-evaluation/" TargetMode="External"/><Relationship Id="rId256" Type="http://schemas.openxmlformats.org/officeDocument/2006/relationships/hyperlink" Target="https://riyaadaacademy.com/riyaada-institutional-policies-procedures-operational-manual-a-framework-for-integrated-governance-and-institutional-control/" TargetMode="External"/><Relationship Id="rId277" Type="http://schemas.openxmlformats.org/officeDocument/2006/relationships/hyperlink" Target="https://jogh-ep.org/editorial-board" TargetMode="External"/><Relationship Id="rId298" Type="http://schemas.openxmlformats.org/officeDocument/2006/relationships/hyperlink" Target="https://pub.orcid.org/v3.0/0000-0002-6985-1087/peer-review/28846405" TargetMode="External"/><Relationship Id="rId116" Type="http://schemas.openxmlformats.org/officeDocument/2006/relationships/hyperlink" Target="https://www.caasimada.net/soomaaliya-oo-guul-taariikhi-ah-ka-gaartay-shirweynaha-caalamiga-ah-ee/" TargetMode="External"/><Relationship Id="rId137" Type="http://schemas.openxmlformats.org/officeDocument/2006/relationships/hyperlink" Target="https://www.facebook.com/royalhospitals.so/posts/dr-abdulrazaq-yusuf-ahmed-mbchb-md-tropical-medicine-and-infectious-diseases-spe/712900911110224/" TargetMode="External"/><Relationship Id="rId158" Type="http://schemas.openxmlformats.org/officeDocument/2006/relationships/hyperlink" Target="https://www.jpub.org/article-details.php?article-id=142" TargetMode="External"/><Relationship Id="rId302" Type="http://schemas.openxmlformats.org/officeDocument/2006/relationships/hyperlink" Target="https://pub.orcid.org/v3.0/0000-0002-6985-1087/peer-review/27870954" TargetMode="External"/><Relationship Id="rId323" Type="http://schemas.openxmlformats.org/officeDocument/2006/relationships/hyperlink" Target="https://orcid.org/0000-0002-6985-1087" TargetMode="External"/><Relationship Id="rId344" Type="http://schemas.openxmlformats.org/officeDocument/2006/relationships/hyperlink" Target="https://orcid.org/0000-0002-6985-1087" TargetMode="External"/><Relationship Id="rId20" Type="http://schemas.openxmlformats.org/officeDocument/2006/relationships/hyperlink" Target="https://www.sciencepublishinggroup.com/article/10.11648/j.sjph.20251303.15" TargetMode="External"/><Relationship Id="rId41" Type="http://schemas.openxmlformats.org/officeDocument/2006/relationships/hyperlink" Target="https://www.researchgate.net/publication/399653670_Costs_and_Utilization_DPH_in_the_2023_2024_1768097304" TargetMode="External"/><Relationship Id="rId62" Type="http://schemas.openxmlformats.org/officeDocument/2006/relationships/hyperlink" Target="https://doi.org/10.21203/rs.3.rs-11100686/v1" TargetMode="External"/><Relationship Id="rId83" Type="http://schemas.openxmlformats.org/officeDocument/2006/relationships/hyperlink" Target="https://drjalaaludiin.com/%D8%B9%D9%84%D9%8A-%D8%AE%D8%B7%D9%8A-%D8%A7%D9%84%D8%AD%D8%B1%D9%83%D8%A9-%D8%A5%D9%84%D9%89-%D8%B5%D9%86%D8%A7%D8%B9%D8%A9-%D8%A7%D9%84%D8%A3%D8%AB%D8%B1-%D8%A3%D8%B3%D8%B3-%D9%85%D9%86%D9%87%D8%AC/" TargetMode="External"/><Relationship Id="rId179" Type="http://schemas.openxmlformats.org/officeDocument/2006/relationships/hyperlink" Target="https://daryeela.academia.edu/DrAbdulrazaqAhmed/Papers" TargetMode="External"/><Relationship Id="rId365" Type="http://schemas.openxmlformats.org/officeDocument/2006/relationships/hyperlink" Target="https://pub.orcid.org/v3.0/0000-0002-6985-1087/peer-review/27661387" TargetMode="External"/><Relationship Id="rId190" Type="http://schemas.openxmlformats.org/officeDocument/2006/relationships/hyperlink" Target="https://drjalaaludiin.com/academic-profile/" TargetMode="External"/><Relationship Id="rId204" Type="http://schemas.openxmlformats.org/officeDocument/2006/relationships/hyperlink" Target="https://www.linkedin.com/posts/drjalaal_de-martino-hospital-a-beacon-of-healthcare-activity-7259168138640941056-aTss" TargetMode="External"/><Relationship Id="rId225" Type="http://schemas.openxmlformats.org/officeDocument/2006/relationships/hyperlink" Target="https://drjalaaludiin.com/contact/consultancy/" TargetMode="External"/><Relationship Id="rId246" Type="http://schemas.openxmlformats.org/officeDocument/2006/relationships/hyperlink" Target="https://drjalaaludiin.com/media/" TargetMode="External"/><Relationship Id="rId267" Type="http://schemas.openxmlformats.org/officeDocument/2006/relationships/hyperlink" Target="https://riyaadaacademy.com/riyaada-executive-programme-handbook-curricula-learning-materials-and-academic-standards/" TargetMode="External"/><Relationship Id="rId288" Type="http://schemas.openxmlformats.org/officeDocument/2006/relationships/hyperlink" Target="https://pub.orcid.org/v3.0/0000-0002-6985-1087/peer-review/22772814" TargetMode="External"/><Relationship Id="rId106" Type="http://schemas.openxmlformats.org/officeDocument/2006/relationships/hyperlink" Target="https://www.yahoo.com/news/somali-doctor-veteran-many-battles-120812584.html" TargetMode="External"/><Relationship Id="rId127" Type="http://schemas.openxmlformats.org/officeDocument/2006/relationships/hyperlink" Target="https://alsomalalyaum.com/3961/" TargetMode="External"/><Relationship Id="rId313" Type="http://schemas.openxmlformats.org/officeDocument/2006/relationships/hyperlink" Target="https://pub.orcid.org/v3.0/0000-0002-6985-1087/peer-review/28912905" TargetMode="External"/><Relationship Id="rId10" Type="http://schemas.openxmlformats.org/officeDocument/2006/relationships/hyperlink" Target="https://sciencepg.com/article/10.11648/j.cajph.20210703.18" TargetMode="External"/><Relationship Id="rId31" Type="http://schemas.openxmlformats.org/officeDocument/2006/relationships/hyperlink" Target="https://www.ajdm.altamash.edu.pk/index.php/ojs3/article/download/12/26/491" TargetMode="External"/><Relationship Id="rId52" Type="http://schemas.openxmlformats.org/officeDocument/2006/relationships/hyperlink" Target="https://pt.slideshare.net/slideshow/somalia-s-universal-health-coverage-matrix-framework-for-systemic-health-transformation-and-accountability/288857094" TargetMode="External"/><Relationship Id="rId73" Type="http://schemas.openxmlformats.org/officeDocument/2006/relationships/hyperlink" Target="https://medium.com/drjalaal-thoughts/beyond-survival-a-somali-vision-for-mental-health-b0133e44e8af" TargetMode="External"/><Relationship Id="rId94" Type="http://schemas.openxmlformats.org/officeDocument/2006/relationships/hyperlink" Target="https://drjalaaludiin.com/blog/leadership-and-institutional-transformation/" TargetMode="External"/><Relationship Id="rId148" Type="http://schemas.openxmlformats.org/officeDocument/2006/relationships/hyperlink" Target="https://www.voasomali.com/a/5805041.html" TargetMode="External"/><Relationship Id="rId169" Type="http://schemas.openxmlformats.org/officeDocument/2006/relationships/hyperlink" Target="https://www.bbc.com/somali/articles/cgedj7224n0o" TargetMode="External"/><Relationship Id="rId334" Type="http://schemas.openxmlformats.org/officeDocument/2006/relationships/hyperlink" Target="https://pub.orcid.org/v3.0/0000-0002-6985-1087/peer-review/28810577" TargetMode="External"/><Relationship Id="rId355" Type="http://schemas.openxmlformats.org/officeDocument/2006/relationships/hyperlink" Target="https://pub.orcid.org/v3.0/0000-0002-6985-1087/peer-review/28793955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daryeela.academia.edu/DrAbdirizakYusufAhmed/Papers" TargetMode="External"/><Relationship Id="rId215" Type="http://schemas.openxmlformats.org/officeDocument/2006/relationships/hyperlink" Target="https://github.com/drjalaal/drjalaal/blob/main/README.md" TargetMode="External"/><Relationship Id="rId236" Type="http://schemas.openxmlformats.org/officeDocument/2006/relationships/hyperlink" Target="https://drjalaaludiin.com/expertise/policy-guidelines-standards/" TargetMode="External"/><Relationship Id="rId257" Type="http://schemas.openxmlformats.org/officeDocument/2006/relationships/hyperlink" Target="https://riyaadaacademy.com/comprehensive-operations-and-management-manual-the-center-for-trauma-emergency-and-critical-care/" TargetMode="External"/><Relationship Id="rId278" Type="http://schemas.openxmlformats.org/officeDocument/2006/relationships/hyperlink" Target="https://www.riyaadajournals.com/editorial-board" TargetMode="External"/><Relationship Id="rId303" Type="http://schemas.openxmlformats.org/officeDocument/2006/relationships/hyperlink" Target="https://pub.orcid.org/v3.0/0000-0002-6985-1087/peer-review/28157617" TargetMode="External"/><Relationship Id="rId42" Type="http://schemas.openxmlformats.org/officeDocument/2006/relationships/hyperlink" Target="https://drjalaaludiin.com/wp-content/uploads/2025/11/health-financing-in-somalia-in-2025-analysing-the-present-and-planning-for-the-future-copy.pdf" TargetMode="External"/><Relationship Id="rId84" Type="http://schemas.openxmlformats.org/officeDocument/2006/relationships/hyperlink" Target="https://riyaadaacademy.com/global-health-systems-in-2026-strategic-priorities-health-systems-literacy-and-the-physicians-role-in-resilient-care/" TargetMode="External"/><Relationship Id="rId138" Type="http://schemas.openxmlformats.org/officeDocument/2006/relationships/hyperlink" Target="https://www.linkedin.com/posts/somalionehealth_conference-mogadishu-somalia-activity-7170052120883126272-LpeR" TargetMode="External"/><Relationship Id="rId345" Type="http://schemas.openxmlformats.org/officeDocument/2006/relationships/hyperlink" Target="https://pub.orcid.org/v3.0/0000-0002-6985-1087/peer-review/27061734" TargetMode="External"/><Relationship Id="rId191" Type="http://schemas.openxmlformats.org/officeDocument/2006/relationships/hyperlink" Target="https://communities.springernature.com/users/dr-abdulrazaq-yusuf-ahmed" TargetMode="External"/><Relationship Id="rId205" Type="http://schemas.openxmlformats.org/officeDocument/2006/relationships/hyperlink" Target="https://www.linkedin.com/posts/drjalaal_this-professional-briefing-report-analyzes-activity-7433616902272253952-DiyS" TargetMode="External"/><Relationship Id="rId247" Type="http://schemas.openxmlformats.org/officeDocument/2006/relationships/hyperlink" Target="https://drjalaaludiin.com/articles/" TargetMode="External"/><Relationship Id="rId107" Type="http://schemas.openxmlformats.org/officeDocument/2006/relationships/hyperlink" Target="https://www.theguardian.com/world/2025/aug/19/diphtheria-cases-spiralling-somalia" TargetMode="External"/><Relationship Id="rId289" Type="http://schemas.openxmlformats.org/officeDocument/2006/relationships/hyperlink" Target="https://pub.orcid.org/v3.0/0000-0002-6985-1087/peer-review/28793960" TargetMode="External"/><Relationship Id="rId11" Type="http://schemas.openxmlformats.org/officeDocument/2006/relationships/hyperlink" Target="https://pmc.ncbi.nlm.nih.gov/articles/PMC8524602/" TargetMode="External"/><Relationship Id="rId53" Type="http://schemas.openxmlformats.org/officeDocument/2006/relationships/hyperlink" Target="https://www.slideshare.net/slideshow/strategic-investment-roadmap-for-universal-health-coverage-in-somalia-2026-2030/288857046" TargetMode="External"/><Relationship Id="rId149" Type="http://schemas.openxmlformats.org/officeDocument/2006/relationships/hyperlink" Target="https://undpsom.medium.com/undp-joins-local-radio-shows-to-bring-covid-19-advice-to-the-airwaves-ff759223182f" TargetMode="External"/><Relationship Id="rId314" Type="http://schemas.openxmlformats.org/officeDocument/2006/relationships/hyperlink" Target="https://pub.orcid.org/v3.0/0000-0002-6985-1087/peer-review/29347428" TargetMode="External"/><Relationship Id="rId356" Type="http://schemas.openxmlformats.org/officeDocument/2006/relationships/hyperlink" Target="https://pub.orcid.org/v3.0/0000-0002-6985-1087/peer-review/26744744" TargetMode="External"/><Relationship Id="rId95" Type="http://schemas.openxmlformats.org/officeDocument/2006/relationships/hyperlink" Target="https://drjalaaludiin.com/blog/strengthening-health-systems-for-better-health-outcomes/" TargetMode="External"/><Relationship Id="rId160" Type="http://schemas.openxmlformats.org/officeDocument/2006/relationships/hyperlink" Target="https://www.theguardian.com/world/2012/aug/19/somalians-planning-better-future" TargetMode="External"/><Relationship Id="rId216" Type="http://schemas.openxmlformats.org/officeDocument/2006/relationships/hyperlink" Target="https://github.com/drjalaal/RIYAADA-INSTITUTE-FOR-LEADERSHIP-GOVERNANCE" TargetMode="External"/><Relationship Id="rId258" Type="http://schemas.openxmlformats.org/officeDocument/2006/relationships/hyperlink" Target="https://riyaadaacademy.com/demartino-public-hospital-a-beacon-of-healthcare-excellence/" TargetMode="External"/><Relationship Id="rId22" Type="http://schemas.openxmlformats.org/officeDocument/2006/relationships/hyperlink" Target="https://hspublishing.org/ASSM/article/view/1074" TargetMode="External"/><Relationship Id="rId64" Type="http://schemas.openxmlformats.org/officeDocument/2006/relationships/hyperlink" Target="https://www.researchgate.net/publication/399653677_COVID-19_in_Somalia_DEMARTINO_PUBLIC_HOSPITAL" TargetMode="External"/><Relationship Id="rId118" Type="http://schemas.openxmlformats.org/officeDocument/2006/relationships/hyperlink" Target="https://sonna.so/en/article/somalia-finalizes-national-comprehensive-postabortion-care-guideline-package-to-strengthen-maternal-health-services" TargetMode="External"/><Relationship Id="rId325" Type="http://schemas.openxmlformats.org/officeDocument/2006/relationships/hyperlink" Target="https://pub.orcid.org/v3.0/0000-0002-6985-1087/peer-review/26121773" TargetMode="External"/><Relationship Id="rId367" Type="http://schemas.openxmlformats.org/officeDocument/2006/relationships/hyperlink" Target="https://pub.orcid.org/v3.0/0000-0002-6985-1087/peer-review/26067508" TargetMode="External"/><Relationship Id="rId171" Type="http://schemas.openxmlformats.org/officeDocument/2006/relationships/hyperlink" Target="https://www.bbc.com/somali/articles/cvgd7del34jo" TargetMode="External"/><Relationship Id="rId227" Type="http://schemas.openxmlformats.org/officeDocument/2006/relationships/hyperlink" Target="https://drjalaaludiin.com/research/publications/health-system-transformation-somalia/" TargetMode="External"/><Relationship Id="rId269" Type="http://schemas.openxmlformats.org/officeDocument/2006/relationships/hyperlink" Target="https://drjalaal.substack.com/p/121" TargetMode="External"/><Relationship Id="rId33" Type="http://schemas.openxmlformats.org/officeDocument/2006/relationships/hyperlink" Target="https://link.springer.com/article/10.1007/s44163-026-01690-6" TargetMode="External"/><Relationship Id="rId129" Type="http://schemas.openxmlformats.org/officeDocument/2006/relationships/hyperlink" Target="https://alsomal.net/%D8%A7%D9%84%D9%87%D9%84%D8%A7%D9%84-%D8%A7%D9%84%D8%A3%D8%AD%D9%85%D8%B1-%D8%A7%D9%84%D8%A5%D9%85%D8%A7%D8%B1%D8%A7%D8%AA%D9%8A-%D9%8A%D8%B3%D9%84%D9%85-%D8%AF%D9%81%D8%B9%D8%A9-%D8%AC%D8%AF%D9%8A/" TargetMode="External"/><Relationship Id="rId280" Type="http://schemas.openxmlformats.org/officeDocument/2006/relationships/hyperlink" Target="https://velnorapublishers.com/" TargetMode="External"/><Relationship Id="rId336" Type="http://schemas.openxmlformats.org/officeDocument/2006/relationships/hyperlink" Target="https://pub.orcid.org/v3.0/0000-0002-6985-1087/peer-review/27658797" TargetMode="External"/><Relationship Id="rId75" Type="http://schemas.openxmlformats.org/officeDocument/2006/relationships/hyperlink" Target="https://medium.com/drjalaal-thoughts/my-journey-into-the-realm-of-disappointment-learning-the-power-of-emotional-detachment-52de5123aa59" TargetMode="External"/><Relationship Id="rId140" Type="http://schemas.openxmlformats.org/officeDocument/2006/relationships/hyperlink" Target="https://chwcentral.org/wp-content/uploads/Health-Systems-Governance-in-Somalia-_-An-Examination-of-Validity-Digital-Accountability-and-Community-Health-Workforce-through-Mixed-Methods-Research.pdf" TargetMode="External"/><Relationship Id="rId182" Type="http://schemas.openxmlformats.org/officeDocument/2006/relationships/hyperlink" Target="https://jliedu.ch/profiles/dr-abdulrazaq-yusuf-ahmed/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drjalaaludiin.com/expertise/emergency-health-security/" TargetMode="External"/><Relationship Id="rId291" Type="http://schemas.openxmlformats.org/officeDocument/2006/relationships/hyperlink" Target="https://pub.orcid.org/v3.0/0000-0002-6985-1087/peer-review/28793983" TargetMode="External"/><Relationship Id="rId305" Type="http://schemas.openxmlformats.org/officeDocument/2006/relationships/hyperlink" Target="https://pub.orcid.org/v3.0/0000-0002-6985-1087/peer-review/28793986" TargetMode="External"/><Relationship Id="rId347" Type="http://schemas.openxmlformats.org/officeDocument/2006/relationships/hyperlink" Target="https://pub.orcid.org/v3.0/0000-0002-6985-1087/peer-review/28793962" TargetMode="External"/><Relationship Id="rId44" Type="http://schemas.openxmlformats.org/officeDocument/2006/relationships/hyperlink" Target="https://medium.com/drjalaal-thoughts/beyond-survival-a-somali-vision-for-mental-health-b0133e44e8af" TargetMode="External"/><Relationship Id="rId86" Type="http://schemas.openxmlformats.org/officeDocument/2006/relationships/hyperlink" Target="https://riyaadaacademy.com/from-numbers-to-lives/" TargetMode="External"/><Relationship Id="rId151" Type="http://schemas.openxmlformats.org/officeDocument/2006/relationships/hyperlink" Target="https://www.youtube.com/watch?v=qeUDR0rycr0" TargetMode="External"/><Relationship Id="rId193" Type="http://schemas.openxmlformats.org/officeDocument/2006/relationships/hyperlink" Target="https://scholargps.com/scholars/81273293923586/abdulrazaq-yusuf-ahmed" TargetMode="External"/><Relationship Id="rId207" Type="http://schemas.openxmlformats.org/officeDocument/2006/relationships/hyperlink" Target="https://www.facebook.com/jalaaludiin.yuusuf/" TargetMode="External"/><Relationship Id="rId249" Type="http://schemas.openxmlformats.org/officeDocument/2006/relationships/hyperlink" Target="https://drjalaaludiin.com/expertise/" TargetMode="External"/><Relationship Id="rId13" Type="http://schemas.openxmlformats.org/officeDocument/2006/relationships/hyperlink" Target="https://pubmed.ncbi.nlm.nih.gov/34781004/" TargetMode="External"/><Relationship Id="rId109" Type="http://schemas.openxmlformats.org/officeDocument/2006/relationships/hyperlink" Target="https://www.who.int/docs/default-source/coronaviruse/weekly-updates/wou_2021_3may_cleared-.pdf?amp%3Bdownload=true&amp;sfvrsn=508fa040_3" TargetMode="External"/><Relationship Id="rId260" Type="http://schemas.openxmlformats.org/officeDocument/2006/relationships/hyperlink" Target="https://riyaadaacademy.com/riyaada-institutional-document-suite-master-index-adoption-guide/" TargetMode="External"/><Relationship Id="rId316" Type="http://schemas.openxmlformats.org/officeDocument/2006/relationships/hyperlink" Target="https://pub.orcid.org/v3.0/0000-0002-6985-1087/peer-review/28793989" TargetMode="External"/><Relationship Id="rId55" Type="http://schemas.openxmlformats.org/officeDocument/2006/relationships/hyperlink" Target="https://sonna.so/en/wp-content/uploads/2025/08/Urgent-Epidemiological-Alert-Report.pdf" TargetMode="External"/><Relationship Id="rId97" Type="http://schemas.openxmlformats.org/officeDocument/2006/relationships/hyperlink" Target="https://drjalaal.blogspot.com/2026/02/blog-post.html" TargetMode="External"/><Relationship Id="rId120" Type="http://schemas.openxmlformats.org/officeDocument/2006/relationships/hyperlink" Target="https://www.aljazeera.net/news/2014/6/5/%D8%B3%D9%88%D8%A1-%D8%A7%D9%84%D8%AA%D8%BA%D8%B0%D9%8A%D8%A9-%D9%8A%D9%81%D8%AA%D9%83-%D8%A8%D8%A3%D8%B7%D9%81%D8%A7%D9%84-%D8%A7%D9%84%D8%B5%D9%88%D9%85%D8%A7%D9%84" TargetMode="External"/><Relationship Id="rId358" Type="http://schemas.openxmlformats.org/officeDocument/2006/relationships/hyperlink" Target="https://pub.orcid.org/v3.0/0000-0002-6985-1087/peer-review/28793970" TargetMode="External"/><Relationship Id="rId162" Type="http://schemas.openxmlformats.org/officeDocument/2006/relationships/hyperlink" Target="https://somalitalk.com/2009/jul/21ma709.html" TargetMode="External"/><Relationship Id="rId218" Type="http://schemas.openxmlformats.org/officeDocument/2006/relationships/hyperlink" Target="https://github.com/drjalaal/pkp-docs" TargetMode="External"/><Relationship Id="rId271" Type="http://schemas.openxmlformats.org/officeDocument/2006/relationships/hyperlink" Target="https://drjalaal.substack.com/p/554" TargetMode="External"/><Relationship Id="rId24" Type="http://schemas.openxmlformats.org/officeDocument/2006/relationships/hyperlink" Target="https://www.opastpublishers.com/open-access-articles/health-system-transformation-in-somalia-an-analysis-of-justice-sustainability-and-resilience-in-a-fragile-state-10334.html" TargetMode="External"/><Relationship Id="rId66" Type="http://schemas.openxmlformats.org/officeDocument/2006/relationships/hyperlink" Target="https://riyaadaacademy.com/the-future-of-healthcare-in-somalia-a-bold-step-towards-a-nationally-funded-and-transparent-system/" TargetMode="External"/><Relationship Id="rId131" Type="http://schemas.openxmlformats.org/officeDocument/2006/relationships/hyperlink" Target="https://www.facebook.com/SomaliNOG/posts/were-pleased-to-welcome-dr-abdulrazaq-yusuf-ahmed-as-a-presenter-at-the-somnog9-/1067392839255093/" TargetMode="External"/><Relationship Id="rId327" Type="http://schemas.openxmlformats.org/officeDocument/2006/relationships/hyperlink" Target="https://pub.orcid.org/v3.0/0000-0002-6985-1087/peer-review/28793991" TargetMode="External"/><Relationship Id="rId369" Type="http://schemas.openxmlformats.org/officeDocument/2006/relationships/hyperlink" Target="https://pub.orcid.org/v3.0/0000-0002-6985-1087/peer-review/19496454" TargetMode="External"/><Relationship Id="rId173" Type="http://schemas.openxmlformats.org/officeDocument/2006/relationships/hyperlink" Target="https://www.bbc.com/somali/articles/cdxyxjr4n1qo" TargetMode="External"/><Relationship Id="rId229" Type="http://schemas.openxmlformats.org/officeDocument/2006/relationships/hyperlink" Target="https://drjalaaludiin.com/research/reports/" TargetMode="External"/><Relationship Id="rId240" Type="http://schemas.openxmlformats.org/officeDocument/2006/relationships/hyperlink" Target="https://drjalaaludiin.com/expertise/health-financing-uhc/" TargetMode="External"/><Relationship Id="rId35" Type="http://schemas.openxmlformats.org/officeDocument/2006/relationships/hyperlink" Target="https://pubmed.ncbi.nlm.nih.gov/38098603/" TargetMode="External"/><Relationship Id="rId77" Type="http://schemas.openxmlformats.org/officeDocument/2006/relationships/hyperlink" Target="https://medium.com/drjalaal-thoughts/%D8%A7%D9%84%D9%85%D8%B9%D9%84%D9%91%D9%85-%D9%81%D9%8A-%D8%A7%D9%84%D9%88%D8%AC%D8%AF%D8%A7%D9%86-%D8%A7%D9%84%D8%B5%D9%88%D9%85%D8%A7%D9%84%D9%8A-%D9%87%D9%8A%D8%A8%D8%A9%D9%8F-%D8%B1%D8%B3%D8%A7%D9%84%D8%A9%D9%8D-%D9%88%D8%B6%D9%8A%D8%A7%D8%A1%D9%8F-%D8%AD%D9%8A%D8%A7%D8%A9%D9%8D-09422c1370ec" TargetMode="External"/><Relationship Id="rId100" Type="http://schemas.openxmlformats.org/officeDocument/2006/relationships/hyperlink" Target="https://riyaadaacademy.com/when-pain-shapes-who-we-become/" TargetMode="External"/><Relationship Id="rId282" Type="http://schemas.openxmlformats.org/officeDocument/2006/relationships/hyperlink" Target="https://loop.frontiersin.org/people/3055193/bio" TargetMode="External"/><Relationship Id="rId338" Type="http://schemas.openxmlformats.org/officeDocument/2006/relationships/hyperlink" Target="https://pub.orcid.org/v3.0/0000-0002-6985-1087/peer-review/23217025" TargetMode="External"/><Relationship Id="rId8" Type="http://schemas.openxmlformats.org/officeDocument/2006/relationships/hyperlink" Target="https://www.scirp.net/journal/paperinformation?paperid=106300" TargetMode="External"/><Relationship Id="rId142" Type="http://schemas.openxmlformats.org/officeDocument/2006/relationships/hyperlink" Target="https://journals.sagepub.com/doi/10.1177/14604582261428311" TargetMode="External"/><Relationship Id="rId184" Type="http://schemas.openxmlformats.org/officeDocument/2006/relationships/hyperlink" Target="https://www.dovepress.com/journal-editor-journal-of-healthcare-leadership-eic91" TargetMode="External"/><Relationship Id="rId251" Type="http://schemas.openxmlformats.org/officeDocument/2006/relationships/hyperlink" Target="https://riyaadaacademy.com/riyaada-faculty-trainers-institutional-leadership-profiles/" TargetMode="External"/><Relationship Id="rId46" Type="http://schemas.openxmlformats.org/officeDocument/2006/relationships/hyperlink" Target="https://www.researchgate.net/publication/403090100_Protocols_are_the_silent_infrastructure_of_patient_safety_Disciplined_Implementation_and_Patient_Safety_Through_Strengthening_Hospital_Gover_to_Practice_From_Protocols" TargetMode="External"/><Relationship Id="rId293" Type="http://schemas.openxmlformats.org/officeDocument/2006/relationships/hyperlink" Target="https://pub.orcid.org/v3.0/0000-0002-6985-1087/peer-review/28793978" TargetMode="External"/><Relationship Id="rId307" Type="http://schemas.openxmlformats.org/officeDocument/2006/relationships/hyperlink" Target="https://pub.orcid.org/v3.0/0000-0002-6985-1087/peer-review/28102790" TargetMode="External"/><Relationship Id="rId349" Type="http://schemas.openxmlformats.org/officeDocument/2006/relationships/hyperlink" Target="https://pub.orcid.org/v3.0/0000-0002-6985-1087/peer-review/25980212" TargetMode="External"/><Relationship Id="rId88" Type="http://schemas.openxmlformats.org/officeDocument/2006/relationships/hyperlink" Target="https://riyaadaacademy.com/rebuilding-education-for-national-transformation-a-somali-learning-agenda/" TargetMode="External"/><Relationship Id="rId111" Type="http://schemas.openxmlformats.org/officeDocument/2006/relationships/hyperlink" Target="https://mustaqbalmedia.net/so/ccw-oo-booqday-isbitaal-martiini-oo-ay-ku-jiraan-caruur-wajahaysa-xaalad-nafaqo-darro-ah/" TargetMode="External"/><Relationship Id="rId153" Type="http://schemas.openxmlformats.org/officeDocument/2006/relationships/hyperlink" Target="https://www.facebook.com/MoHSomalia/videos/agaasimaha-isbitaalka-demartiino-dr-abdirisaaq-yuusuf-jalaaludiin-oo-bulshada-so/876349810732818/" TargetMode="External"/><Relationship Id="rId195" Type="http://schemas.openxmlformats.org/officeDocument/2006/relationships/hyperlink" Target="https://www.blogger.com/profile/12833371064841484369" TargetMode="External"/><Relationship Id="rId209" Type="http://schemas.openxmlformats.org/officeDocument/2006/relationships/hyperlink" Target="https://drjalaal.blogspot.com/" TargetMode="External"/><Relationship Id="rId360" Type="http://schemas.openxmlformats.org/officeDocument/2006/relationships/hyperlink" Target="https://orcid.org/0000-0002-6985-1087" TargetMode="External"/><Relationship Id="rId220" Type="http://schemas.openxmlformats.org/officeDocument/2006/relationships/hyperlink" Target="https://www.instagram.com/p/CE-CO8wpPKa/" TargetMode="External"/><Relationship Id="rId15" Type="http://schemas.openxmlformats.org/officeDocument/2006/relationships/hyperlink" Target="https://journals.sagepub.com/doi/abs/10.1177/20499361221095731" TargetMode="External"/><Relationship Id="rId57" Type="http://schemas.openxmlformats.org/officeDocument/2006/relationships/hyperlink" Target="https://martino.gov.so/wp-content/uploads/2025/02/Annual-performance-for-De-Martino-Hospital-2023.pdf" TargetMode="External"/><Relationship Id="rId262" Type="http://schemas.openxmlformats.org/officeDocument/2006/relationships/hyperlink" Target="https://riyaadaacademy.com/course-curricula-syllabi-learning-outcomes-framework/" TargetMode="External"/><Relationship Id="rId318" Type="http://schemas.openxmlformats.org/officeDocument/2006/relationships/hyperlink" Target="https://pub.orcid.org/v3.0/0000-0002-6985-1087/peer-review/287939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13881</Words>
  <Characters>79123</Characters>
  <Application>Microsoft Office Word</Application>
  <DocSecurity>0</DocSecurity>
  <Lines>659</Lines>
  <Paragraphs>185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92819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 Abdulrazaq Yusuf Ahmed | Public Work &amp; Coverage</dc:title>
  <dc:subject>Expanded multilingual publication and public-footprint catalogue</dc:subject>
  <dc:creator>Research catalogue prepared for Dr Abdulrazaq Yusuf Ahmed</dc:creator>
  <cp:keywords/>
  <dc:description>generated by python-docx</dc:description>
  <cp:lastModifiedBy>Dr Abdulrazaq Yusuf Ahmed</cp:lastModifiedBy>
  <cp:revision>2</cp:revision>
  <dcterms:created xsi:type="dcterms:W3CDTF">2026-10-08T10:36:00Z</dcterms:created>
  <dcterms:modified xsi:type="dcterms:W3CDTF">2026-10-08T10:36:00Z</dcterms:modified>
  <cp:category/>
</cp:coreProperties>
</file>